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295930" w14:textId="77777777" w:rsidR="00172FDA" w:rsidRPr="00D67983" w:rsidRDefault="000E7678" w:rsidP="00172FDA">
      <w:pPr>
        <w:ind w:left="1276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en-ID"/>
        </w:rPr>
        <w:object w:dxaOrig="1808" w:dyaOrig="2654" w14:anchorId="1ADD471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45pt;margin-top:16pt;width:38.4pt;height:57.6pt;z-index:-251658752" wrapcoords="-174 0 -174 21481 21600 21481 21600 0 -174 0">
            <v:imagedata r:id="rId5" o:title=""/>
            <w10:wrap type="tight"/>
          </v:shape>
          <o:OLEObject Type="Embed" ProgID="Word.Picture.8" ShapeID="_x0000_s1026" DrawAspect="Content" ObjectID="_1853475306" r:id="rId6">
            <o:FieldCodes>\* MERGEFORMAT</o:FieldCodes>
          </o:OLEObject>
        </w:object>
      </w:r>
    </w:p>
    <w:p w14:paraId="104F380B" w14:textId="77777777" w:rsidR="00172FDA" w:rsidRPr="006F033C" w:rsidRDefault="00172FDA" w:rsidP="00172FDA">
      <w:pPr>
        <w:spacing w:after="0" w:line="240" w:lineRule="auto"/>
        <w:ind w:left="1843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F033C">
        <w:rPr>
          <w:rFonts w:ascii="Times New Roman" w:eastAsia="Times New Roman" w:hAnsi="Times New Roman" w:cs="Times New Roman"/>
          <w:b/>
          <w:sz w:val="28"/>
          <w:szCs w:val="28"/>
        </w:rPr>
        <w:t xml:space="preserve">R O M Â N I A </w:t>
      </w:r>
      <w:r w:rsidRPr="006F033C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Pr="006F033C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Pr="006F033C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Pr="006F033C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Pr="006F033C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Pr="006F033C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Pr="006F033C">
        <w:rPr>
          <w:rFonts w:ascii="Times New Roman" w:eastAsia="Times New Roman" w:hAnsi="Times New Roman" w:cs="Times New Roman"/>
          <w:b/>
          <w:sz w:val="28"/>
          <w:szCs w:val="28"/>
        </w:rPr>
        <w:tab/>
      </w:r>
    </w:p>
    <w:p w14:paraId="4A25BAEA" w14:textId="77777777" w:rsidR="00172FDA" w:rsidRPr="006F033C" w:rsidRDefault="00172FDA" w:rsidP="00172FDA">
      <w:pPr>
        <w:spacing w:after="0" w:line="240" w:lineRule="auto"/>
        <w:ind w:left="1843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F033C">
        <w:rPr>
          <w:rFonts w:ascii="Times New Roman" w:eastAsia="Times New Roman" w:hAnsi="Times New Roman" w:cs="Times New Roman"/>
          <w:b/>
          <w:sz w:val="28"/>
          <w:szCs w:val="28"/>
        </w:rPr>
        <w:t>JUDEŢUL MUREŞ</w:t>
      </w:r>
    </w:p>
    <w:p w14:paraId="24807056" w14:textId="77777777" w:rsidR="00172FDA" w:rsidRPr="006F033C" w:rsidRDefault="00172FDA" w:rsidP="00172FDA">
      <w:pPr>
        <w:spacing w:after="0" w:line="240" w:lineRule="auto"/>
        <w:ind w:left="1843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F033C">
        <w:rPr>
          <w:rFonts w:ascii="Times New Roman" w:eastAsia="Times New Roman" w:hAnsi="Times New Roman" w:cs="Times New Roman"/>
          <w:b/>
          <w:sz w:val="28"/>
          <w:szCs w:val="28"/>
        </w:rPr>
        <w:t>CONSILIUL LOCAL AL MUNICIPIULUI TÂRGU MUREŞ</w:t>
      </w:r>
    </w:p>
    <w:p w14:paraId="6E625819" w14:textId="77777777" w:rsidR="00172FDA" w:rsidRPr="00983E7F" w:rsidRDefault="00172FDA" w:rsidP="00172FDA">
      <w:pPr>
        <w:spacing w:after="0" w:line="240" w:lineRule="auto"/>
        <w:ind w:left="1843"/>
        <w:rPr>
          <w:rFonts w:ascii="Times New Roman" w:eastAsia="Times New Roman" w:hAnsi="Times New Roman" w:cs="Times New Roman"/>
          <w:b/>
          <w:sz w:val="28"/>
          <w:szCs w:val="28"/>
          <w:lang w:val="pt-BR"/>
        </w:rPr>
      </w:pPr>
    </w:p>
    <w:p w14:paraId="4DDAB483" w14:textId="7256AE98" w:rsidR="00172FDA" w:rsidRPr="00172FDA" w:rsidRDefault="00172FDA" w:rsidP="00172FDA">
      <w:pPr>
        <w:spacing w:after="0" w:line="240" w:lineRule="auto"/>
        <w:rPr>
          <w:rFonts w:ascii="Times New Roman" w:eastAsia="Times New Roman" w:hAnsi="Times New Roman" w:cs="Times New Roman"/>
          <w:b/>
          <w:lang w:val="pt-BR"/>
        </w:rPr>
      </w:pPr>
      <w:r>
        <w:rPr>
          <w:rFonts w:ascii="Times New Roman" w:eastAsia="Times New Roman" w:hAnsi="Times New Roman" w:cs="Times New Roman"/>
          <w:b/>
          <w:lang w:val="pt-BR"/>
        </w:rPr>
        <w:tab/>
      </w:r>
      <w:r>
        <w:rPr>
          <w:rFonts w:ascii="Times New Roman" w:eastAsia="Times New Roman" w:hAnsi="Times New Roman" w:cs="Times New Roman"/>
          <w:b/>
          <w:lang w:val="pt-BR"/>
        </w:rPr>
        <w:tab/>
      </w:r>
      <w:r>
        <w:rPr>
          <w:rFonts w:ascii="Times New Roman" w:eastAsia="Times New Roman" w:hAnsi="Times New Roman" w:cs="Times New Roman"/>
          <w:b/>
          <w:lang w:val="pt-BR"/>
        </w:rPr>
        <w:tab/>
      </w:r>
      <w:r>
        <w:rPr>
          <w:rFonts w:ascii="Times New Roman" w:eastAsia="Times New Roman" w:hAnsi="Times New Roman" w:cs="Times New Roman"/>
          <w:b/>
          <w:lang w:val="pt-BR"/>
        </w:rPr>
        <w:tab/>
      </w:r>
      <w:r>
        <w:rPr>
          <w:rFonts w:ascii="Times New Roman" w:eastAsia="Times New Roman" w:hAnsi="Times New Roman" w:cs="Times New Roman"/>
          <w:b/>
          <w:lang w:val="pt-BR"/>
        </w:rPr>
        <w:tab/>
      </w:r>
      <w:r>
        <w:rPr>
          <w:rFonts w:ascii="Times New Roman" w:eastAsia="Times New Roman" w:hAnsi="Times New Roman" w:cs="Times New Roman"/>
          <w:b/>
          <w:lang w:val="pt-BR"/>
        </w:rPr>
        <w:tab/>
      </w:r>
      <w:r>
        <w:rPr>
          <w:rFonts w:ascii="Times New Roman" w:eastAsia="Times New Roman" w:hAnsi="Times New Roman" w:cs="Times New Roman"/>
          <w:b/>
          <w:lang w:val="pt-BR"/>
        </w:rPr>
        <w:tab/>
      </w:r>
      <w:r>
        <w:rPr>
          <w:rFonts w:ascii="Times New Roman" w:eastAsia="Times New Roman" w:hAnsi="Times New Roman" w:cs="Times New Roman"/>
          <w:b/>
          <w:lang w:val="pt-BR"/>
        </w:rPr>
        <w:tab/>
      </w:r>
      <w:r>
        <w:rPr>
          <w:rFonts w:ascii="Times New Roman" w:eastAsia="Times New Roman" w:hAnsi="Times New Roman" w:cs="Times New Roman"/>
          <w:b/>
          <w:lang w:val="pt-BR"/>
        </w:rPr>
        <w:tab/>
      </w:r>
      <w:r>
        <w:rPr>
          <w:rFonts w:ascii="Times New Roman" w:eastAsia="Times New Roman" w:hAnsi="Times New Roman" w:cs="Times New Roman"/>
          <w:b/>
          <w:lang w:val="pt-BR"/>
        </w:rPr>
        <w:tab/>
      </w:r>
      <w:r>
        <w:rPr>
          <w:rFonts w:ascii="Times New Roman" w:eastAsia="Times New Roman" w:hAnsi="Times New Roman" w:cs="Times New Roman"/>
          <w:b/>
          <w:lang w:val="pt-BR"/>
        </w:rPr>
        <w:tab/>
      </w:r>
      <w:r w:rsidR="00F92CB3">
        <w:rPr>
          <w:rFonts w:ascii="Times New Roman" w:eastAsia="Times New Roman" w:hAnsi="Times New Roman" w:cs="Times New Roman"/>
          <w:b/>
          <w:lang w:val="pt-BR"/>
        </w:rPr>
        <w:t xml:space="preserve">              </w:t>
      </w:r>
      <w:r w:rsidRPr="00172FDA">
        <w:rPr>
          <w:rFonts w:ascii="Times New Roman" w:eastAsia="Times New Roman" w:hAnsi="Times New Roman" w:cs="Times New Roman"/>
          <w:b/>
          <w:lang w:val="pt-BR"/>
        </w:rPr>
        <w:t>Proiect</w:t>
      </w:r>
    </w:p>
    <w:p w14:paraId="5A4BE220" w14:textId="2E5F864F" w:rsidR="00172FDA" w:rsidRPr="00172FDA" w:rsidRDefault="00172FDA" w:rsidP="00172FDA">
      <w:pPr>
        <w:spacing w:after="0" w:line="240" w:lineRule="auto"/>
        <w:rPr>
          <w:rFonts w:ascii="Times New Roman" w:eastAsia="Times New Roman" w:hAnsi="Times New Roman" w:cs="Times New Roman"/>
          <w:b/>
          <w:lang w:val="pt-BR"/>
        </w:rPr>
      </w:pPr>
      <w:r w:rsidRPr="00172FDA">
        <w:rPr>
          <w:rFonts w:ascii="Times New Roman" w:eastAsia="Times New Roman" w:hAnsi="Times New Roman" w:cs="Times New Roman"/>
          <w:b/>
          <w:lang w:val="pt-BR"/>
        </w:rPr>
        <w:t xml:space="preserve">                                                                                                                 </w:t>
      </w:r>
      <w:r w:rsidRPr="00172FDA">
        <w:rPr>
          <w:rFonts w:ascii="Times New Roman" w:eastAsia="Times New Roman" w:hAnsi="Times New Roman" w:cs="Times New Roman"/>
          <w:b/>
          <w:lang w:val="pt-BR"/>
        </w:rPr>
        <w:tab/>
      </w:r>
      <w:r>
        <w:rPr>
          <w:rFonts w:ascii="Times New Roman" w:eastAsia="Times New Roman" w:hAnsi="Times New Roman" w:cs="Times New Roman"/>
          <w:b/>
          <w:lang w:val="pt-BR"/>
        </w:rPr>
        <w:t xml:space="preserve">  </w:t>
      </w:r>
      <w:r w:rsidRPr="00172FDA">
        <w:rPr>
          <w:rFonts w:ascii="Times New Roman" w:eastAsia="Times New Roman" w:hAnsi="Times New Roman" w:cs="Times New Roman"/>
          <w:b/>
          <w:lang w:val="pt-BR"/>
        </w:rPr>
        <w:t xml:space="preserve"> (nu produce efecte juridice)* </w:t>
      </w:r>
    </w:p>
    <w:p w14:paraId="36B834E7" w14:textId="1ECC8778" w:rsidR="00172FDA" w:rsidRPr="00172FDA" w:rsidRDefault="00172FDA" w:rsidP="00172FD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val="pt-BR"/>
        </w:rPr>
      </w:pPr>
      <w:r w:rsidRPr="00172FDA">
        <w:rPr>
          <w:rFonts w:ascii="Times New Roman" w:eastAsia="Times New Roman" w:hAnsi="Times New Roman" w:cs="Times New Roman"/>
          <w:b/>
          <w:lang w:val="pt-BR"/>
        </w:rPr>
        <w:t xml:space="preserve">                                                                                                                                          </w:t>
      </w:r>
      <w:r w:rsidRPr="00172FDA">
        <w:rPr>
          <w:rFonts w:ascii="Times New Roman" w:eastAsia="Times New Roman" w:hAnsi="Times New Roman" w:cs="Times New Roman"/>
          <w:b/>
          <w:lang w:val="pt-BR"/>
        </w:rPr>
        <w:tab/>
      </w:r>
      <w:r>
        <w:rPr>
          <w:rFonts w:ascii="Times New Roman" w:eastAsia="Times New Roman" w:hAnsi="Times New Roman" w:cs="Times New Roman"/>
          <w:b/>
          <w:lang w:val="pt-BR"/>
        </w:rPr>
        <w:t xml:space="preserve">    </w:t>
      </w:r>
      <w:r w:rsidRPr="00172FDA">
        <w:rPr>
          <w:rFonts w:ascii="Times New Roman" w:eastAsia="Times New Roman" w:hAnsi="Times New Roman" w:cs="Times New Roman"/>
          <w:b/>
          <w:lang w:val="pt-BR"/>
        </w:rPr>
        <w:t>Inițiator</w:t>
      </w:r>
    </w:p>
    <w:p w14:paraId="1A54144F" w14:textId="40390482" w:rsidR="00172FDA" w:rsidRPr="00172FDA" w:rsidRDefault="00F92CB3" w:rsidP="00F92CB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val="pt-BR"/>
        </w:rPr>
      </w:pPr>
      <w:r>
        <w:rPr>
          <w:rFonts w:ascii="Times New Roman" w:eastAsia="Times New Roman" w:hAnsi="Times New Roman" w:cs="Times New Roman"/>
          <w:b/>
          <w:lang w:val="pt-BR"/>
        </w:rPr>
        <w:t xml:space="preserve">                                                                                                                                                 </w:t>
      </w:r>
      <w:r w:rsidR="00172FDA" w:rsidRPr="00172FDA">
        <w:rPr>
          <w:rFonts w:ascii="Times New Roman" w:eastAsia="Times New Roman" w:hAnsi="Times New Roman" w:cs="Times New Roman"/>
          <w:b/>
          <w:lang w:val="pt-BR"/>
        </w:rPr>
        <w:t>PRIMAR</w:t>
      </w:r>
    </w:p>
    <w:p w14:paraId="269BD00D" w14:textId="1736B7A2" w:rsidR="00172FDA" w:rsidRPr="00172FDA" w:rsidRDefault="00172FDA" w:rsidP="00172FD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val="pt-BR"/>
        </w:rPr>
      </w:pPr>
      <w:r w:rsidRPr="00172FDA">
        <w:rPr>
          <w:rFonts w:ascii="Times New Roman" w:eastAsia="Times New Roman" w:hAnsi="Times New Roman" w:cs="Times New Roman"/>
          <w:b/>
          <w:lang w:val="pt-BR"/>
        </w:rPr>
        <w:t xml:space="preserve">                                                                                                           </w:t>
      </w:r>
      <w:r w:rsidRPr="00172FDA">
        <w:rPr>
          <w:rFonts w:ascii="Times New Roman" w:eastAsia="Times New Roman" w:hAnsi="Times New Roman" w:cs="Times New Roman"/>
          <w:b/>
          <w:lang w:val="pt-BR"/>
        </w:rPr>
        <w:tab/>
      </w:r>
      <w:r w:rsidRPr="00172FDA">
        <w:rPr>
          <w:rFonts w:ascii="Times New Roman" w:eastAsia="Times New Roman" w:hAnsi="Times New Roman" w:cs="Times New Roman"/>
          <w:b/>
          <w:lang w:val="pt-BR"/>
        </w:rPr>
        <w:tab/>
      </w:r>
      <w:r w:rsidRPr="00172FDA">
        <w:rPr>
          <w:rFonts w:ascii="Times New Roman" w:eastAsia="Times New Roman" w:hAnsi="Times New Roman" w:cs="Times New Roman"/>
          <w:b/>
          <w:lang w:val="pt-BR"/>
        </w:rPr>
        <w:tab/>
        <w:t xml:space="preserve"> </w:t>
      </w:r>
      <w:bookmarkStart w:id="0" w:name="_Hlk55199078"/>
      <w:r w:rsidRPr="00172FDA">
        <w:rPr>
          <w:rFonts w:ascii="Times New Roman" w:eastAsia="Calibri" w:hAnsi="Times New Roman" w:cs="Times New Roman"/>
          <w:b/>
          <w:bCs/>
          <w:lang w:val="pt-BR"/>
        </w:rPr>
        <w:t>Soós</w:t>
      </w:r>
      <w:r w:rsidRPr="00172FDA">
        <w:rPr>
          <w:rFonts w:ascii="Times New Roman" w:eastAsia="Times New Roman" w:hAnsi="Times New Roman" w:cs="Times New Roman"/>
          <w:b/>
          <w:bCs/>
          <w:lang w:val="pt-BR"/>
        </w:rPr>
        <w:t xml:space="preserve"> </w:t>
      </w:r>
      <w:r w:rsidRPr="00172FDA">
        <w:rPr>
          <w:rFonts w:ascii="Times New Roman" w:eastAsia="Times New Roman" w:hAnsi="Times New Roman" w:cs="Times New Roman"/>
          <w:b/>
          <w:lang w:val="pt-BR"/>
        </w:rPr>
        <w:t>Zoltán</w:t>
      </w:r>
      <w:bookmarkEnd w:id="0"/>
    </w:p>
    <w:p w14:paraId="428942C9" w14:textId="77777777" w:rsidR="00172FDA" w:rsidRPr="0050289C" w:rsidRDefault="00172FDA" w:rsidP="00172FD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val="pt-BR" w:eastAsia="ro-RO"/>
        </w:rPr>
      </w:pPr>
    </w:p>
    <w:p w14:paraId="2316D1B9" w14:textId="77777777" w:rsidR="00172FDA" w:rsidRDefault="00172FDA" w:rsidP="00F92CB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lang w:val="pt-BR" w:eastAsia="ro-RO"/>
        </w:rPr>
      </w:pPr>
    </w:p>
    <w:p w14:paraId="6F83EB7D" w14:textId="77777777" w:rsidR="00172FDA" w:rsidRDefault="00172FDA" w:rsidP="00172F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lang w:val="pt-BR" w:eastAsia="ro-RO"/>
        </w:rPr>
      </w:pPr>
    </w:p>
    <w:p w14:paraId="26D3FE79" w14:textId="6934A124" w:rsidR="00172FDA" w:rsidRPr="00F27C5E" w:rsidRDefault="00172FDA" w:rsidP="00172F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lang w:eastAsia="ro-RO"/>
        </w:rPr>
      </w:pPr>
      <w:r w:rsidRPr="00983E7F">
        <w:rPr>
          <w:rFonts w:ascii="Times New Roman" w:eastAsia="Times New Roman" w:hAnsi="Times New Roman" w:cs="Times New Roman"/>
          <w:b/>
          <w:sz w:val="28"/>
          <w:lang w:val="pt-BR" w:eastAsia="ro-RO"/>
        </w:rPr>
        <w:t xml:space="preserve">H O T Ă R Â R E A  nr. </w:t>
      </w:r>
      <w:r w:rsidRPr="00F27C5E">
        <w:rPr>
          <w:rFonts w:ascii="Times New Roman" w:eastAsia="Times New Roman" w:hAnsi="Times New Roman" w:cs="Times New Roman"/>
          <w:b/>
          <w:sz w:val="28"/>
          <w:lang w:eastAsia="ro-RO"/>
        </w:rPr>
        <w:t>_________</w:t>
      </w:r>
    </w:p>
    <w:p w14:paraId="2DD63F8D" w14:textId="612F4E6F" w:rsidR="00172FDA" w:rsidRDefault="00172FDA" w:rsidP="00172F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lang w:eastAsia="ro-RO"/>
        </w:rPr>
      </w:pPr>
      <w:r w:rsidRPr="00F27C5E">
        <w:rPr>
          <w:rFonts w:ascii="Times New Roman" w:eastAsia="Times New Roman" w:hAnsi="Times New Roman" w:cs="Times New Roman"/>
          <w:b/>
          <w:sz w:val="28"/>
          <w:lang w:eastAsia="ro-RO"/>
        </w:rPr>
        <w:t>din _____________________ 20</w:t>
      </w:r>
      <w:r>
        <w:rPr>
          <w:rFonts w:ascii="Times New Roman" w:eastAsia="Times New Roman" w:hAnsi="Times New Roman" w:cs="Times New Roman"/>
          <w:b/>
          <w:sz w:val="28"/>
          <w:lang w:eastAsia="ro-RO"/>
        </w:rPr>
        <w:t>26</w:t>
      </w:r>
    </w:p>
    <w:p w14:paraId="63978E45" w14:textId="77777777" w:rsidR="00F92CB3" w:rsidRPr="00F27C5E" w:rsidRDefault="00F92CB3" w:rsidP="00172F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lang w:eastAsia="ro-RO"/>
        </w:rPr>
      </w:pPr>
    </w:p>
    <w:p w14:paraId="0F50C4AA" w14:textId="15AF08E1" w:rsidR="00172FDA" w:rsidRPr="006C5213" w:rsidRDefault="00172FDA" w:rsidP="00172FDA">
      <w:pPr>
        <w:tabs>
          <w:tab w:val="left" w:pos="1995"/>
        </w:tabs>
        <w:spacing w:after="0" w:line="240" w:lineRule="auto"/>
        <w:ind w:left="709"/>
        <w:jc w:val="center"/>
        <w:rPr>
          <w:rFonts w:ascii="Times New Roman" w:eastAsia="Times New Roman" w:hAnsi="Times New Roman" w:cs="Times New Roman"/>
          <w:b/>
          <w:lang w:val="pt-BR" w:eastAsia="ro-RO"/>
        </w:rPr>
      </w:pPr>
      <w:r w:rsidRPr="006C5213">
        <w:rPr>
          <w:rFonts w:ascii="Times New Roman" w:eastAsia="Times New Roman" w:hAnsi="Times New Roman" w:cs="Times New Roman"/>
          <w:b/>
          <w:lang w:eastAsia="ro-RO"/>
        </w:rPr>
        <w:t xml:space="preserve">privind </w:t>
      </w:r>
      <w:r w:rsidR="00F92CB3">
        <w:rPr>
          <w:rFonts w:ascii="Times New Roman" w:eastAsia="Times New Roman" w:hAnsi="Times New Roman" w:cs="Times New Roman"/>
          <w:b/>
          <w:lang w:eastAsia="ro-RO"/>
        </w:rPr>
        <w:t xml:space="preserve">aprobarea </w:t>
      </w:r>
      <w:r w:rsidRPr="006C5213">
        <w:rPr>
          <w:rFonts w:ascii="Times New Roman" w:eastAsia="Times New Roman" w:hAnsi="Times New Roman" w:cs="Times New Roman"/>
          <w:b/>
          <w:lang w:eastAsia="ro-RO"/>
        </w:rPr>
        <w:t>contravalo</w:t>
      </w:r>
      <w:r w:rsidR="00F92CB3">
        <w:rPr>
          <w:rFonts w:ascii="Times New Roman" w:eastAsia="Times New Roman" w:hAnsi="Times New Roman" w:cs="Times New Roman"/>
          <w:b/>
          <w:lang w:eastAsia="ro-RO"/>
        </w:rPr>
        <w:t>rii</w:t>
      </w:r>
      <w:r w:rsidRPr="006C5213">
        <w:rPr>
          <w:rFonts w:ascii="Times New Roman" w:eastAsia="Times New Roman" w:hAnsi="Times New Roman" w:cs="Times New Roman"/>
          <w:b/>
          <w:lang w:eastAsia="ro-RO"/>
        </w:rPr>
        <w:t xml:space="preserve"> serviciilor prestate</w:t>
      </w:r>
      <w:r w:rsidRPr="006C5213">
        <w:rPr>
          <w:rFonts w:ascii="Times New Roman" w:eastAsia="Times New Roman" w:hAnsi="Times New Roman" w:cs="Times New Roman"/>
          <w:b/>
          <w:lang w:val="pt-BR" w:eastAsia="ro-RO"/>
        </w:rPr>
        <w:t xml:space="preserve"> în cadrul Centrului de Cultură</w:t>
      </w:r>
      <w:r>
        <w:rPr>
          <w:rFonts w:ascii="Times New Roman" w:eastAsia="Times New Roman" w:hAnsi="Times New Roman" w:cs="Times New Roman"/>
          <w:b/>
          <w:lang w:val="pt-BR" w:eastAsia="ro-RO"/>
        </w:rPr>
        <w:t xml:space="preserve">, </w:t>
      </w:r>
      <w:r w:rsidRPr="006C5213">
        <w:rPr>
          <w:rFonts w:ascii="Times New Roman" w:eastAsia="Times New Roman" w:hAnsi="Times New Roman" w:cs="Times New Roman"/>
          <w:b/>
          <w:lang w:val="pt-BR" w:eastAsia="ro-RO"/>
        </w:rPr>
        <w:t xml:space="preserve">Artă </w:t>
      </w:r>
      <w:r>
        <w:rPr>
          <w:rFonts w:ascii="Times New Roman" w:eastAsia="Times New Roman" w:hAnsi="Times New Roman" w:cs="Times New Roman"/>
          <w:b/>
          <w:lang w:val="pt-BR" w:eastAsia="ro-RO"/>
        </w:rPr>
        <w:t xml:space="preserve">și Agrement </w:t>
      </w:r>
      <w:r w:rsidRPr="006C5213">
        <w:rPr>
          <w:rFonts w:ascii="Times New Roman" w:eastAsia="Times New Roman" w:hAnsi="Times New Roman" w:cs="Times New Roman"/>
          <w:b/>
          <w:lang w:val="pt-BR" w:eastAsia="ro-RO"/>
        </w:rPr>
        <w:t>Târgu Mureș pentru anul 202</w:t>
      </w:r>
      <w:r>
        <w:rPr>
          <w:rFonts w:ascii="Times New Roman" w:eastAsia="Times New Roman" w:hAnsi="Times New Roman" w:cs="Times New Roman"/>
          <w:b/>
          <w:lang w:val="pt-BR" w:eastAsia="ro-RO"/>
        </w:rPr>
        <w:t>7</w:t>
      </w:r>
    </w:p>
    <w:p w14:paraId="28956954" w14:textId="77777777" w:rsidR="00172FDA" w:rsidRPr="006C5213" w:rsidRDefault="00172FDA" w:rsidP="00172FDA">
      <w:pPr>
        <w:tabs>
          <w:tab w:val="left" w:pos="199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pt-BR" w:eastAsia="ro-RO"/>
        </w:rPr>
      </w:pPr>
    </w:p>
    <w:p w14:paraId="06F67E81" w14:textId="77777777" w:rsidR="00172FDA" w:rsidRPr="006C5213" w:rsidRDefault="00172FDA" w:rsidP="00172FDA">
      <w:pPr>
        <w:tabs>
          <w:tab w:val="left" w:pos="199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pt-BR" w:eastAsia="ro-RO"/>
        </w:rPr>
      </w:pPr>
    </w:p>
    <w:p w14:paraId="395FDD2D" w14:textId="77777777" w:rsidR="00172FDA" w:rsidRPr="006C5213" w:rsidRDefault="00172FDA" w:rsidP="00172FDA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iCs/>
          <w:lang w:val="pt-BR"/>
        </w:rPr>
      </w:pPr>
      <w:r w:rsidRPr="006C5213">
        <w:rPr>
          <w:rFonts w:ascii="Times New Roman" w:eastAsia="Times New Roman" w:hAnsi="Times New Roman" w:cs="Times New Roman"/>
          <w:b/>
          <w:iCs/>
          <w:lang w:val="pt-BR"/>
        </w:rPr>
        <w:t>Consiliul local municipal Târgu Mureş, întrunit în şedinţă ordinară de lucru,</w:t>
      </w:r>
    </w:p>
    <w:p w14:paraId="2DB4D7AC" w14:textId="77777777" w:rsidR="00172FDA" w:rsidRDefault="00172FDA" w:rsidP="00172FDA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o-RO"/>
        </w:rPr>
      </w:pPr>
      <w:r w:rsidRPr="006C5213">
        <w:rPr>
          <w:rFonts w:ascii="Times New Roman" w:eastAsia="Times New Roman" w:hAnsi="Times New Roman" w:cs="Times New Roman"/>
          <w:lang w:val="pt-BR" w:eastAsia="ro-RO"/>
        </w:rPr>
        <w:tab/>
      </w:r>
      <w:r w:rsidRPr="006C5213">
        <w:rPr>
          <w:rFonts w:ascii="Times New Roman" w:eastAsia="Times New Roman" w:hAnsi="Times New Roman" w:cs="Times New Roman"/>
          <w:b/>
          <w:bCs/>
          <w:lang w:val="pt-BR" w:eastAsia="ro-RO"/>
        </w:rPr>
        <w:t>Având în vedere</w:t>
      </w:r>
      <w:r w:rsidRPr="006C5213">
        <w:rPr>
          <w:rFonts w:ascii="Times New Roman" w:eastAsia="Times New Roman" w:hAnsi="Times New Roman" w:cs="Times New Roman"/>
          <w:b/>
          <w:bCs/>
          <w:lang w:eastAsia="ro-RO"/>
        </w:rPr>
        <w:t>:</w:t>
      </w:r>
    </w:p>
    <w:p w14:paraId="0DC2B08A" w14:textId="77777777" w:rsidR="00172FDA" w:rsidRPr="006C5213" w:rsidRDefault="00172FDA" w:rsidP="00172FDA">
      <w:pPr>
        <w:tabs>
          <w:tab w:val="left" w:pos="709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lang w:eastAsia="ro-RO"/>
        </w:rPr>
      </w:pPr>
    </w:p>
    <w:p w14:paraId="00FB4374" w14:textId="2EC7979A" w:rsidR="00172FDA" w:rsidRDefault="00172FDA" w:rsidP="00172FDA">
      <w:pPr>
        <w:pStyle w:val="ListParagraph"/>
        <w:numPr>
          <w:ilvl w:val="0"/>
          <w:numId w:val="19"/>
        </w:numPr>
        <w:tabs>
          <w:tab w:val="left" w:pos="709"/>
          <w:tab w:val="left" w:pos="993"/>
        </w:tabs>
        <w:spacing w:after="0" w:line="360" w:lineRule="auto"/>
        <w:ind w:hanging="11"/>
        <w:jc w:val="both"/>
        <w:rPr>
          <w:rFonts w:ascii="Times New Roman" w:eastAsia="Times New Roman" w:hAnsi="Times New Roman" w:cs="Times New Roman"/>
          <w:lang w:val="pt-BR" w:eastAsia="ro-RO"/>
        </w:rPr>
      </w:pPr>
      <w:r w:rsidRPr="006C5213">
        <w:rPr>
          <w:rFonts w:ascii="Times New Roman" w:eastAsia="Times New Roman" w:hAnsi="Times New Roman" w:cs="Times New Roman"/>
          <w:lang w:val="pt-BR" w:eastAsia="ro-RO"/>
        </w:rPr>
        <w:t>Referatul de aprobare nr.</w:t>
      </w:r>
      <w:r w:rsidR="00BD5BB3">
        <w:rPr>
          <w:rFonts w:ascii="Times New Roman" w:eastAsia="Times New Roman" w:hAnsi="Times New Roman" w:cs="Times New Roman"/>
          <w:b/>
          <w:lang w:val="pt-BR" w:eastAsia="ro-RO"/>
        </w:rPr>
        <w:t>7957</w:t>
      </w:r>
      <w:r w:rsidRPr="00C43769">
        <w:rPr>
          <w:rFonts w:ascii="Times New Roman" w:eastAsia="Times New Roman" w:hAnsi="Times New Roman" w:cs="Times New Roman"/>
          <w:b/>
          <w:lang w:val="pt-BR" w:eastAsia="ro-RO"/>
        </w:rPr>
        <w:t xml:space="preserve"> </w:t>
      </w:r>
      <w:r w:rsidRPr="00C43769">
        <w:rPr>
          <w:rFonts w:ascii="Times New Roman" w:eastAsia="Times New Roman" w:hAnsi="Times New Roman" w:cs="Times New Roman"/>
          <w:lang w:val="pt-BR" w:eastAsia="ro-RO"/>
        </w:rPr>
        <w:t xml:space="preserve">din </w:t>
      </w:r>
      <w:r w:rsidR="00BD5BB3" w:rsidRPr="00BD5BB3">
        <w:rPr>
          <w:rFonts w:ascii="Times New Roman" w:eastAsia="Times New Roman" w:hAnsi="Times New Roman" w:cs="Times New Roman"/>
          <w:b/>
          <w:bCs/>
          <w:lang w:val="pt-BR" w:eastAsia="ro-RO"/>
        </w:rPr>
        <w:t>09.10.2026</w:t>
      </w:r>
      <w:r w:rsidRPr="00C43769">
        <w:rPr>
          <w:rFonts w:ascii="Times New Roman" w:eastAsia="Times New Roman" w:hAnsi="Times New Roman" w:cs="Times New Roman"/>
          <w:lang w:val="pt-BR" w:eastAsia="ro-RO"/>
        </w:rPr>
        <w:t xml:space="preserve"> </w:t>
      </w:r>
      <w:r>
        <w:rPr>
          <w:rFonts w:ascii="Times New Roman" w:eastAsia="Times New Roman" w:hAnsi="Times New Roman" w:cs="Times New Roman"/>
          <w:lang w:val="pt-BR" w:eastAsia="ro-RO"/>
        </w:rPr>
        <w:t>inițiat de primarul Municipiului Tîrgu Mureș prin</w:t>
      </w:r>
      <w:r w:rsidRPr="006C5213">
        <w:rPr>
          <w:rFonts w:ascii="Times New Roman" w:eastAsia="Times New Roman" w:hAnsi="Times New Roman" w:cs="Times New Roman"/>
          <w:lang w:val="pt-BR" w:eastAsia="ro-RO"/>
        </w:rPr>
        <w:t xml:space="preserve"> Centrul de Cultură</w:t>
      </w:r>
      <w:r>
        <w:rPr>
          <w:rFonts w:ascii="Times New Roman" w:eastAsia="Times New Roman" w:hAnsi="Times New Roman" w:cs="Times New Roman"/>
          <w:lang w:val="pt-BR" w:eastAsia="ro-RO"/>
        </w:rPr>
        <w:t xml:space="preserve">, </w:t>
      </w:r>
      <w:r w:rsidRPr="006C5213">
        <w:rPr>
          <w:rFonts w:ascii="Times New Roman" w:eastAsia="Times New Roman" w:hAnsi="Times New Roman" w:cs="Times New Roman"/>
          <w:lang w:val="pt-BR" w:eastAsia="ro-RO"/>
        </w:rPr>
        <w:t>Artă</w:t>
      </w:r>
      <w:r>
        <w:rPr>
          <w:rFonts w:ascii="Times New Roman" w:eastAsia="Times New Roman" w:hAnsi="Times New Roman" w:cs="Times New Roman"/>
          <w:lang w:val="pt-BR" w:eastAsia="ro-RO"/>
        </w:rPr>
        <w:t xml:space="preserve"> și Agrement</w:t>
      </w:r>
      <w:r w:rsidRPr="006C5213">
        <w:rPr>
          <w:rFonts w:ascii="Times New Roman" w:eastAsia="Times New Roman" w:hAnsi="Times New Roman" w:cs="Times New Roman"/>
          <w:lang w:val="pt-BR" w:eastAsia="ro-RO"/>
        </w:rPr>
        <w:t xml:space="preserve"> Târgu Mur</w:t>
      </w:r>
      <w:r w:rsidRPr="006C5213">
        <w:rPr>
          <w:rFonts w:ascii="Times New Roman" w:eastAsia="Times New Roman" w:hAnsi="Times New Roman" w:cs="Times New Roman"/>
          <w:lang w:eastAsia="ro-RO"/>
        </w:rPr>
        <w:t>eș</w:t>
      </w:r>
      <w:r w:rsidRPr="006C5213">
        <w:rPr>
          <w:rFonts w:ascii="Times New Roman" w:eastAsia="Times New Roman" w:hAnsi="Times New Roman" w:cs="Times New Roman"/>
          <w:lang w:val="pt-BR" w:eastAsia="ro-RO"/>
        </w:rPr>
        <w:t>, privind</w:t>
      </w:r>
      <w:r w:rsidR="00F92CB3">
        <w:rPr>
          <w:rFonts w:ascii="Times New Roman" w:eastAsia="Times New Roman" w:hAnsi="Times New Roman" w:cs="Times New Roman"/>
          <w:lang w:val="pt-BR" w:eastAsia="ro-RO"/>
        </w:rPr>
        <w:t xml:space="preserve"> aprobarea</w:t>
      </w:r>
      <w:r w:rsidRPr="006C5213">
        <w:rPr>
          <w:rFonts w:ascii="Times New Roman" w:eastAsia="Times New Roman" w:hAnsi="Times New Roman" w:cs="Times New Roman"/>
          <w:lang w:val="pt-BR" w:eastAsia="ro-RO"/>
        </w:rPr>
        <w:t xml:space="preserve"> contravalo</w:t>
      </w:r>
      <w:r w:rsidR="00F92CB3">
        <w:rPr>
          <w:rFonts w:ascii="Times New Roman" w:eastAsia="Times New Roman" w:hAnsi="Times New Roman" w:cs="Times New Roman"/>
          <w:lang w:val="pt-BR" w:eastAsia="ro-RO"/>
        </w:rPr>
        <w:t>rii</w:t>
      </w:r>
      <w:r w:rsidRPr="006C5213">
        <w:rPr>
          <w:rFonts w:ascii="Times New Roman" w:eastAsia="Times New Roman" w:hAnsi="Times New Roman" w:cs="Times New Roman"/>
          <w:lang w:val="pt-BR" w:eastAsia="ro-RO"/>
        </w:rPr>
        <w:t xml:space="preserve"> serviciilor prestate</w:t>
      </w:r>
      <w:r w:rsidRPr="006C5213">
        <w:rPr>
          <w:rFonts w:ascii="Times New Roman" w:eastAsia="Times New Roman" w:hAnsi="Times New Roman" w:cs="Times New Roman"/>
          <w:bCs/>
          <w:lang w:val="pt-BR" w:eastAsia="ro-RO"/>
        </w:rPr>
        <w:t xml:space="preserve"> în cadrul Centrului de Cultură</w:t>
      </w:r>
      <w:r>
        <w:rPr>
          <w:rFonts w:ascii="Times New Roman" w:eastAsia="Times New Roman" w:hAnsi="Times New Roman" w:cs="Times New Roman"/>
          <w:bCs/>
          <w:lang w:val="pt-BR" w:eastAsia="ro-RO"/>
        </w:rPr>
        <w:t xml:space="preserve">, </w:t>
      </w:r>
      <w:r w:rsidRPr="006C5213">
        <w:rPr>
          <w:rFonts w:ascii="Times New Roman" w:eastAsia="Times New Roman" w:hAnsi="Times New Roman" w:cs="Times New Roman"/>
          <w:bCs/>
          <w:lang w:val="pt-BR" w:eastAsia="ro-RO"/>
        </w:rPr>
        <w:t>Artă</w:t>
      </w:r>
      <w:r>
        <w:rPr>
          <w:rFonts w:ascii="Times New Roman" w:eastAsia="Times New Roman" w:hAnsi="Times New Roman" w:cs="Times New Roman"/>
          <w:bCs/>
          <w:lang w:val="pt-BR" w:eastAsia="ro-RO"/>
        </w:rPr>
        <w:t xml:space="preserve"> și Agrement</w:t>
      </w:r>
      <w:r w:rsidRPr="006C5213">
        <w:rPr>
          <w:rFonts w:ascii="Times New Roman" w:eastAsia="Times New Roman" w:hAnsi="Times New Roman" w:cs="Times New Roman"/>
          <w:bCs/>
          <w:lang w:val="pt-BR" w:eastAsia="ro-RO"/>
        </w:rPr>
        <w:t xml:space="preserve"> Târgu Mureș pentru anul 202</w:t>
      </w:r>
      <w:r>
        <w:rPr>
          <w:rFonts w:ascii="Times New Roman" w:eastAsia="Times New Roman" w:hAnsi="Times New Roman" w:cs="Times New Roman"/>
          <w:bCs/>
          <w:lang w:val="pt-BR" w:eastAsia="ro-RO"/>
        </w:rPr>
        <w:t>7</w:t>
      </w:r>
    </w:p>
    <w:p w14:paraId="625A825B" w14:textId="77777777" w:rsidR="00172FDA" w:rsidRDefault="00172FDA" w:rsidP="00172FDA">
      <w:pPr>
        <w:pStyle w:val="ListParagraph"/>
        <w:numPr>
          <w:ilvl w:val="0"/>
          <w:numId w:val="19"/>
        </w:numPr>
        <w:tabs>
          <w:tab w:val="left" w:pos="993"/>
        </w:tabs>
        <w:spacing w:line="360" w:lineRule="auto"/>
        <w:ind w:hanging="11"/>
        <w:rPr>
          <w:rFonts w:ascii="Times New Roman" w:eastAsia="Times New Roman" w:hAnsi="Times New Roman" w:cs="Times New Roman"/>
          <w:lang w:val="pt-BR" w:eastAsia="ro-RO"/>
        </w:rPr>
      </w:pPr>
      <w:r w:rsidRPr="00D67983">
        <w:rPr>
          <w:rFonts w:ascii="Times New Roman" w:eastAsia="Times New Roman" w:hAnsi="Times New Roman" w:cs="Times New Roman"/>
          <w:lang w:val="pt-BR" w:eastAsia="ro-RO"/>
        </w:rPr>
        <w:t xml:space="preserve">Raportul de specialitate al Direcției </w:t>
      </w:r>
      <w:r>
        <w:rPr>
          <w:rFonts w:ascii="Times New Roman" w:eastAsia="Times New Roman" w:hAnsi="Times New Roman" w:cs="Times New Roman"/>
          <w:lang w:val="pt-BR" w:eastAsia="ro-RO"/>
        </w:rPr>
        <w:t>Fiscale Locale</w:t>
      </w:r>
    </w:p>
    <w:p w14:paraId="019AFFFD" w14:textId="77777777" w:rsidR="00172FDA" w:rsidRPr="00172FDA" w:rsidRDefault="00172FDA" w:rsidP="00172FDA">
      <w:pPr>
        <w:pStyle w:val="ListParagraph"/>
        <w:numPr>
          <w:ilvl w:val="0"/>
          <w:numId w:val="19"/>
        </w:numPr>
        <w:tabs>
          <w:tab w:val="left" w:pos="993"/>
        </w:tabs>
        <w:spacing w:line="360" w:lineRule="auto"/>
        <w:ind w:hanging="11"/>
        <w:rPr>
          <w:rFonts w:ascii="Times New Roman" w:eastAsia="Times New Roman" w:hAnsi="Times New Roman" w:cs="Times New Roman"/>
          <w:lang w:val="pt-BR" w:eastAsia="ro-RO"/>
        </w:rPr>
      </w:pPr>
      <w:r w:rsidRPr="00172FDA">
        <w:rPr>
          <w:rFonts w:ascii="Times New Roman" w:eastAsia="Times New Roman" w:hAnsi="Times New Roman" w:cs="Times New Roman"/>
          <w:bCs/>
          <w:lang w:eastAsia="ro-RO"/>
        </w:rPr>
        <w:t xml:space="preserve">Raportul de specailitate al Direcţiei juridice </w:t>
      </w:r>
      <w:r w:rsidRPr="00172FDA">
        <w:rPr>
          <w:rFonts w:ascii="Times New Roman" w:eastAsia="Times New Roman" w:hAnsi="Times New Roman" w:cs="Times New Roman"/>
          <w:bCs/>
          <w:lang w:eastAsia="ro-RO" w:bidi="en-US"/>
        </w:rPr>
        <w:t>contencios administrativ şi administraţie publică locală</w:t>
      </w:r>
    </w:p>
    <w:p w14:paraId="49D07E88" w14:textId="6BF6C5E5" w:rsidR="00172FDA" w:rsidRPr="00172FDA" w:rsidRDefault="00172FDA" w:rsidP="00172FDA">
      <w:pPr>
        <w:pStyle w:val="ListParagraph"/>
        <w:numPr>
          <w:ilvl w:val="0"/>
          <w:numId w:val="19"/>
        </w:numPr>
        <w:tabs>
          <w:tab w:val="left" w:pos="993"/>
        </w:tabs>
        <w:spacing w:line="360" w:lineRule="auto"/>
        <w:ind w:hanging="11"/>
        <w:rPr>
          <w:rFonts w:ascii="Times New Roman" w:eastAsia="Times New Roman" w:hAnsi="Times New Roman" w:cs="Times New Roman"/>
          <w:lang w:val="pt-BR" w:eastAsia="ro-RO"/>
        </w:rPr>
      </w:pPr>
      <w:r w:rsidRPr="00172FDA">
        <w:rPr>
          <w:rFonts w:ascii="Times New Roman" w:eastAsia="Times New Roman" w:hAnsi="Times New Roman" w:cs="Times New Roman"/>
          <w:bCs/>
          <w:lang w:val="pt-BR" w:eastAsia="ro-RO"/>
        </w:rPr>
        <w:t>Raportul Comisiilor de specialitate din cadrul Consiliului local municipal Târgu Mureş</w:t>
      </w:r>
    </w:p>
    <w:p w14:paraId="5E92F661" w14:textId="255BCB84" w:rsidR="00172FDA" w:rsidRPr="006C5213" w:rsidRDefault="00F92CB3" w:rsidP="00172FDA">
      <w:pPr>
        <w:tabs>
          <w:tab w:val="left" w:pos="720"/>
        </w:tabs>
        <w:spacing w:after="0" w:line="276" w:lineRule="auto"/>
        <w:ind w:left="567"/>
        <w:jc w:val="both"/>
        <w:rPr>
          <w:rFonts w:ascii="Times New Roman" w:eastAsia="Times New Roman" w:hAnsi="Times New Roman" w:cs="Times New Roman"/>
          <w:b/>
          <w:bCs/>
          <w:lang w:eastAsia="ro-RO"/>
        </w:rPr>
      </w:pPr>
      <w:r>
        <w:rPr>
          <w:rFonts w:ascii="Times New Roman" w:eastAsia="Times New Roman" w:hAnsi="Times New Roman" w:cs="Times New Roman"/>
          <w:b/>
          <w:bCs/>
          <w:lang w:eastAsia="ro-RO"/>
        </w:rPr>
        <w:t xml:space="preserve"> </w:t>
      </w:r>
      <w:r w:rsidR="00172FDA" w:rsidRPr="006C5213">
        <w:rPr>
          <w:rFonts w:ascii="Times New Roman" w:eastAsia="Times New Roman" w:hAnsi="Times New Roman" w:cs="Times New Roman"/>
          <w:b/>
          <w:bCs/>
          <w:lang w:eastAsia="ro-RO"/>
        </w:rPr>
        <w:t xml:space="preserve">Ținând cont de prevederile: </w:t>
      </w:r>
    </w:p>
    <w:p w14:paraId="4702D250" w14:textId="77777777" w:rsidR="00172FDA" w:rsidRDefault="00172FDA" w:rsidP="00172FDA">
      <w:pPr>
        <w:numPr>
          <w:ilvl w:val="0"/>
          <w:numId w:val="17"/>
        </w:numPr>
        <w:tabs>
          <w:tab w:val="left" w:pos="720"/>
        </w:tabs>
        <w:spacing w:after="0" w:line="360" w:lineRule="auto"/>
        <w:ind w:left="993"/>
        <w:jc w:val="both"/>
        <w:rPr>
          <w:rFonts w:ascii="Times New Roman" w:eastAsia="Times New Roman" w:hAnsi="Times New Roman" w:cs="Times New Roman"/>
          <w:bCs/>
          <w:lang w:eastAsia="ro-RO"/>
        </w:rPr>
      </w:pPr>
      <w:r w:rsidRPr="006C5213">
        <w:rPr>
          <w:rFonts w:ascii="Times New Roman" w:eastAsia="Times New Roman" w:hAnsi="Times New Roman" w:cs="Times New Roman"/>
          <w:bCs/>
          <w:lang w:eastAsia="ro-RO"/>
        </w:rPr>
        <w:t>Legii nr. 273/2006 privind finanțele publice locale, cu modificările și completările ulterioare;</w:t>
      </w:r>
    </w:p>
    <w:p w14:paraId="524B1031" w14:textId="77777777" w:rsidR="00172FDA" w:rsidRPr="00F84E64" w:rsidRDefault="00172FDA" w:rsidP="00172FDA">
      <w:pPr>
        <w:numPr>
          <w:ilvl w:val="0"/>
          <w:numId w:val="17"/>
        </w:numPr>
        <w:tabs>
          <w:tab w:val="left" w:pos="720"/>
        </w:tabs>
        <w:spacing w:after="0" w:line="360" w:lineRule="auto"/>
        <w:ind w:left="993"/>
        <w:jc w:val="both"/>
        <w:rPr>
          <w:rFonts w:ascii="Times New Roman" w:eastAsia="Times New Roman" w:hAnsi="Times New Roman" w:cs="Times New Roman"/>
          <w:bCs/>
          <w:lang w:eastAsia="ro-RO"/>
        </w:rPr>
      </w:pPr>
      <w:r>
        <w:rPr>
          <w:rFonts w:ascii="Times New Roman" w:eastAsia="Times New Roman" w:hAnsi="Times New Roman" w:cs="Times New Roman"/>
          <w:lang w:eastAsia="ro-RO"/>
        </w:rPr>
        <w:t>P</w:t>
      </w:r>
      <w:r w:rsidRPr="006C5213">
        <w:rPr>
          <w:rFonts w:ascii="Times New Roman" w:eastAsia="Times New Roman" w:hAnsi="Times New Roman" w:cs="Times New Roman"/>
          <w:lang w:eastAsia="ro-RO"/>
        </w:rPr>
        <w:t xml:space="preserve">revederile art. 484 din Legea nr. 227/2015 privind </w:t>
      </w:r>
      <w:r>
        <w:rPr>
          <w:rFonts w:ascii="Times New Roman" w:eastAsia="Times New Roman" w:hAnsi="Times New Roman" w:cs="Times New Roman"/>
          <w:lang w:eastAsia="ro-RO"/>
        </w:rPr>
        <w:t>C</w:t>
      </w:r>
      <w:r w:rsidRPr="006C5213">
        <w:rPr>
          <w:rFonts w:ascii="Times New Roman" w:eastAsia="Times New Roman" w:hAnsi="Times New Roman" w:cs="Times New Roman"/>
          <w:lang w:eastAsia="ro-RO"/>
        </w:rPr>
        <w:t>odul fiscal</w:t>
      </w:r>
      <w:r w:rsidRPr="00563FEA">
        <w:rPr>
          <w:rStyle w:val="font12"/>
        </w:rPr>
        <w:t>;</w:t>
      </w:r>
      <w:r w:rsidRPr="006C5213">
        <w:rPr>
          <w:rFonts w:ascii="Times New Roman" w:eastAsia="Times New Roman" w:hAnsi="Times New Roman" w:cs="Times New Roman"/>
          <w:lang w:eastAsia="ro-RO"/>
        </w:rPr>
        <w:t xml:space="preserve">  </w:t>
      </w:r>
    </w:p>
    <w:p w14:paraId="24B90C6E" w14:textId="77777777" w:rsidR="00172FDA" w:rsidRPr="00F84E64" w:rsidRDefault="00172FDA" w:rsidP="00172FDA">
      <w:pPr>
        <w:pStyle w:val="ListParagraph"/>
        <w:numPr>
          <w:ilvl w:val="0"/>
          <w:numId w:val="17"/>
        </w:numPr>
        <w:tabs>
          <w:tab w:val="left" w:pos="720"/>
        </w:tabs>
        <w:spacing w:after="0" w:line="360" w:lineRule="auto"/>
        <w:ind w:left="993"/>
        <w:jc w:val="both"/>
        <w:rPr>
          <w:rFonts w:ascii="Times New Roman" w:eastAsia="Times New Roman" w:hAnsi="Times New Roman" w:cs="Times New Roman"/>
          <w:lang w:eastAsia="ro-RO"/>
        </w:rPr>
      </w:pPr>
      <w:r w:rsidRPr="00F84E64">
        <w:rPr>
          <w:rFonts w:ascii="Times New Roman" w:eastAsia="Times New Roman" w:hAnsi="Times New Roman" w:cs="Times New Roman"/>
          <w:lang w:eastAsia="ro-RO"/>
        </w:rPr>
        <w:t>Legii nr. 52/2003 privind Transparența decizională în administrația publică, republicată</w:t>
      </w:r>
      <w:r w:rsidRPr="00563FEA">
        <w:rPr>
          <w:rStyle w:val="font12"/>
        </w:rPr>
        <w:t>;</w:t>
      </w:r>
    </w:p>
    <w:p w14:paraId="6A1EAFA0" w14:textId="77777777" w:rsidR="00172FDA" w:rsidRPr="00F84E64" w:rsidRDefault="00172FDA" w:rsidP="00172FDA">
      <w:pPr>
        <w:tabs>
          <w:tab w:val="left" w:pos="720"/>
        </w:tabs>
        <w:spacing w:after="0" w:line="240" w:lineRule="auto"/>
        <w:ind w:left="1429"/>
        <w:jc w:val="both"/>
        <w:rPr>
          <w:rFonts w:ascii="Times New Roman" w:eastAsia="Times New Roman" w:hAnsi="Times New Roman" w:cs="Times New Roman"/>
          <w:bCs/>
          <w:lang w:val="hu-HU" w:eastAsia="ro-RO"/>
        </w:rPr>
      </w:pPr>
    </w:p>
    <w:p w14:paraId="36447AE5" w14:textId="77777777" w:rsidR="00172FDA" w:rsidRPr="006C5213" w:rsidRDefault="00172FDA" w:rsidP="00172FDA">
      <w:pPr>
        <w:tabs>
          <w:tab w:val="left" w:pos="851"/>
        </w:tabs>
        <w:spacing w:after="0" w:line="240" w:lineRule="auto"/>
        <w:ind w:left="709" w:firstLine="284"/>
        <w:jc w:val="both"/>
        <w:rPr>
          <w:rFonts w:ascii="Times New Roman" w:eastAsia="Times New Roman" w:hAnsi="Times New Roman" w:cs="Times New Roman"/>
          <w:lang w:eastAsia="ro-RO"/>
        </w:rPr>
      </w:pPr>
      <w:r w:rsidRPr="006C5213">
        <w:rPr>
          <w:rFonts w:ascii="Times New Roman" w:eastAsia="Times New Roman" w:hAnsi="Times New Roman" w:cs="Times New Roman"/>
          <w:lang w:eastAsia="ro-RO"/>
        </w:rPr>
        <w:tab/>
        <w:t xml:space="preserve">În temeiul art. 87, alin. (3), art.129, </w:t>
      </w:r>
      <w:r>
        <w:rPr>
          <w:rFonts w:ascii="Times New Roman" w:eastAsia="Times New Roman" w:hAnsi="Times New Roman" w:cs="Times New Roman"/>
          <w:lang w:eastAsia="ro-RO"/>
        </w:rPr>
        <w:t xml:space="preserve">alin. (1), </w:t>
      </w:r>
      <w:r w:rsidRPr="006C5213">
        <w:rPr>
          <w:rFonts w:ascii="Times New Roman" w:eastAsia="Times New Roman" w:hAnsi="Times New Roman" w:cs="Times New Roman"/>
          <w:lang w:eastAsia="ro-RO"/>
        </w:rPr>
        <w:t>alin.</w:t>
      </w:r>
      <w:r>
        <w:rPr>
          <w:rFonts w:ascii="Times New Roman" w:eastAsia="Times New Roman" w:hAnsi="Times New Roman" w:cs="Times New Roman"/>
          <w:lang w:eastAsia="ro-RO"/>
        </w:rPr>
        <w:t xml:space="preserve"> </w:t>
      </w:r>
      <w:r w:rsidRPr="006C5213">
        <w:rPr>
          <w:rFonts w:ascii="Times New Roman" w:eastAsia="Times New Roman" w:hAnsi="Times New Roman" w:cs="Times New Roman"/>
          <w:lang w:eastAsia="ro-RO"/>
        </w:rPr>
        <w:t xml:space="preserve">(4), lit.”c”, art. 139 alin. </w:t>
      </w:r>
      <w:r>
        <w:rPr>
          <w:rFonts w:ascii="Times New Roman" w:eastAsia="Times New Roman" w:hAnsi="Times New Roman" w:cs="Times New Roman"/>
          <w:lang w:eastAsia="ro-RO"/>
        </w:rPr>
        <w:t>(</w:t>
      </w:r>
      <w:r w:rsidRPr="006C5213">
        <w:rPr>
          <w:rFonts w:ascii="Times New Roman" w:eastAsia="Times New Roman" w:hAnsi="Times New Roman" w:cs="Times New Roman"/>
          <w:lang w:eastAsia="ro-RO"/>
        </w:rPr>
        <w:t>3</w:t>
      </w:r>
      <w:r>
        <w:rPr>
          <w:rFonts w:ascii="Times New Roman" w:eastAsia="Times New Roman" w:hAnsi="Times New Roman" w:cs="Times New Roman"/>
          <w:lang w:eastAsia="ro-RO"/>
        </w:rPr>
        <w:t>)</w:t>
      </w:r>
      <w:r w:rsidRPr="006C5213">
        <w:rPr>
          <w:rFonts w:ascii="Times New Roman" w:eastAsia="Times New Roman" w:hAnsi="Times New Roman" w:cs="Times New Roman"/>
          <w:lang w:eastAsia="ro-RO"/>
        </w:rPr>
        <w:t xml:space="preserve"> lit. ”c”</w:t>
      </w:r>
      <w:r>
        <w:rPr>
          <w:rFonts w:ascii="Times New Roman" w:eastAsia="Times New Roman" w:hAnsi="Times New Roman" w:cs="Times New Roman"/>
          <w:lang w:eastAsia="ro-RO"/>
        </w:rPr>
        <w:t>, art. 196 alin. (1)</w:t>
      </w:r>
      <w:r w:rsidRPr="006C5213">
        <w:rPr>
          <w:rFonts w:ascii="Times New Roman" w:eastAsia="Times New Roman" w:hAnsi="Times New Roman" w:cs="Times New Roman"/>
          <w:lang w:eastAsia="ro-RO"/>
        </w:rPr>
        <w:t xml:space="preserve"> </w:t>
      </w:r>
      <w:r>
        <w:rPr>
          <w:rFonts w:ascii="Times New Roman" w:eastAsia="Times New Roman" w:hAnsi="Times New Roman" w:cs="Times New Roman"/>
          <w:lang w:eastAsia="ro-RO"/>
        </w:rPr>
        <w:t xml:space="preserve">lit. </w:t>
      </w:r>
      <w:r w:rsidRPr="006C5213">
        <w:rPr>
          <w:rFonts w:ascii="Times New Roman" w:eastAsia="Times New Roman" w:hAnsi="Times New Roman" w:cs="Times New Roman"/>
          <w:lang w:eastAsia="ro-RO"/>
        </w:rPr>
        <w:t>”</w:t>
      </w:r>
      <w:r>
        <w:rPr>
          <w:rFonts w:ascii="Times New Roman" w:eastAsia="Times New Roman" w:hAnsi="Times New Roman" w:cs="Times New Roman"/>
          <w:lang w:eastAsia="ro-RO"/>
        </w:rPr>
        <w:t>a</w:t>
      </w:r>
      <w:r w:rsidRPr="006C5213">
        <w:rPr>
          <w:rFonts w:ascii="Times New Roman" w:eastAsia="Times New Roman" w:hAnsi="Times New Roman" w:cs="Times New Roman"/>
          <w:lang w:eastAsia="ro-RO"/>
        </w:rPr>
        <w:t>” din Ordonanța de Urgență a Guvernului nr. 57/2019 din 3 Iulie 2019 privind Codul Administrativ</w:t>
      </w:r>
      <w:r>
        <w:rPr>
          <w:rFonts w:ascii="Times New Roman" w:eastAsia="Times New Roman" w:hAnsi="Times New Roman" w:cs="Times New Roman"/>
          <w:lang w:eastAsia="ro-RO"/>
        </w:rPr>
        <w:t>,</w:t>
      </w:r>
    </w:p>
    <w:p w14:paraId="7C2B8100" w14:textId="77777777" w:rsidR="00172FDA" w:rsidRPr="006C5213" w:rsidRDefault="00172FDA" w:rsidP="00172FDA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o-RO"/>
        </w:rPr>
      </w:pPr>
    </w:p>
    <w:p w14:paraId="2C00C6BA" w14:textId="77777777" w:rsidR="00172FDA" w:rsidRPr="006C5213" w:rsidRDefault="00172FDA" w:rsidP="00172F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pt-BR" w:eastAsia="ro-RO"/>
        </w:rPr>
      </w:pPr>
      <w:r w:rsidRPr="006C5213">
        <w:rPr>
          <w:rFonts w:ascii="Times New Roman" w:eastAsia="Times New Roman" w:hAnsi="Times New Roman" w:cs="Times New Roman"/>
          <w:b/>
          <w:lang w:val="pt-BR" w:eastAsia="ro-RO"/>
        </w:rPr>
        <w:t>H o t ă r ă ş t e :</w:t>
      </w:r>
    </w:p>
    <w:p w14:paraId="34D48C70" w14:textId="77777777" w:rsidR="00172FDA" w:rsidRPr="006C5213" w:rsidRDefault="00172FDA" w:rsidP="00172F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pt-BR" w:eastAsia="ro-RO"/>
        </w:rPr>
      </w:pPr>
    </w:p>
    <w:p w14:paraId="591C675F" w14:textId="6F283E29" w:rsidR="00172FDA" w:rsidRPr="006F033C" w:rsidRDefault="00172FDA" w:rsidP="00F92CB3">
      <w:pPr>
        <w:spacing w:after="120" w:line="360" w:lineRule="auto"/>
        <w:ind w:left="709" w:firstLine="142"/>
        <w:jc w:val="both"/>
        <w:rPr>
          <w:rFonts w:ascii="Times New Roman" w:eastAsia="Times New Roman" w:hAnsi="Times New Roman" w:cs="Times New Roman"/>
          <w:bCs/>
          <w:lang w:val="pt-BR" w:eastAsia="ro-RO"/>
        </w:rPr>
      </w:pPr>
      <w:r w:rsidRPr="006C5213">
        <w:rPr>
          <w:rFonts w:ascii="Times New Roman" w:eastAsia="Times New Roman" w:hAnsi="Times New Roman" w:cs="Times New Roman"/>
          <w:b/>
          <w:lang w:val="pt-BR" w:eastAsia="ro-RO"/>
        </w:rPr>
        <w:t xml:space="preserve">  </w:t>
      </w:r>
      <w:r w:rsidRPr="006C5213">
        <w:rPr>
          <w:rFonts w:ascii="Times New Roman" w:eastAsia="Times New Roman" w:hAnsi="Times New Roman" w:cs="Times New Roman"/>
          <w:b/>
          <w:lang w:val="pt-BR" w:eastAsia="ro-RO"/>
        </w:rPr>
        <w:tab/>
        <w:t>Art. 1.</w:t>
      </w:r>
      <w:r w:rsidRPr="006C5213">
        <w:rPr>
          <w:rFonts w:ascii="Times New Roman" w:eastAsia="Times New Roman" w:hAnsi="Times New Roman" w:cs="Times New Roman"/>
          <w:lang w:val="pt-BR" w:eastAsia="ro-RO"/>
        </w:rPr>
        <w:t xml:space="preserve"> Se aprobă </w:t>
      </w:r>
      <w:r w:rsidRPr="006F033C">
        <w:rPr>
          <w:rFonts w:ascii="Times New Roman" w:eastAsia="Times New Roman" w:hAnsi="Times New Roman" w:cs="Times New Roman"/>
          <w:bCs/>
          <w:lang w:eastAsia="ro-RO"/>
        </w:rPr>
        <w:t>contravaloarea serviciilor prestate</w:t>
      </w:r>
      <w:r w:rsidRPr="006F033C">
        <w:rPr>
          <w:rFonts w:ascii="Times New Roman" w:eastAsia="Times New Roman" w:hAnsi="Times New Roman" w:cs="Times New Roman"/>
          <w:bCs/>
          <w:lang w:val="pt-BR" w:eastAsia="ro-RO"/>
        </w:rPr>
        <w:t xml:space="preserve"> în cadrul Centrului de Cultură</w:t>
      </w:r>
      <w:r>
        <w:rPr>
          <w:rFonts w:ascii="Times New Roman" w:eastAsia="Times New Roman" w:hAnsi="Times New Roman" w:cs="Times New Roman"/>
          <w:bCs/>
          <w:lang w:val="pt-BR" w:eastAsia="ro-RO"/>
        </w:rPr>
        <w:t xml:space="preserve">, </w:t>
      </w:r>
      <w:r w:rsidRPr="006F033C">
        <w:rPr>
          <w:rFonts w:ascii="Times New Roman" w:eastAsia="Times New Roman" w:hAnsi="Times New Roman" w:cs="Times New Roman"/>
          <w:bCs/>
          <w:lang w:val="pt-BR" w:eastAsia="ro-RO"/>
        </w:rPr>
        <w:t xml:space="preserve">Artă </w:t>
      </w:r>
      <w:r>
        <w:rPr>
          <w:rFonts w:ascii="Times New Roman" w:eastAsia="Times New Roman" w:hAnsi="Times New Roman" w:cs="Times New Roman"/>
          <w:bCs/>
          <w:lang w:val="pt-BR" w:eastAsia="ro-RO"/>
        </w:rPr>
        <w:t xml:space="preserve">și Agrement </w:t>
      </w:r>
      <w:r w:rsidRPr="006F033C">
        <w:rPr>
          <w:rFonts w:ascii="Times New Roman" w:eastAsia="Times New Roman" w:hAnsi="Times New Roman" w:cs="Times New Roman"/>
          <w:bCs/>
          <w:lang w:val="pt-BR" w:eastAsia="ro-RO"/>
        </w:rPr>
        <w:t>Târgu Mureș pentru anul 202</w:t>
      </w:r>
      <w:r>
        <w:rPr>
          <w:rFonts w:ascii="Times New Roman" w:eastAsia="Times New Roman" w:hAnsi="Times New Roman" w:cs="Times New Roman"/>
          <w:bCs/>
          <w:lang w:val="pt-BR" w:eastAsia="ro-RO"/>
        </w:rPr>
        <w:t>7</w:t>
      </w:r>
      <w:r w:rsidRPr="006C5213">
        <w:rPr>
          <w:rFonts w:ascii="Times New Roman" w:eastAsia="Times New Roman" w:hAnsi="Times New Roman" w:cs="Times New Roman"/>
          <w:lang w:val="pt-BR" w:eastAsia="ro-RO"/>
        </w:rPr>
        <w:t xml:space="preserve">, cuprinse în </w:t>
      </w:r>
      <w:r>
        <w:rPr>
          <w:rFonts w:ascii="Times New Roman" w:eastAsia="Times New Roman" w:hAnsi="Times New Roman" w:cs="Times New Roman"/>
          <w:lang w:val="pt-BR" w:eastAsia="ro-RO"/>
        </w:rPr>
        <w:t>A</w:t>
      </w:r>
      <w:r w:rsidRPr="006C5213">
        <w:rPr>
          <w:rFonts w:ascii="Times New Roman" w:eastAsia="Times New Roman" w:hAnsi="Times New Roman" w:cs="Times New Roman"/>
          <w:lang w:val="pt-BR" w:eastAsia="ro-RO"/>
        </w:rPr>
        <w:t xml:space="preserve">nexa 1 care face parte integrantă din prezenta Hotărâre. </w:t>
      </w:r>
      <w:r>
        <w:rPr>
          <w:rFonts w:ascii="Times New Roman" w:eastAsia="Times New Roman" w:hAnsi="Times New Roman" w:cs="Times New Roman"/>
          <w:lang w:val="pt-BR" w:eastAsia="ro-RO"/>
        </w:rPr>
        <w:t xml:space="preserve"> </w:t>
      </w:r>
    </w:p>
    <w:p w14:paraId="2CFB7A0C" w14:textId="391E1432" w:rsidR="00172FDA" w:rsidRDefault="00172FDA" w:rsidP="00F92CB3">
      <w:pPr>
        <w:spacing w:after="120" w:line="360" w:lineRule="auto"/>
        <w:ind w:left="709" w:firstLine="142"/>
        <w:jc w:val="both"/>
        <w:rPr>
          <w:rFonts w:ascii="Times New Roman" w:eastAsia="Times New Roman" w:hAnsi="Times New Roman" w:cs="Times New Roman"/>
          <w:lang w:val="pt-BR" w:eastAsia="ro-RO"/>
        </w:rPr>
      </w:pPr>
      <w:r w:rsidRPr="006C5213">
        <w:rPr>
          <w:rFonts w:ascii="Times New Roman" w:eastAsia="Times New Roman" w:hAnsi="Times New Roman" w:cs="Times New Roman"/>
          <w:lang w:eastAsia="ro-RO"/>
        </w:rPr>
        <w:tab/>
      </w:r>
      <w:r w:rsidRPr="006C5213">
        <w:rPr>
          <w:rFonts w:ascii="Times New Roman" w:eastAsia="Times New Roman" w:hAnsi="Times New Roman" w:cs="Times New Roman"/>
          <w:b/>
          <w:lang w:eastAsia="ro-RO"/>
        </w:rPr>
        <w:t xml:space="preserve">Art. </w:t>
      </w:r>
      <w:r>
        <w:rPr>
          <w:rFonts w:ascii="Times New Roman" w:eastAsia="Times New Roman" w:hAnsi="Times New Roman" w:cs="Times New Roman"/>
          <w:b/>
          <w:lang w:eastAsia="ro-RO"/>
        </w:rPr>
        <w:t>2</w:t>
      </w:r>
      <w:r w:rsidRPr="006C5213">
        <w:rPr>
          <w:rFonts w:ascii="Times New Roman" w:eastAsia="Times New Roman" w:hAnsi="Times New Roman" w:cs="Times New Roman"/>
          <w:b/>
          <w:lang w:eastAsia="ro-RO"/>
        </w:rPr>
        <w:t>.</w:t>
      </w:r>
      <w:r w:rsidRPr="006C5213">
        <w:rPr>
          <w:rFonts w:ascii="Times New Roman" w:eastAsia="Times New Roman" w:hAnsi="Times New Roman" w:cs="Times New Roman"/>
          <w:lang w:eastAsia="ro-RO"/>
        </w:rPr>
        <w:t xml:space="preserve"> </w:t>
      </w:r>
      <w:r w:rsidRPr="006C5213">
        <w:rPr>
          <w:rFonts w:ascii="Times New Roman" w:eastAsia="Times New Roman" w:hAnsi="Times New Roman" w:cs="Times New Roman"/>
          <w:lang w:val="pt-BR" w:eastAsia="ro-RO"/>
        </w:rPr>
        <w:t>Cu ducerea la îndeplinire a prevederilor prezentei hotărâri se încredinţează Centrul de</w:t>
      </w:r>
      <w:r w:rsidR="00F92CB3">
        <w:rPr>
          <w:rFonts w:ascii="Times New Roman" w:eastAsia="Times New Roman" w:hAnsi="Times New Roman" w:cs="Times New Roman"/>
          <w:lang w:val="pt-BR" w:eastAsia="ro-RO"/>
        </w:rPr>
        <w:t xml:space="preserve"> </w:t>
      </w:r>
      <w:r w:rsidRPr="006C5213">
        <w:rPr>
          <w:rFonts w:ascii="Times New Roman" w:eastAsia="Times New Roman" w:hAnsi="Times New Roman" w:cs="Times New Roman"/>
          <w:lang w:val="pt-BR" w:eastAsia="ro-RO"/>
        </w:rPr>
        <w:t>Cultură</w:t>
      </w:r>
      <w:r>
        <w:rPr>
          <w:rFonts w:ascii="Times New Roman" w:eastAsia="Times New Roman" w:hAnsi="Times New Roman" w:cs="Times New Roman"/>
          <w:lang w:val="pt-BR" w:eastAsia="ro-RO"/>
        </w:rPr>
        <w:t xml:space="preserve">, </w:t>
      </w:r>
      <w:r w:rsidRPr="006C5213">
        <w:rPr>
          <w:rFonts w:ascii="Times New Roman" w:eastAsia="Times New Roman" w:hAnsi="Times New Roman" w:cs="Times New Roman"/>
          <w:lang w:val="pt-BR" w:eastAsia="ro-RO"/>
        </w:rPr>
        <w:t xml:space="preserve">Artă </w:t>
      </w:r>
      <w:r>
        <w:rPr>
          <w:rFonts w:ascii="Times New Roman" w:eastAsia="Times New Roman" w:hAnsi="Times New Roman" w:cs="Times New Roman"/>
          <w:lang w:val="pt-BR" w:eastAsia="ro-RO"/>
        </w:rPr>
        <w:t xml:space="preserve">și Agrement </w:t>
      </w:r>
      <w:r w:rsidRPr="006C5213">
        <w:rPr>
          <w:rFonts w:ascii="Times New Roman" w:eastAsia="Times New Roman" w:hAnsi="Times New Roman" w:cs="Times New Roman"/>
          <w:lang w:val="pt-BR" w:eastAsia="ro-RO"/>
        </w:rPr>
        <w:t>Târgu Mureș</w:t>
      </w:r>
      <w:r>
        <w:rPr>
          <w:rFonts w:ascii="Times New Roman" w:eastAsia="Times New Roman" w:hAnsi="Times New Roman" w:cs="Times New Roman"/>
          <w:lang w:val="pt-BR" w:eastAsia="ro-RO"/>
        </w:rPr>
        <w:t xml:space="preserve"> prin Serviciul financiar-contabil, resurse umane, juridic</w:t>
      </w:r>
      <w:r w:rsidRPr="006C5213">
        <w:rPr>
          <w:rFonts w:ascii="Times New Roman" w:eastAsia="Times New Roman" w:hAnsi="Times New Roman" w:cs="Times New Roman"/>
          <w:lang w:val="pt-BR" w:eastAsia="ro-RO"/>
        </w:rPr>
        <w:t>.</w:t>
      </w:r>
    </w:p>
    <w:p w14:paraId="6C183227" w14:textId="77777777" w:rsidR="00F92CB3" w:rsidRPr="00172FDA" w:rsidRDefault="00F92CB3" w:rsidP="00F92CB3">
      <w:pPr>
        <w:spacing w:after="120" w:line="360" w:lineRule="auto"/>
        <w:ind w:left="709" w:firstLine="142"/>
        <w:jc w:val="both"/>
        <w:rPr>
          <w:rFonts w:ascii="Times New Roman" w:eastAsia="Times New Roman" w:hAnsi="Times New Roman" w:cs="Times New Roman"/>
          <w:lang w:val="pt-BR" w:eastAsia="ro-RO"/>
        </w:rPr>
      </w:pPr>
    </w:p>
    <w:p w14:paraId="19735206" w14:textId="536E1610" w:rsidR="00172FDA" w:rsidRPr="006C5213" w:rsidRDefault="00172FDA" w:rsidP="00F92CB3">
      <w:pPr>
        <w:spacing w:after="0" w:line="360" w:lineRule="auto"/>
        <w:ind w:left="709" w:firstLine="707"/>
        <w:jc w:val="both"/>
        <w:rPr>
          <w:rFonts w:ascii="Times New Roman" w:eastAsia="Times New Roman" w:hAnsi="Times New Roman" w:cs="Times New Roman"/>
          <w:lang w:val="pt-BR"/>
        </w:rPr>
      </w:pPr>
      <w:r w:rsidRPr="006C5213">
        <w:rPr>
          <w:rFonts w:ascii="Times New Roman" w:eastAsia="Times New Roman" w:hAnsi="Times New Roman" w:cs="Times New Roman"/>
          <w:b/>
          <w:bCs/>
        </w:rPr>
        <w:t xml:space="preserve">Art. </w:t>
      </w:r>
      <w:r>
        <w:rPr>
          <w:rFonts w:ascii="Times New Roman" w:eastAsia="Times New Roman" w:hAnsi="Times New Roman" w:cs="Times New Roman"/>
          <w:b/>
          <w:bCs/>
        </w:rPr>
        <w:t>3</w:t>
      </w:r>
      <w:r w:rsidRPr="006C5213">
        <w:rPr>
          <w:rFonts w:ascii="Times New Roman" w:eastAsia="Times New Roman" w:hAnsi="Times New Roman" w:cs="Times New Roman"/>
          <w:b/>
          <w:bCs/>
        </w:rPr>
        <w:t>.</w:t>
      </w:r>
      <w:r w:rsidRPr="006C5213">
        <w:rPr>
          <w:rFonts w:ascii="Times New Roman" w:eastAsia="Times New Roman" w:hAnsi="Times New Roman" w:cs="Times New Roman"/>
        </w:rPr>
        <w:t xml:space="preserve"> În conformitate cu prevederile art. 252, alin.1, lit. C și ale art. 255 din OUG nr. 57/2019 privind Codul Administrativ precum și ale art. 3, alin. </w:t>
      </w:r>
      <w:r w:rsidRPr="006C5213">
        <w:rPr>
          <w:rFonts w:ascii="Times New Roman" w:eastAsia="Times New Roman" w:hAnsi="Times New Roman" w:cs="Times New Roman"/>
          <w:lang w:val="pt-BR"/>
        </w:rPr>
        <w:t>1 din Legea nr. 554/2004 privind Contenciosul Administrativ, prezenta hotărâre se înaintează Prefectului județului Mureș pentru</w:t>
      </w:r>
      <w:r w:rsidR="00F92CB3">
        <w:rPr>
          <w:rFonts w:ascii="Times New Roman" w:eastAsia="Times New Roman" w:hAnsi="Times New Roman" w:cs="Times New Roman"/>
          <w:lang w:val="pt-BR"/>
        </w:rPr>
        <w:t xml:space="preserve"> </w:t>
      </w:r>
      <w:r w:rsidRPr="006C5213">
        <w:rPr>
          <w:rFonts w:ascii="Times New Roman" w:eastAsia="Times New Roman" w:hAnsi="Times New Roman" w:cs="Times New Roman"/>
          <w:lang w:val="pt-BR"/>
        </w:rPr>
        <w:t>exercitarea controlului de legalitate.</w:t>
      </w:r>
    </w:p>
    <w:p w14:paraId="781E8033" w14:textId="2087118B" w:rsidR="00172FDA" w:rsidRPr="006C5213" w:rsidRDefault="00172FDA" w:rsidP="00172FDA">
      <w:pPr>
        <w:spacing w:after="0" w:line="360" w:lineRule="auto"/>
        <w:ind w:left="851" w:firstLine="565"/>
        <w:jc w:val="both"/>
        <w:rPr>
          <w:rFonts w:ascii="Times New Roman" w:eastAsia="Times New Roman" w:hAnsi="Times New Roman" w:cs="Times New Roman"/>
          <w:lang w:val="pt-BR"/>
        </w:rPr>
      </w:pPr>
      <w:r w:rsidRPr="006C5213">
        <w:rPr>
          <w:rFonts w:ascii="Times New Roman" w:eastAsia="Times New Roman" w:hAnsi="Times New Roman" w:cs="Times New Roman"/>
          <w:b/>
          <w:bCs/>
          <w:lang w:val="pt-BR"/>
        </w:rPr>
        <w:t>Art.</w:t>
      </w:r>
      <w:r>
        <w:rPr>
          <w:rFonts w:ascii="Times New Roman" w:eastAsia="Times New Roman" w:hAnsi="Times New Roman" w:cs="Times New Roman"/>
          <w:b/>
          <w:bCs/>
          <w:lang w:val="pt-BR"/>
        </w:rPr>
        <w:t xml:space="preserve"> 4</w:t>
      </w:r>
      <w:r w:rsidRPr="006C5213">
        <w:rPr>
          <w:rFonts w:ascii="Times New Roman" w:eastAsia="Times New Roman" w:hAnsi="Times New Roman" w:cs="Times New Roman"/>
          <w:b/>
          <w:bCs/>
          <w:lang w:val="pt-BR"/>
        </w:rPr>
        <w:t>.</w:t>
      </w:r>
      <w:r w:rsidRPr="006C5213">
        <w:rPr>
          <w:rFonts w:ascii="Times New Roman" w:eastAsia="Times New Roman" w:hAnsi="Times New Roman" w:cs="Times New Roman"/>
          <w:lang w:val="pt-BR"/>
        </w:rPr>
        <w:t xml:space="preserve"> Prezenta </w:t>
      </w:r>
      <w:r w:rsidR="00BD5BB3">
        <w:rPr>
          <w:rFonts w:ascii="Times New Roman" w:eastAsia="Times New Roman" w:hAnsi="Times New Roman" w:cs="Times New Roman"/>
          <w:lang w:val="pt-BR"/>
        </w:rPr>
        <w:t>hotărîre se comunică</w:t>
      </w:r>
      <w:r>
        <w:rPr>
          <w:rFonts w:ascii="Times New Roman" w:eastAsia="Times New Roman" w:hAnsi="Times New Roman" w:cs="Times New Roman"/>
          <w:lang w:val="pt-BR"/>
        </w:rPr>
        <w:t xml:space="preserve"> </w:t>
      </w:r>
      <w:r w:rsidRPr="006C5213">
        <w:rPr>
          <w:rFonts w:ascii="Times New Roman" w:eastAsia="Times New Roman" w:hAnsi="Times New Roman" w:cs="Times New Roman"/>
          <w:lang w:val="pt-BR"/>
        </w:rPr>
        <w:t>Centrului de Cultură</w:t>
      </w:r>
      <w:r>
        <w:rPr>
          <w:rFonts w:ascii="Times New Roman" w:eastAsia="Times New Roman" w:hAnsi="Times New Roman" w:cs="Times New Roman"/>
          <w:lang w:val="pt-BR"/>
        </w:rPr>
        <w:t xml:space="preserve">, </w:t>
      </w:r>
      <w:r w:rsidRPr="006C5213">
        <w:rPr>
          <w:rFonts w:ascii="Times New Roman" w:eastAsia="Times New Roman" w:hAnsi="Times New Roman" w:cs="Times New Roman"/>
          <w:lang w:val="pt-BR"/>
        </w:rPr>
        <w:t xml:space="preserve">Artă </w:t>
      </w:r>
      <w:r>
        <w:rPr>
          <w:rFonts w:ascii="Times New Roman" w:eastAsia="Times New Roman" w:hAnsi="Times New Roman" w:cs="Times New Roman"/>
          <w:lang w:val="pt-BR"/>
        </w:rPr>
        <w:t xml:space="preserve">și Agrement </w:t>
      </w:r>
      <w:r w:rsidRPr="006C5213">
        <w:rPr>
          <w:rFonts w:ascii="Times New Roman" w:eastAsia="Times New Roman" w:hAnsi="Times New Roman" w:cs="Times New Roman"/>
          <w:lang w:val="pt-BR"/>
        </w:rPr>
        <w:t>Târgu Mureș.</w:t>
      </w:r>
    </w:p>
    <w:p w14:paraId="4529246E" w14:textId="77777777" w:rsidR="00172FDA" w:rsidRPr="006C5213" w:rsidRDefault="00172FDA" w:rsidP="00172FDA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C00000"/>
          <w:lang w:val="pt-BR"/>
        </w:rPr>
      </w:pPr>
    </w:p>
    <w:p w14:paraId="56676C32" w14:textId="77777777" w:rsidR="00172FDA" w:rsidRPr="00983E7F" w:rsidRDefault="00172FDA" w:rsidP="00172FD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C00000"/>
          <w:sz w:val="26"/>
          <w:szCs w:val="26"/>
          <w:lang w:val="pt-BR"/>
        </w:rPr>
      </w:pPr>
    </w:p>
    <w:p w14:paraId="58AEAB01" w14:textId="77777777" w:rsidR="00172FDA" w:rsidRPr="00983E7F" w:rsidRDefault="00172FDA" w:rsidP="00172FD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C00000"/>
          <w:sz w:val="26"/>
          <w:szCs w:val="26"/>
          <w:lang w:val="pt-BR"/>
        </w:rPr>
      </w:pPr>
    </w:p>
    <w:p w14:paraId="3FE33455" w14:textId="77777777" w:rsidR="00172FDA" w:rsidRPr="00983E7F" w:rsidRDefault="00172FDA" w:rsidP="00172FD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C00000"/>
          <w:sz w:val="26"/>
          <w:szCs w:val="26"/>
          <w:lang w:val="pt-BR"/>
        </w:rPr>
      </w:pPr>
    </w:p>
    <w:p w14:paraId="0A5B7B19" w14:textId="77777777" w:rsidR="00172FDA" w:rsidRPr="00C95230" w:rsidRDefault="00172FDA" w:rsidP="00172FDA">
      <w:pPr>
        <w:widowControl w:val="0"/>
        <w:tabs>
          <w:tab w:val="left" w:pos="-720"/>
        </w:tabs>
        <w:suppressAutoHyphens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noProof/>
        </w:rPr>
      </w:pPr>
    </w:p>
    <w:p w14:paraId="728E15DE" w14:textId="77777777" w:rsidR="00172FDA" w:rsidRPr="00C95230" w:rsidRDefault="00172FDA" w:rsidP="00172FDA">
      <w:pPr>
        <w:shd w:val="clear" w:color="auto" w:fill="FFFFFF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o-RO"/>
        </w:rPr>
      </w:pPr>
      <w:r w:rsidRPr="00C9523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o-RO"/>
        </w:rPr>
        <w:t>Viză de legalitate</w:t>
      </w:r>
    </w:p>
    <w:p w14:paraId="4FE9D0CC" w14:textId="77777777" w:rsidR="00172FDA" w:rsidRPr="00C95230" w:rsidRDefault="00172FDA" w:rsidP="00172FDA">
      <w:pPr>
        <w:shd w:val="clear" w:color="auto" w:fill="FFFFFF"/>
        <w:spacing w:after="0" w:line="240" w:lineRule="auto"/>
        <w:ind w:firstLine="720"/>
        <w:jc w:val="center"/>
        <w:rPr>
          <w:rFonts w:ascii="Calibri" w:eastAsia="Times New Roman" w:hAnsi="Calibri" w:cs="Calibri"/>
          <w:b/>
          <w:bCs/>
          <w:color w:val="000000"/>
          <w:lang w:eastAsia="ro-RO"/>
        </w:rPr>
      </w:pPr>
      <w:r w:rsidRPr="00C9523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o-RO"/>
        </w:rPr>
        <w:t>Secretar General</w:t>
      </w:r>
    </w:p>
    <w:p w14:paraId="57FBF25B" w14:textId="77777777" w:rsidR="00172FDA" w:rsidRPr="00C95230" w:rsidRDefault="00172FDA" w:rsidP="00172FDA">
      <w:pPr>
        <w:shd w:val="clear" w:color="auto" w:fill="FFFFFF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o-RO"/>
        </w:rPr>
      </w:pPr>
      <w:r w:rsidRPr="00C9523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o-RO"/>
        </w:rPr>
        <w:t>al Municipiului Târgu Mureș</w:t>
      </w:r>
    </w:p>
    <w:p w14:paraId="778D7B80" w14:textId="77777777" w:rsidR="00172FDA" w:rsidRPr="00C95230" w:rsidRDefault="00172FDA" w:rsidP="00172FDA">
      <w:pPr>
        <w:shd w:val="clear" w:color="auto" w:fill="FFFFFF"/>
        <w:spacing w:after="0" w:line="240" w:lineRule="auto"/>
        <w:ind w:firstLine="720"/>
        <w:jc w:val="center"/>
        <w:rPr>
          <w:rFonts w:ascii="Calibri" w:eastAsia="Times New Roman" w:hAnsi="Calibri" w:cs="Calibri"/>
          <w:b/>
          <w:bCs/>
          <w:color w:val="000000"/>
          <w:lang w:eastAsia="ro-RO"/>
        </w:rPr>
      </w:pPr>
      <w:r w:rsidRPr="00C9523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o-RO"/>
        </w:rPr>
        <w:t>Bordi Kinga</w:t>
      </w:r>
    </w:p>
    <w:p w14:paraId="09C7D3AA" w14:textId="77777777" w:rsidR="00172FDA" w:rsidRDefault="00172FDA" w:rsidP="00172FDA">
      <w:pPr>
        <w:spacing w:after="100" w:afterAutospacing="1" w:line="240" w:lineRule="auto"/>
        <w:contextualSpacing/>
        <w:rPr>
          <w:rFonts w:ascii="Times New Roman" w:eastAsia="Times New Roman" w:hAnsi="Times New Roman" w:cs="Times New Roman"/>
          <w:b/>
          <w:bCs/>
          <w:lang w:val="hu-HU"/>
        </w:rPr>
      </w:pPr>
    </w:p>
    <w:p w14:paraId="520FE577" w14:textId="77777777" w:rsidR="00172FDA" w:rsidRDefault="00172FDA" w:rsidP="00172FDA">
      <w:pPr>
        <w:spacing w:after="100" w:afterAutospacing="1" w:line="240" w:lineRule="auto"/>
        <w:contextualSpacing/>
        <w:rPr>
          <w:rFonts w:ascii="Times New Roman" w:eastAsia="Times New Roman" w:hAnsi="Times New Roman" w:cs="Times New Roman"/>
          <w:b/>
          <w:bCs/>
          <w:lang w:val="hu-HU"/>
        </w:rPr>
      </w:pPr>
    </w:p>
    <w:p w14:paraId="46E2F5B9" w14:textId="77777777" w:rsidR="00172FDA" w:rsidRDefault="00172FDA" w:rsidP="00172FDA">
      <w:pPr>
        <w:spacing w:after="100" w:afterAutospacing="1" w:line="240" w:lineRule="auto"/>
        <w:contextualSpacing/>
        <w:rPr>
          <w:rFonts w:ascii="Times New Roman" w:eastAsia="Times New Roman" w:hAnsi="Times New Roman" w:cs="Times New Roman"/>
          <w:b/>
          <w:bCs/>
          <w:lang w:val="hu-HU"/>
        </w:rPr>
      </w:pPr>
    </w:p>
    <w:p w14:paraId="0BF99ED7" w14:textId="77777777" w:rsidR="00172FDA" w:rsidRDefault="00172FDA" w:rsidP="00172FDA">
      <w:pPr>
        <w:spacing w:after="100" w:afterAutospacing="1" w:line="240" w:lineRule="auto"/>
        <w:contextualSpacing/>
        <w:rPr>
          <w:rFonts w:ascii="Times New Roman" w:eastAsia="Times New Roman" w:hAnsi="Times New Roman" w:cs="Times New Roman"/>
          <w:b/>
          <w:bCs/>
          <w:lang w:val="hu-HU"/>
        </w:rPr>
      </w:pPr>
    </w:p>
    <w:p w14:paraId="024F4F6A" w14:textId="77777777" w:rsidR="00172FDA" w:rsidRDefault="00172FDA" w:rsidP="00172FDA">
      <w:pPr>
        <w:spacing w:after="100" w:afterAutospacing="1" w:line="240" w:lineRule="auto"/>
        <w:contextualSpacing/>
        <w:rPr>
          <w:rFonts w:ascii="Times New Roman" w:eastAsia="Times New Roman" w:hAnsi="Times New Roman" w:cs="Times New Roman"/>
          <w:b/>
          <w:bCs/>
          <w:lang w:val="hu-HU"/>
        </w:rPr>
      </w:pPr>
    </w:p>
    <w:p w14:paraId="37A6368D" w14:textId="77777777" w:rsidR="00172FDA" w:rsidRDefault="00172FDA" w:rsidP="00172FDA">
      <w:pPr>
        <w:spacing w:after="100" w:afterAutospacing="1" w:line="240" w:lineRule="auto"/>
        <w:contextualSpacing/>
        <w:rPr>
          <w:rFonts w:ascii="Times New Roman" w:eastAsia="Times New Roman" w:hAnsi="Times New Roman" w:cs="Times New Roman"/>
          <w:b/>
          <w:bCs/>
          <w:lang w:val="hu-HU"/>
        </w:rPr>
      </w:pPr>
    </w:p>
    <w:p w14:paraId="7E879D08" w14:textId="77777777" w:rsidR="00172FDA" w:rsidRDefault="00172FDA" w:rsidP="00172FDA">
      <w:pPr>
        <w:spacing w:after="100" w:afterAutospacing="1" w:line="240" w:lineRule="auto"/>
        <w:contextualSpacing/>
        <w:rPr>
          <w:rFonts w:ascii="Times New Roman" w:eastAsia="Times New Roman" w:hAnsi="Times New Roman" w:cs="Times New Roman"/>
          <w:b/>
          <w:bCs/>
          <w:lang w:val="hu-HU"/>
        </w:rPr>
      </w:pPr>
    </w:p>
    <w:p w14:paraId="33A03CA2" w14:textId="77777777" w:rsidR="00172FDA" w:rsidRDefault="00172FDA" w:rsidP="00172FDA">
      <w:pPr>
        <w:spacing w:after="100" w:afterAutospacing="1" w:line="240" w:lineRule="auto"/>
        <w:contextualSpacing/>
        <w:rPr>
          <w:rFonts w:ascii="Times New Roman" w:eastAsia="Times New Roman" w:hAnsi="Times New Roman" w:cs="Times New Roman"/>
          <w:b/>
          <w:bCs/>
          <w:lang w:val="hu-HU"/>
        </w:rPr>
      </w:pPr>
    </w:p>
    <w:p w14:paraId="2542EF17" w14:textId="77777777" w:rsidR="00172FDA" w:rsidRDefault="00172FDA" w:rsidP="00172FDA">
      <w:pPr>
        <w:spacing w:after="100" w:afterAutospacing="1" w:line="240" w:lineRule="auto"/>
        <w:contextualSpacing/>
        <w:rPr>
          <w:rFonts w:ascii="Times New Roman" w:eastAsia="Times New Roman" w:hAnsi="Times New Roman" w:cs="Times New Roman"/>
          <w:b/>
          <w:bCs/>
          <w:lang w:val="hu-HU"/>
        </w:rPr>
      </w:pPr>
    </w:p>
    <w:p w14:paraId="13DB0FD6" w14:textId="77777777" w:rsidR="00172FDA" w:rsidRDefault="00172FDA" w:rsidP="00172FDA">
      <w:pPr>
        <w:spacing w:after="100" w:afterAutospacing="1" w:line="240" w:lineRule="auto"/>
        <w:contextualSpacing/>
        <w:rPr>
          <w:rFonts w:ascii="Times New Roman" w:eastAsia="Times New Roman" w:hAnsi="Times New Roman" w:cs="Times New Roman"/>
          <w:b/>
          <w:bCs/>
          <w:lang w:val="hu-HU"/>
        </w:rPr>
      </w:pPr>
    </w:p>
    <w:p w14:paraId="55FB4D59" w14:textId="77777777" w:rsidR="00172FDA" w:rsidRDefault="00172FDA" w:rsidP="00172FDA">
      <w:pPr>
        <w:spacing w:after="100" w:afterAutospacing="1" w:line="240" w:lineRule="auto"/>
        <w:contextualSpacing/>
        <w:rPr>
          <w:rFonts w:ascii="Times New Roman" w:eastAsia="Times New Roman" w:hAnsi="Times New Roman" w:cs="Times New Roman"/>
          <w:b/>
          <w:bCs/>
          <w:lang w:val="hu-HU"/>
        </w:rPr>
      </w:pPr>
    </w:p>
    <w:p w14:paraId="24D3298C" w14:textId="77777777" w:rsidR="00172FDA" w:rsidRDefault="00172FDA" w:rsidP="00172FDA">
      <w:pPr>
        <w:spacing w:after="100" w:afterAutospacing="1" w:line="240" w:lineRule="auto"/>
        <w:contextualSpacing/>
        <w:rPr>
          <w:rFonts w:ascii="Times New Roman" w:eastAsia="Times New Roman" w:hAnsi="Times New Roman" w:cs="Times New Roman"/>
          <w:b/>
          <w:bCs/>
          <w:lang w:val="hu-HU"/>
        </w:rPr>
      </w:pPr>
    </w:p>
    <w:p w14:paraId="53EDAE02" w14:textId="77777777" w:rsidR="00172FDA" w:rsidRDefault="00172FDA" w:rsidP="00172FDA">
      <w:pPr>
        <w:spacing w:after="100" w:afterAutospacing="1" w:line="240" w:lineRule="auto"/>
        <w:contextualSpacing/>
        <w:rPr>
          <w:rFonts w:ascii="Times New Roman" w:eastAsia="Times New Roman" w:hAnsi="Times New Roman" w:cs="Times New Roman"/>
          <w:b/>
          <w:bCs/>
          <w:lang w:val="hu-HU"/>
        </w:rPr>
      </w:pPr>
    </w:p>
    <w:p w14:paraId="60396DDF" w14:textId="77777777" w:rsidR="00172FDA" w:rsidRDefault="00172FDA" w:rsidP="00172FDA">
      <w:pPr>
        <w:spacing w:after="100" w:afterAutospacing="1" w:line="240" w:lineRule="auto"/>
        <w:contextualSpacing/>
        <w:rPr>
          <w:rFonts w:ascii="Times New Roman" w:eastAsia="Times New Roman" w:hAnsi="Times New Roman" w:cs="Times New Roman"/>
          <w:b/>
          <w:bCs/>
          <w:lang w:val="hu-HU"/>
        </w:rPr>
      </w:pPr>
    </w:p>
    <w:p w14:paraId="1638FA7A" w14:textId="77777777" w:rsidR="00172FDA" w:rsidRDefault="00172FDA" w:rsidP="00172FDA">
      <w:pPr>
        <w:spacing w:after="100" w:afterAutospacing="1" w:line="240" w:lineRule="auto"/>
        <w:contextualSpacing/>
        <w:rPr>
          <w:rFonts w:ascii="Times New Roman" w:eastAsia="Times New Roman" w:hAnsi="Times New Roman" w:cs="Times New Roman"/>
          <w:b/>
          <w:bCs/>
          <w:lang w:val="hu-HU"/>
        </w:rPr>
      </w:pPr>
    </w:p>
    <w:p w14:paraId="22EDD477" w14:textId="77777777" w:rsidR="00172FDA" w:rsidRDefault="00172FDA" w:rsidP="00172FDA">
      <w:pPr>
        <w:spacing w:after="100" w:afterAutospacing="1" w:line="240" w:lineRule="auto"/>
        <w:contextualSpacing/>
        <w:rPr>
          <w:rFonts w:ascii="Times New Roman" w:eastAsia="Times New Roman" w:hAnsi="Times New Roman" w:cs="Times New Roman"/>
          <w:b/>
          <w:bCs/>
          <w:lang w:val="hu-HU"/>
        </w:rPr>
      </w:pPr>
    </w:p>
    <w:p w14:paraId="18FCB146" w14:textId="77777777" w:rsidR="00172FDA" w:rsidRDefault="00172FDA" w:rsidP="00172FDA">
      <w:pPr>
        <w:spacing w:after="100" w:afterAutospacing="1" w:line="240" w:lineRule="auto"/>
        <w:contextualSpacing/>
        <w:rPr>
          <w:rFonts w:ascii="Times New Roman" w:eastAsia="Times New Roman" w:hAnsi="Times New Roman" w:cs="Times New Roman"/>
          <w:b/>
          <w:bCs/>
          <w:lang w:val="hu-HU"/>
        </w:rPr>
      </w:pPr>
    </w:p>
    <w:p w14:paraId="31298E51" w14:textId="77777777" w:rsidR="00172FDA" w:rsidRDefault="00172FDA" w:rsidP="00172FDA">
      <w:pPr>
        <w:spacing w:after="100" w:afterAutospacing="1" w:line="240" w:lineRule="auto"/>
        <w:contextualSpacing/>
        <w:rPr>
          <w:rFonts w:ascii="Times New Roman" w:eastAsia="Times New Roman" w:hAnsi="Times New Roman" w:cs="Times New Roman"/>
          <w:b/>
          <w:bCs/>
          <w:lang w:val="hu-HU"/>
        </w:rPr>
      </w:pPr>
    </w:p>
    <w:p w14:paraId="224582A2" w14:textId="77777777" w:rsidR="00172FDA" w:rsidRDefault="00172FDA" w:rsidP="00172FDA">
      <w:pPr>
        <w:spacing w:after="100" w:afterAutospacing="1" w:line="240" w:lineRule="auto"/>
        <w:contextualSpacing/>
        <w:rPr>
          <w:rFonts w:ascii="Times New Roman" w:eastAsia="Times New Roman" w:hAnsi="Times New Roman" w:cs="Times New Roman"/>
          <w:b/>
          <w:bCs/>
          <w:lang w:val="hu-HU"/>
        </w:rPr>
      </w:pPr>
    </w:p>
    <w:p w14:paraId="5FB14615" w14:textId="77777777" w:rsidR="00172FDA" w:rsidRDefault="00172FDA" w:rsidP="00172FDA">
      <w:pPr>
        <w:spacing w:after="100" w:afterAutospacing="1" w:line="240" w:lineRule="auto"/>
        <w:contextualSpacing/>
        <w:rPr>
          <w:rFonts w:ascii="Times New Roman" w:eastAsia="Times New Roman" w:hAnsi="Times New Roman" w:cs="Times New Roman"/>
          <w:b/>
          <w:bCs/>
          <w:lang w:val="hu-HU"/>
        </w:rPr>
      </w:pPr>
    </w:p>
    <w:p w14:paraId="2EDA8D8A" w14:textId="77777777" w:rsidR="00172FDA" w:rsidRDefault="00172FDA" w:rsidP="00172FDA">
      <w:pPr>
        <w:spacing w:after="100" w:afterAutospacing="1" w:line="240" w:lineRule="auto"/>
        <w:contextualSpacing/>
        <w:rPr>
          <w:rFonts w:ascii="Times New Roman" w:eastAsia="Times New Roman" w:hAnsi="Times New Roman" w:cs="Times New Roman"/>
          <w:b/>
          <w:bCs/>
          <w:lang w:val="hu-HU"/>
        </w:rPr>
      </w:pPr>
    </w:p>
    <w:p w14:paraId="1174AEEB" w14:textId="77777777" w:rsidR="00172FDA" w:rsidRDefault="00172FDA" w:rsidP="00172FDA">
      <w:pPr>
        <w:spacing w:after="100" w:afterAutospacing="1" w:line="240" w:lineRule="auto"/>
        <w:contextualSpacing/>
        <w:rPr>
          <w:rFonts w:ascii="Times New Roman" w:eastAsia="Times New Roman" w:hAnsi="Times New Roman" w:cs="Times New Roman"/>
          <w:b/>
          <w:bCs/>
          <w:lang w:val="hu-HU"/>
        </w:rPr>
      </w:pPr>
    </w:p>
    <w:p w14:paraId="4467214C" w14:textId="77777777" w:rsidR="00172FDA" w:rsidRDefault="00172FDA" w:rsidP="00172FDA">
      <w:pPr>
        <w:spacing w:after="100" w:afterAutospacing="1" w:line="240" w:lineRule="auto"/>
        <w:contextualSpacing/>
        <w:rPr>
          <w:rFonts w:ascii="Times New Roman" w:eastAsia="Times New Roman" w:hAnsi="Times New Roman" w:cs="Times New Roman"/>
          <w:b/>
          <w:bCs/>
          <w:lang w:val="hu-HU"/>
        </w:rPr>
      </w:pPr>
    </w:p>
    <w:p w14:paraId="437535BA" w14:textId="77777777" w:rsidR="00172FDA" w:rsidRDefault="00172FDA" w:rsidP="00172FDA">
      <w:pPr>
        <w:spacing w:after="100" w:afterAutospacing="1" w:line="240" w:lineRule="auto"/>
        <w:contextualSpacing/>
        <w:rPr>
          <w:rFonts w:ascii="Times New Roman" w:eastAsia="Times New Roman" w:hAnsi="Times New Roman" w:cs="Times New Roman"/>
          <w:b/>
          <w:bCs/>
          <w:lang w:val="hu-HU"/>
        </w:rPr>
      </w:pPr>
    </w:p>
    <w:p w14:paraId="029B079A" w14:textId="77777777" w:rsidR="00172FDA" w:rsidRDefault="00172FDA" w:rsidP="00172FDA">
      <w:pPr>
        <w:spacing w:after="100" w:afterAutospacing="1" w:line="240" w:lineRule="auto"/>
        <w:contextualSpacing/>
        <w:rPr>
          <w:rFonts w:ascii="Times New Roman" w:eastAsia="Times New Roman" w:hAnsi="Times New Roman" w:cs="Times New Roman"/>
          <w:b/>
          <w:bCs/>
          <w:lang w:val="hu-HU"/>
        </w:rPr>
      </w:pPr>
    </w:p>
    <w:p w14:paraId="107F490F" w14:textId="77777777" w:rsidR="00172FDA" w:rsidRDefault="00172FDA" w:rsidP="00172FDA">
      <w:pPr>
        <w:spacing w:after="100" w:afterAutospacing="1" w:line="240" w:lineRule="auto"/>
        <w:contextualSpacing/>
        <w:rPr>
          <w:rFonts w:ascii="Times New Roman" w:eastAsia="Times New Roman" w:hAnsi="Times New Roman" w:cs="Times New Roman"/>
          <w:b/>
          <w:bCs/>
          <w:lang w:val="hu-HU"/>
        </w:rPr>
      </w:pPr>
    </w:p>
    <w:p w14:paraId="7E227B12" w14:textId="77777777" w:rsidR="00172FDA" w:rsidRDefault="00172FDA" w:rsidP="00172FDA">
      <w:pPr>
        <w:spacing w:after="100" w:afterAutospacing="1" w:line="240" w:lineRule="auto"/>
        <w:contextualSpacing/>
        <w:rPr>
          <w:rFonts w:ascii="Times New Roman" w:eastAsia="Times New Roman" w:hAnsi="Times New Roman" w:cs="Times New Roman"/>
          <w:b/>
          <w:bCs/>
          <w:lang w:val="hu-HU"/>
        </w:rPr>
      </w:pPr>
    </w:p>
    <w:p w14:paraId="0BD86258" w14:textId="77777777" w:rsidR="00172FDA" w:rsidRDefault="00172FDA" w:rsidP="00172FDA">
      <w:pPr>
        <w:spacing w:after="100" w:afterAutospacing="1" w:line="240" w:lineRule="auto"/>
        <w:contextualSpacing/>
        <w:rPr>
          <w:rFonts w:ascii="Times New Roman" w:eastAsia="Times New Roman" w:hAnsi="Times New Roman" w:cs="Times New Roman"/>
          <w:b/>
          <w:bCs/>
          <w:lang w:val="hu-HU"/>
        </w:rPr>
      </w:pPr>
    </w:p>
    <w:p w14:paraId="074186BD" w14:textId="77777777" w:rsidR="00172FDA" w:rsidRDefault="00172FDA" w:rsidP="00172FDA">
      <w:pPr>
        <w:spacing w:after="100" w:afterAutospacing="1" w:line="240" w:lineRule="auto"/>
        <w:contextualSpacing/>
        <w:rPr>
          <w:rFonts w:ascii="Times New Roman" w:eastAsia="Times New Roman" w:hAnsi="Times New Roman" w:cs="Times New Roman"/>
          <w:b/>
          <w:bCs/>
          <w:lang w:val="hu-HU"/>
        </w:rPr>
      </w:pPr>
    </w:p>
    <w:p w14:paraId="77DAC00C" w14:textId="77777777" w:rsidR="00172FDA" w:rsidRDefault="00172FDA" w:rsidP="00172FDA">
      <w:pPr>
        <w:spacing w:after="100" w:afterAutospacing="1" w:line="240" w:lineRule="auto"/>
        <w:contextualSpacing/>
        <w:rPr>
          <w:rFonts w:ascii="Times New Roman" w:eastAsia="Times New Roman" w:hAnsi="Times New Roman" w:cs="Times New Roman"/>
          <w:b/>
          <w:bCs/>
          <w:lang w:val="hu-HU"/>
        </w:rPr>
      </w:pPr>
    </w:p>
    <w:p w14:paraId="3C53A7E2" w14:textId="77777777" w:rsidR="00172FDA" w:rsidRDefault="00172FDA" w:rsidP="00172FDA">
      <w:pPr>
        <w:spacing w:after="100" w:afterAutospacing="1" w:line="240" w:lineRule="auto"/>
        <w:contextualSpacing/>
        <w:rPr>
          <w:rFonts w:ascii="Times New Roman" w:eastAsia="Times New Roman" w:hAnsi="Times New Roman" w:cs="Times New Roman"/>
          <w:b/>
          <w:bCs/>
          <w:lang w:val="hu-HU"/>
        </w:rPr>
      </w:pPr>
    </w:p>
    <w:p w14:paraId="19243B69" w14:textId="77777777" w:rsidR="00172FDA" w:rsidRPr="00C43405" w:rsidRDefault="00172FDA" w:rsidP="00172FDA">
      <w:pPr>
        <w:spacing w:after="100" w:afterAutospacing="1" w:line="240" w:lineRule="auto"/>
        <w:contextualSpacing/>
        <w:rPr>
          <w:rFonts w:ascii="Times New Roman" w:eastAsia="Times New Roman" w:hAnsi="Times New Roman" w:cs="Times New Roman"/>
          <w:b/>
          <w:bCs/>
          <w:lang w:val="hu-HU"/>
        </w:rPr>
      </w:pPr>
    </w:p>
    <w:p w14:paraId="71C1BF9B" w14:textId="2EE30C36" w:rsidR="00172FDA" w:rsidRPr="00172FDA" w:rsidRDefault="00172FDA" w:rsidP="00172FDA">
      <w:pPr>
        <w:ind w:left="567"/>
        <w:jc w:val="both"/>
        <w:rPr>
          <w:rFonts w:ascii="Times New Roman" w:hAnsi="Times New Roman" w:cs="Times New Roman"/>
          <w:sz w:val="16"/>
          <w:szCs w:val="16"/>
        </w:rPr>
        <w:sectPr w:rsidR="00172FDA" w:rsidRPr="00172FDA" w:rsidSect="00F92CB3">
          <w:pgSz w:w="11906" w:h="16838"/>
          <w:pgMar w:top="294" w:right="626" w:bottom="568" w:left="993" w:header="720" w:footer="720" w:gutter="0"/>
          <w:cols w:space="720"/>
          <w:docGrid w:linePitch="360"/>
        </w:sectPr>
      </w:pPr>
      <w:r w:rsidRPr="002708FC">
        <w:rPr>
          <w:rFonts w:ascii="Times New Roman" w:hAnsi="Times New Roman" w:cs="Times New Roman"/>
          <w:sz w:val="16"/>
          <w:szCs w:val="16"/>
        </w:rPr>
        <w:t>*Actele administrative sunt hotărâri ale Consiliului Local , care intră în vigoare și produc efecte juridice după îndeplinirea condițiilor prevăzute de art.197-200 din OUG nr.57/2019, privind codul administrativ</w:t>
      </w:r>
      <w:r>
        <w:rPr>
          <w:rFonts w:ascii="Times New Roman" w:hAnsi="Times New Roman" w:cs="Times New Roman"/>
          <w:sz w:val="16"/>
          <w:szCs w:val="16"/>
        </w:rPr>
        <w:t>.</w:t>
      </w:r>
    </w:p>
    <w:p w14:paraId="30E08802" w14:textId="77777777" w:rsidR="00172FDA" w:rsidRPr="00172FDA" w:rsidRDefault="00172FDA" w:rsidP="00172FDA">
      <w:pPr>
        <w:autoSpaceDE w:val="0"/>
        <w:autoSpaceDN w:val="0"/>
        <w:spacing w:before="1350" w:after="0" w:line="230" w:lineRule="auto"/>
        <w:ind w:right="1356"/>
        <w:jc w:val="right"/>
        <w:rPr>
          <w:rFonts w:ascii="Cambria" w:eastAsia="MS Mincho" w:hAnsi="Cambria" w:cs="Times New Roman"/>
          <w:kern w:val="0"/>
          <w:sz w:val="22"/>
          <w:szCs w:val="22"/>
          <w:lang w:val="en-US"/>
          <w14:ligatures w14:val="none"/>
        </w:rPr>
      </w:pPr>
      <w:r w:rsidRPr="00172FDA">
        <w:rPr>
          <w:rFonts w:ascii="Times New Roman" w:eastAsia="Times New Roman" w:hAnsi="Times New Roman" w:cs="Times New Roman"/>
          <w:b/>
          <w:color w:val="000000"/>
          <w:kern w:val="0"/>
          <w:szCs w:val="22"/>
          <w:lang w:val="en-US"/>
          <w14:ligatures w14:val="none"/>
        </w:rPr>
        <w:lastRenderedPageBreak/>
        <w:t xml:space="preserve">ANEXA  1 </w:t>
      </w:r>
    </w:p>
    <w:p w14:paraId="30CE8161" w14:textId="77777777" w:rsidR="00172FDA" w:rsidRPr="00172FDA" w:rsidRDefault="00172FDA" w:rsidP="00172FDA">
      <w:pPr>
        <w:autoSpaceDE w:val="0"/>
        <w:autoSpaceDN w:val="0"/>
        <w:spacing w:before="1234" w:after="0" w:line="230" w:lineRule="auto"/>
        <w:ind w:right="3582"/>
        <w:jc w:val="right"/>
        <w:rPr>
          <w:rFonts w:ascii="Cambria" w:eastAsia="MS Mincho" w:hAnsi="Cambria" w:cs="Times New Roman"/>
          <w:kern w:val="0"/>
          <w:sz w:val="22"/>
          <w:szCs w:val="22"/>
          <w:lang w:val="en-US"/>
          <w14:ligatures w14:val="none"/>
        </w:rPr>
      </w:pPr>
      <w:r w:rsidRPr="00172FDA">
        <w:rPr>
          <w:rFonts w:ascii="Times New Roman" w:eastAsia="Times New Roman" w:hAnsi="Times New Roman" w:cs="Times New Roman"/>
          <w:b/>
          <w:color w:val="000000"/>
          <w:kern w:val="0"/>
          <w:szCs w:val="22"/>
          <w:lang w:val="en-US"/>
          <w14:ligatures w14:val="none"/>
        </w:rPr>
        <w:t xml:space="preserve">Taxe </w:t>
      </w:r>
      <w:proofErr w:type="spellStart"/>
      <w:r w:rsidRPr="00172FDA">
        <w:rPr>
          <w:rFonts w:ascii="Times New Roman" w:eastAsia="Times New Roman" w:hAnsi="Times New Roman" w:cs="Times New Roman"/>
          <w:b/>
          <w:color w:val="000000"/>
          <w:kern w:val="0"/>
          <w:szCs w:val="22"/>
          <w:lang w:val="en-US"/>
          <w14:ligatures w14:val="none"/>
        </w:rPr>
        <w:t>pentru</w:t>
      </w:r>
      <w:proofErr w:type="spellEnd"/>
      <w:r w:rsidRPr="00172FDA">
        <w:rPr>
          <w:rFonts w:ascii="Times New Roman" w:eastAsia="Times New Roman" w:hAnsi="Times New Roman" w:cs="Times New Roman"/>
          <w:b/>
          <w:color w:val="000000"/>
          <w:kern w:val="0"/>
          <w:szCs w:val="22"/>
          <w:lang w:val="en-US"/>
          <w14:ligatures w14:val="none"/>
        </w:rPr>
        <w:t xml:space="preserve"> </w:t>
      </w:r>
      <w:proofErr w:type="spellStart"/>
      <w:r w:rsidRPr="00172FDA">
        <w:rPr>
          <w:rFonts w:ascii="Times New Roman" w:eastAsia="Times New Roman" w:hAnsi="Times New Roman" w:cs="Times New Roman"/>
          <w:b/>
          <w:color w:val="000000"/>
          <w:kern w:val="0"/>
          <w:szCs w:val="22"/>
          <w:lang w:val="en-US"/>
          <w14:ligatures w14:val="none"/>
        </w:rPr>
        <w:t>prestări</w:t>
      </w:r>
      <w:proofErr w:type="spellEnd"/>
      <w:r w:rsidRPr="00172FDA">
        <w:rPr>
          <w:rFonts w:ascii="Times New Roman" w:eastAsia="Times New Roman" w:hAnsi="Times New Roman" w:cs="Times New Roman"/>
          <w:b/>
          <w:color w:val="000000"/>
          <w:kern w:val="0"/>
          <w:szCs w:val="22"/>
          <w:lang w:val="en-US"/>
          <w14:ligatures w14:val="none"/>
        </w:rPr>
        <w:t xml:space="preserve"> </w:t>
      </w:r>
      <w:proofErr w:type="spellStart"/>
      <w:r w:rsidRPr="00172FDA">
        <w:rPr>
          <w:rFonts w:ascii="Times New Roman" w:eastAsia="Times New Roman" w:hAnsi="Times New Roman" w:cs="Times New Roman"/>
          <w:b/>
          <w:color w:val="000000"/>
          <w:kern w:val="0"/>
          <w:szCs w:val="22"/>
          <w:lang w:val="en-US"/>
          <w14:ligatures w14:val="none"/>
        </w:rPr>
        <w:t>servicii</w:t>
      </w:r>
      <w:proofErr w:type="spellEnd"/>
      <w:r w:rsidRPr="00172FDA">
        <w:rPr>
          <w:rFonts w:ascii="Times New Roman" w:eastAsia="Times New Roman" w:hAnsi="Times New Roman" w:cs="Times New Roman"/>
          <w:b/>
          <w:color w:val="000000"/>
          <w:kern w:val="0"/>
          <w:szCs w:val="22"/>
          <w:lang w:val="en-US"/>
          <w14:ligatures w14:val="none"/>
        </w:rPr>
        <w:t xml:space="preserve"> şi </w:t>
      </w:r>
      <w:proofErr w:type="spellStart"/>
      <w:r w:rsidRPr="00172FDA">
        <w:rPr>
          <w:rFonts w:ascii="Times New Roman" w:eastAsia="Times New Roman" w:hAnsi="Times New Roman" w:cs="Times New Roman"/>
          <w:b/>
          <w:color w:val="000000"/>
          <w:kern w:val="0"/>
          <w:szCs w:val="22"/>
          <w:lang w:val="en-US"/>
          <w14:ligatures w14:val="none"/>
        </w:rPr>
        <w:t>alte</w:t>
      </w:r>
      <w:proofErr w:type="spellEnd"/>
      <w:r w:rsidRPr="00172FDA">
        <w:rPr>
          <w:rFonts w:ascii="Times New Roman" w:eastAsia="Times New Roman" w:hAnsi="Times New Roman" w:cs="Times New Roman"/>
          <w:b/>
          <w:color w:val="000000"/>
          <w:kern w:val="0"/>
          <w:szCs w:val="22"/>
          <w:lang w:val="en-US"/>
          <w14:ligatures w14:val="none"/>
        </w:rPr>
        <w:t xml:space="preserve"> </w:t>
      </w:r>
      <w:proofErr w:type="spellStart"/>
      <w:r w:rsidRPr="00172FDA">
        <w:rPr>
          <w:rFonts w:ascii="Times New Roman" w:eastAsia="Times New Roman" w:hAnsi="Times New Roman" w:cs="Times New Roman"/>
          <w:b/>
          <w:color w:val="000000"/>
          <w:kern w:val="0"/>
          <w:szCs w:val="22"/>
          <w:lang w:val="en-US"/>
          <w14:ligatures w14:val="none"/>
        </w:rPr>
        <w:t>taxe</w:t>
      </w:r>
      <w:proofErr w:type="spellEnd"/>
      <w:r w:rsidRPr="00172FDA">
        <w:rPr>
          <w:rFonts w:ascii="Times New Roman" w:eastAsia="Times New Roman" w:hAnsi="Times New Roman" w:cs="Times New Roman"/>
          <w:b/>
          <w:color w:val="000000"/>
          <w:kern w:val="0"/>
          <w:szCs w:val="22"/>
          <w:lang w:val="en-US"/>
          <w14:ligatures w14:val="none"/>
        </w:rPr>
        <w:t xml:space="preserve"> </w:t>
      </w:r>
      <w:proofErr w:type="spellStart"/>
      <w:r w:rsidRPr="00172FDA">
        <w:rPr>
          <w:rFonts w:ascii="Times New Roman" w:eastAsia="Times New Roman" w:hAnsi="Times New Roman" w:cs="Times New Roman"/>
          <w:b/>
          <w:color w:val="000000"/>
          <w:kern w:val="0"/>
          <w:szCs w:val="22"/>
          <w:lang w:val="en-US"/>
          <w14:ligatures w14:val="none"/>
        </w:rPr>
        <w:t>speciale</w:t>
      </w:r>
      <w:proofErr w:type="spellEnd"/>
      <w:r w:rsidRPr="00172FDA">
        <w:rPr>
          <w:rFonts w:ascii="Times New Roman" w:eastAsia="Times New Roman" w:hAnsi="Times New Roman" w:cs="Times New Roman"/>
          <w:b/>
          <w:color w:val="000000"/>
          <w:kern w:val="0"/>
          <w:szCs w:val="22"/>
          <w:lang w:val="en-US"/>
          <w14:ligatures w14:val="none"/>
        </w:rPr>
        <w:t xml:space="preserve"> </w:t>
      </w:r>
    </w:p>
    <w:p w14:paraId="7D46391B" w14:textId="77777777" w:rsidR="00172FDA" w:rsidRPr="00172FDA" w:rsidRDefault="00172FDA" w:rsidP="00172FDA">
      <w:pPr>
        <w:autoSpaceDE w:val="0"/>
        <w:autoSpaceDN w:val="0"/>
        <w:spacing w:before="34" w:after="0" w:line="230" w:lineRule="auto"/>
        <w:ind w:left="1144"/>
        <w:rPr>
          <w:rFonts w:ascii="Cambria" w:eastAsia="MS Mincho" w:hAnsi="Cambria" w:cs="Times New Roman"/>
          <w:kern w:val="0"/>
          <w:sz w:val="22"/>
          <w:szCs w:val="22"/>
          <w:lang w:val="en-US"/>
          <w14:ligatures w14:val="none"/>
        </w:rPr>
      </w:pPr>
      <w:proofErr w:type="spellStart"/>
      <w:r w:rsidRPr="00172FDA">
        <w:rPr>
          <w:rFonts w:ascii="Times New Roman" w:eastAsia="Times New Roman" w:hAnsi="Times New Roman" w:cs="Times New Roman"/>
          <w:b/>
          <w:color w:val="000000"/>
          <w:kern w:val="0"/>
          <w:szCs w:val="22"/>
          <w:lang w:val="en-US"/>
          <w14:ligatures w14:val="none"/>
        </w:rPr>
        <w:t>percepute</w:t>
      </w:r>
      <w:proofErr w:type="spellEnd"/>
      <w:r w:rsidRPr="00172FDA">
        <w:rPr>
          <w:rFonts w:ascii="Times New Roman" w:eastAsia="Times New Roman" w:hAnsi="Times New Roman" w:cs="Times New Roman"/>
          <w:b/>
          <w:color w:val="000000"/>
          <w:kern w:val="0"/>
          <w:szCs w:val="22"/>
          <w:lang w:val="en-US"/>
          <w14:ligatures w14:val="none"/>
        </w:rPr>
        <w:t xml:space="preserve"> </w:t>
      </w:r>
      <w:proofErr w:type="spellStart"/>
      <w:r w:rsidRPr="00172FDA">
        <w:rPr>
          <w:rFonts w:ascii="Times New Roman" w:eastAsia="Times New Roman" w:hAnsi="Times New Roman" w:cs="Times New Roman"/>
          <w:b/>
          <w:color w:val="000000"/>
          <w:kern w:val="0"/>
          <w:szCs w:val="22"/>
          <w:lang w:val="en-US"/>
          <w14:ligatures w14:val="none"/>
        </w:rPr>
        <w:t>în</w:t>
      </w:r>
      <w:proofErr w:type="spellEnd"/>
      <w:r w:rsidRPr="00172FDA">
        <w:rPr>
          <w:rFonts w:ascii="Times New Roman" w:eastAsia="Times New Roman" w:hAnsi="Times New Roman" w:cs="Times New Roman"/>
          <w:b/>
          <w:color w:val="000000"/>
          <w:kern w:val="0"/>
          <w:szCs w:val="22"/>
          <w:lang w:val="en-US"/>
          <w14:ligatures w14:val="none"/>
        </w:rPr>
        <w:t xml:space="preserve"> </w:t>
      </w:r>
      <w:proofErr w:type="spellStart"/>
      <w:r w:rsidRPr="00172FDA">
        <w:rPr>
          <w:rFonts w:ascii="Times New Roman" w:eastAsia="Times New Roman" w:hAnsi="Times New Roman" w:cs="Times New Roman"/>
          <w:b/>
          <w:color w:val="000000"/>
          <w:kern w:val="0"/>
          <w:szCs w:val="22"/>
          <w:lang w:val="en-US"/>
          <w14:ligatures w14:val="none"/>
        </w:rPr>
        <w:t>cadrul</w:t>
      </w:r>
      <w:proofErr w:type="spellEnd"/>
      <w:r w:rsidRPr="00172FDA">
        <w:rPr>
          <w:rFonts w:ascii="Times New Roman" w:eastAsia="Times New Roman" w:hAnsi="Times New Roman" w:cs="Times New Roman"/>
          <w:b/>
          <w:color w:val="000000"/>
          <w:kern w:val="0"/>
          <w:szCs w:val="22"/>
          <w:lang w:val="en-US"/>
          <w14:ligatures w14:val="none"/>
        </w:rPr>
        <w:t xml:space="preserve"> </w:t>
      </w:r>
      <w:proofErr w:type="spellStart"/>
      <w:r w:rsidRPr="00172FDA">
        <w:rPr>
          <w:rFonts w:ascii="Times New Roman" w:eastAsia="Times New Roman" w:hAnsi="Times New Roman" w:cs="Times New Roman"/>
          <w:b/>
          <w:color w:val="000000"/>
          <w:kern w:val="0"/>
          <w:szCs w:val="22"/>
          <w:lang w:val="en-US"/>
          <w14:ligatures w14:val="none"/>
        </w:rPr>
        <w:t>Centrului</w:t>
      </w:r>
      <w:proofErr w:type="spellEnd"/>
      <w:r w:rsidRPr="00172FDA">
        <w:rPr>
          <w:rFonts w:ascii="Times New Roman" w:eastAsia="Times New Roman" w:hAnsi="Times New Roman" w:cs="Times New Roman"/>
          <w:b/>
          <w:color w:val="000000"/>
          <w:kern w:val="0"/>
          <w:szCs w:val="22"/>
          <w:lang w:val="en-US"/>
          <w14:ligatures w14:val="none"/>
        </w:rPr>
        <w:t xml:space="preserve"> de </w:t>
      </w:r>
      <w:proofErr w:type="spellStart"/>
      <w:r w:rsidRPr="00172FDA">
        <w:rPr>
          <w:rFonts w:ascii="Times New Roman" w:eastAsia="Times New Roman" w:hAnsi="Times New Roman" w:cs="Times New Roman"/>
          <w:b/>
          <w:color w:val="000000"/>
          <w:kern w:val="0"/>
          <w:szCs w:val="22"/>
          <w:lang w:val="en-US"/>
          <w14:ligatures w14:val="none"/>
        </w:rPr>
        <w:t>Cultură</w:t>
      </w:r>
      <w:proofErr w:type="spellEnd"/>
      <w:r w:rsidRPr="00172FDA">
        <w:rPr>
          <w:rFonts w:ascii="Times New Roman" w:eastAsia="Times New Roman" w:hAnsi="Times New Roman" w:cs="Times New Roman"/>
          <w:b/>
          <w:color w:val="000000"/>
          <w:kern w:val="0"/>
          <w:szCs w:val="22"/>
          <w:lang w:val="en-US"/>
          <w14:ligatures w14:val="none"/>
        </w:rPr>
        <w:t xml:space="preserve">, </w:t>
      </w:r>
      <w:proofErr w:type="spellStart"/>
      <w:r w:rsidRPr="00172FDA">
        <w:rPr>
          <w:rFonts w:ascii="Times New Roman" w:eastAsia="Times New Roman" w:hAnsi="Times New Roman" w:cs="Times New Roman"/>
          <w:b/>
          <w:color w:val="000000"/>
          <w:kern w:val="0"/>
          <w:szCs w:val="22"/>
          <w:lang w:val="en-US"/>
          <w14:ligatures w14:val="none"/>
        </w:rPr>
        <w:t>Artă</w:t>
      </w:r>
      <w:proofErr w:type="spellEnd"/>
      <w:r w:rsidRPr="00172FDA">
        <w:rPr>
          <w:rFonts w:ascii="Times New Roman" w:eastAsia="Times New Roman" w:hAnsi="Times New Roman" w:cs="Times New Roman"/>
          <w:b/>
          <w:color w:val="000000"/>
          <w:kern w:val="0"/>
          <w:szCs w:val="22"/>
          <w:lang w:val="en-US"/>
          <w14:ligatures w14:val="none"/>
        </w:rPr>
        <w:t xml:space="preserve"> </w:t>
      </w:r>
      <w:proofErr w:type="spellStart"/>
      <w:r w:rsidRPr="00172FDA">
        <w:rPr>
          <w:rFonts w:ascii="Times New Roman" w:eastAsia="Times New Roman" w:hAnsi="Times New Roman" w:cs="Times New Roman"/>
          <w:b/>
          <w:color w:val="000000"/>
          <w:kern w:val="0"/>
          <w:szCs w:val="22"/>
          <w:lang w:val="en-US"/>
          <w14:ligatures w14:val="none"/>
        </w:rPr>
        <w:t>și</w:t>
      </w:r>
      <w:proofErr w:type="spellEnd"/>
      <w:r w:rsidRPr="00172FDA">
        <w:rPr>
          <w:rFonts w:ascii="Times New Roman" w:eastAsia="Times New Roman" w:hAnsi="Times New Roman" w:cs="Times New Roman"/>
          <w:b/>
          <w:color w:val="000000"/>
          <w:kern w:val="0"/>
          <w:szCs w:val="22"/>
          <w:lang w:val="en-US"/>
          <w14:ligatures w14:val="none"/>
        </w:rPr>
        <w:t xml:space="preserve"> Agrement Târgu Mureș </w:t>
      </w:r>
      <w:proofErr w:type="spellStart"/>
      <w:r w:rsidRPr="00172FDA">
        <w:rPr>
          <w:rFonts w:ascii="Times New Roman" w:eastAsia="Times New Roman" w:hAnsi="Times New Roman" w:cs="Times New Roman"/>
          <w:b/>
          <w:color w:val="000000"/>
          <w:kern w:val="0"/>
          <w:szCs w:val="22"/>
          <w:lang w:val="en-US"/>
          <w14:ligatures w14:val="none"/>
        </w:rPr>
        <w:t>pentru</w:t>
      </w:r>
      <w:proofErr w:type="spellEnd"/>
      <w:r w:rsidRPr="00172FDA">
        <w:rPr>
          <w:rFonts w:ascii="Times New Roman" w:eastAsia="Times New Roman" w:hAnsi="Times New Roman" w:cs="Times New Roman"/>
          <w:b/>
          <w:color w:val="000000"/>
          <w:kern w:val="0"/>
          <w:szCs w:val="22"/>
          <w:lang w:val="en-US"/>
          <w14:ligatures w14:val="none"/>
        </w:rPr>
        <w:t xml:space="preserve"> </w:t>
      </w:r>
      <w:proofErr w:type="spellStart"/>
      <w:r w:rsidRPr="00172FDA">
        <w:rPr>
          <w:rFonts w:ascii="Times New Roman" w:eastAsia="Times New Roman" w:hAnsi="Times New Roman" w:cs="Times New Roman"/>
          <w:b/>
          <w:color w:val="000000"/>
          <w:kern w:val="0"/>
          <w:szCs w:val="22"/>
          <w:lang w:val="en-US"/>
          <w14:ligatures w14:val="none"/>
        </w:rPr>
        <w:t>anul</w:t>
      </w:r>
      <w:proofErr w:type="spellEnd"/>
      <w:r w:rsidRPr="00172FDA">
        <w:rPr>
          <w:rFonts w:ascii="Times New Roman" w:eastAsia="Times New Roman" w:hAnsi="Times New Roman" w:cs="Times New Roman"/>
          <w:b/>
          <w:color w:val="000000"/>
          <w:kern w:val="0"/>
          <w:szCs w:val="22"/>
          <w:lang w:val="en-US"/>
          <w14:ligatures w14:val="none"/>
        </w:rPr>
        <w:t xml:space="preserve"> 2027 </w:t>
      </w:r>
    </w:p>
    <w:p w14:paraId="0A09BCF8" w14:textId="77777777" w:rsidR="00172FDA" w:rsidRPr="00172FDA" w:rsidRDefault="00172FDA" w:rsidP="00172FDA">
      <w:pPr>
        <w:autoSpaceDE w:val="0"/>
        <w:autoSpaceDN w:val="0"/>
        <w:spacing w:before="934" w:after="30" w:line="230" w:lineRule="auto"/>
        <w:ind w:left="1134"/>
        <w:rPr>
          <w:rFonts w:ascii="Cambria" w:eastAsia="MS Mincho" w:hAnsi="Cambria" w:cs="Times New Roman"/>
          <w:kern w:val="0"/>
          <w:sz w:val="22"/>
          <w:szCs w:val="22"/>
          <w:lang w:val="en-US"/>
          <w14:ligatures w14:val="none"/>
        </w:rPr>
      </w:pPr>
      <w:r w:rsidRPr="00172FDA">
        <w:rPr>
          <w:rFonts w:ascii="Times New Roman" w:eastAsia="Times New Roman" w:hAnsi="Times New Roman" w:cs="Times New Roman"/>
          <w:b/>
          <w:color w:val="000000"/>
          <w:kern w:val="0"/>
          <w:szCs w:val="22"/>
          <w:lang w:val="en-US"/>
          <w14:ligatures w14:val="none"/>
        </w:rPr>
        <w:t xml:space="preserve"> CETATEA MEDIEVALĂ TÂRGU MUREȘ </w:t>
      </w:r>
    </w:p>
    <w:tbl>
      <w:tblPr>
        <w:tblW w:w="0" w:type="auto"/>
        <w:tblInd w:w="1140" w:type="dxa"/>
        <w:tblLayout w:type="fixed"/>
        <w:tblLook w:val="04A0" w:firstRow="1" w:lastRow="0" w:firstColumn="1" w:lastColumn="0" w:noHBand="0" w:noVBand="1"/>
      </w:tblPr>
      <w:tblGrid>
        <w:gridCol w:w="686"/>
        <w:gridCol w:w="4892"/>
        <w:gridCol w:w="1580"/>
        <w:gridCol w:w="1092"/>
        <w:gridCol w:w="1247"/>
      </w:tblGrid>
      <w:tr w:rsidR="00172FDA" w:rsidRPr="00172FDA" w14:paraId="063A9335" w14:textId="77777777" w:rsidTr="00555C73">
        <w:trPr>
          <w:trHeight w:hRule="exact" w:val="464"/>
        </w:trPr>
        <w:tc>
          <w:tcPr>
            <w:tcW w:w="686" w:type="dxa"/>
            <w:vMerge w:val="restart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left w:w="0" w:type="dxa"/>
              <w:right w:w="0" w:type="dxa"/>
            </w:tcMar>
          </w:tcPr>
          <w:p w14:paraId="32A328D2" w14:textId="77777777" w:rsidR="00172FDA" w:rsidRPr="00172FDA" w:rsidRDefault="00172FDA" w:rsidP="00172FDA">
            <w:pPr>
              <w:autoSpaceDE w:val="0"/>
              <w:autoSpaceDN w:val="0"/>
              <w:spacing w:after="0" w:line="319" w:lineRule="auto"/>
              <w:ind w:left="144"/>
              <w:jc w:val="center"/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 xml:space="preserve">Nr.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>crt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>.</w:t>
            </w:r>
          </w:p>
        </w:tc>
        <w:tc>
          <w:tcPr>
            <w:tcW w:w="4892" w:type="dxa"/>
            <w:vMerge w:val="restart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left w:w="0" w:type="dxa"/>
              <w:right w:w="0" w:type="dxa"/>
            </w:tcMar>
          </w:tcPr>
          <w:p w14:paraId="3861D901" w14:textId="77777777" w:rsidR="00172FDA" w:rsidRPr="00172FDA" w:rsidRDefault="00172FDA" w:rsidP="00172FDA">
            <w:pPr>
              <w:autoSpaceDE w:val="0"/>
              <w:autoSpaceDN w:val="0"/>
              <w:spacing w:after="0" w:line="230" w:lineRule="auto"/>
              <w:jc w:val="center"/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</w:pPr>
            <w:proofErr w:type="spellStart"/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>Servicii</w:t>
            </w:r>
            <w:proofErr w:type="spellEnd"/>
          </w:p>
        </w:tc>
        <w:tc>
          <w:tcPr>
            <w:tcW w:w="1580" w:type="dxa"/>
            <w:vMerge w:val="restart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left w:w="0" w:type="dxa"/>
              <w:right w:w="0" w:type="dxa"/>
            </w:tcMar>
          </w:tcPr>
          <w:p w14:paraId="1CCED79A" w14:textId="77777777" w:rsidR="00172FDA" w:rsidRPr="00172FDA" w:rsidRDefault="00172FDA" w:rsidP="00172FDA">
            <w:pPr>
              <w:autoSpaceDE w:val="0"/>
              <w:autoSpaceDN w:val="0"/>
              <w:spacing w:after="0" w:line="230" w:lineRule="auto"/>
              <w:jc w:val="center"/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</w:pPr>
            <w:proofErr w:type="spellStart"/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>U.m.</w:t>
            </w:r>
            <w:proofErr w:type="spellEnd"/>
          </w:p>
        </w:tc>
        <w:tc>
          <w:tcPr>
            <w:tcW w:w="2339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left w:w="0" w:type="dxa"/>
              <w:right w:w="0" w:type="dxa"/>
            </w:tcMar>
          </w:tcPr>
          <w:p w14:paraId="4631F96D" w14:textId="77777777" w:rsidR="00172FDA" w:rsidRPr="00172FDA" w:rsidRDefault="00172FDA" w:rsidP="00172FDA">
            <w:pPr>
              <w:autoSpaceDE w:val="0"/>
              <w:autoSpaceDN w:val="0"/>
              <w:spacing w:after="0" w:line="230" w:lineRule="auto"/>
              <w:jc w:val="center"/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</w:pPr>
            <w:proofErr w:type="spellStart"/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>Taxă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 xml:space="preserve"> lei</w:t>
            </w:r>
          </w:p>
        </w:tc>
      </w:tr>
      <w:tr w:rsidR="00172FDA" w:rsidRPr="00172FDA" w14:paraId="06B373A9" w14:textId="77777777" w:rsidTr="00555C73">
        <w:trPr>
          <w:trHeight w:hRule="exact" w:val="464"/>
        </w:trPr>
        <w:tc>
          <w:tcPr>
            <w:tcW w:w="686" w:type="dxa"/>
            <w:vMerge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102E0C1C" w14:textId="77777777" w:rsidR="00172FDA" w:rsidRPr="00172FDA" w:rsidRDefault="00172FDA" w:rsidP="00172FDA">
            <w:pPr>
              <w:spacing w:after="200" w:line="276" w:lineRule="auto"/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</w:pPr>
          </w:p>
        </w:tc>
        <w:tc>
          <w:tcPr>
            <w:tcW w:w="4892" w:type="dxa"/>
            <w:vMerge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519335F5" w14:textId="77777777" w:rsidR="00172FDA" w:rsidRPr="00172FDA" w:rsidRDefault="00172FDA" w:rsidP="00172FDA">
            <w:pPr>
              <w:spacing w:after="200" w:line="276" w:lineRule="auto"/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</w:pPr>
          </w:p>
        </w:tc>
        <w:tc>
          <w:tcPr>
            <w:tcW w:w="1580" w:type="dxa"/>
            <w:vMerge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1789E327" w14:textId="77777777" w:rsidR="00172FDA" w:rsidRPr="00172FDA" w:rsidRDefault="00172FDA" w:rsidP="00172FDA">
            <w:pPr>
              <w:spacing w:after="200" w:line="276" w:lineRule="auto"/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</w:pPr>
          </w:p>
        </w:tc>
        <w:tc>
          <w:tcPr>
            <w:tcW w:w="109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left w:w="0" w:type="dxa"/>
              <w:right w:w="0" w:type="dxa"/>
            </w:tcMar>
          </w:tcPr>
          <w:p w14:paraId="1FDC1F45" w14:textId="77777777" w:rsidR="00172FDA" w:rsidRPr="00172FDA" w:rsidRDefault="00172FDA" w:rsidP="00172FDA">
            <w:pPr>
              <w:autoSpaceDE w:val="0"/>
              <w:autoSpaceDN w:val="0"/>
              <w:spacing w:after="0" w:line="230" w:lineRule="auto"/>
              <w:jc w:val="center"/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>2026</w:t>
            </w:r>
          </w:p>
        </w:tc>
        <w:tc>
          <w:tcPr>
            <w:tcW w:w="124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left w:w="0" w:type="dxa"/>
              <w:right w:w="0" w:type="dxa"/>
            </w:tcMar>
          </w:tcPr>
          <w:p w14:paraId="5AA85436" w14:textId="77777777" w:rsidR="00172FDA" w:rsidRPr="00172FDA" w:rsidRDefault="00172FDA" w:rsidP="00172FDA">
            <w:pPr>
              <w:autoSpaceDE w:val="0"/>
              <w:autoSpaceDN w:val="0"/>
              <w:spacing w:after="0" w:line="230" w:lineRule="auto"/>
              <w:jc w:val="center"/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>2027</w:t>
            </w:r>
          </w:p>
        </w:tc>
      </w:tr>
      <w:tr w:rsidR="00172FDA" w:rsidRPr="00172FDA" w14:paraId="5A9F8CF7" w14:textId="77777777" w:rsidTr="00555C73">
        <w:trPr>
          <w:trHeight w:hRule="exact" w:val="460"/>
        </w:trPr>
        <w:tc>
          <w:tcPr>
            <w:tcW w:w="68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left w:w="0" w:type="dxa"/>
              <w:right w:w="0" w:type="dxa"/>
            </w:tcMar>
          </w:tcPr>
          <w:p w14:paraId="2D68DE48" w14:textId="77777777" w:rsidR="00172FDA" w:rsidRPr="00172FDA" w:rsidRDefault="00172FDA" w:rsidP="00172FDA">
            <w:pPr>
              <w:autoSpaceDE w:val="0"/>
              <w:autoSpaceDN w:val="0"/>
              <w:spacing w:after="0" w:line="230" w:lineRule="auto"/>
              <w:ind w:left="80"/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1</w:t>
            </w:r>
          </w:p>
        </w:tc>
        <w:tc>
          <w:tcPr>
            <w:tcW w:w="489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left w:w="0" w:type="dxa"/>
              <w:right w:w="0" w:type="dxa"/>
            </w:tcMar>
          </w:tcPr>
          <w:p w14:paraId="2B24395D" w14:textId="77777777" w:rsidR="00172FDA" w:rsidRPr="00172FDA" w:rsidRDefault="00172FDA" w:rsidP="00172FDA">
            <w:pPr>
              <w:autoSpaceDE w:val="0"/>
              <w:autoSpaceDN w:val="0"/>
              <w:spacing w:after="0" w:line="230" w:lineRule="auto"/>
              <w:ind w:left="82"/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</w:pP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Taxă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organizare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manifestări</w:t>
            </w:r>
            <w:proofErr w:type="spellEnd"/>
          </w:p>
        </w:tc>
        <w:tc>
          <w:tcPr>
            <w:tcW w:w="158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left w:w="0" w:type="dxa"/>
              <w:right w:w="0" w:type="dxa"/>
            </w:tcMar>
          </w:tcPr>
          <w:p w14:paraId="27B96A05" w14:textId="77777777" w:rsidR="00172FDA" w:rsidRPr="00172FDA" w:rsidRDefault="00172FDA" w:rsidP="00172FDA">
            <w:pPr>
              <w:autoSpaceDE w:val="0"/>
              <w:autoSpaceDN w:val="0"/>
              <w:spacing w:after="0" w:line="230" w:lineRule="auto"/>
              <w:jc w:val="center"/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Activ./zi</w:t>
            </w:r>
          </w:p>
        </w:tc>
        <w:tc>
          <w:tcPr>
            <w:tcW w:w="109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left w:w="0" w:type="dxa"/>
              <w:right w:w="0" w:type="dxa"/>
            </w:tcMar>
          </w:tcPr>
          <w:p w14:paraId="0F25155D" w14:textId="77777777" w:rsidR="00172FDA" w:rsidRPr="00172FDA" w:rsidRDefault="00172FDA" w:rsidP="00172FDA">
            <w:pPr>
              <w:autoSpaceDE w:val="0"/>
              <w:autoSpaceDN w:val="0"/>
              <w:spacing w:after="0" w:line="230" w:lineRule="auto"/>
              <w:ind w:left="160"/>
              <w:jc w:val="right"/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1.900,00</w:t>
            </w:r>
          </w:p>
        </w:tc>
        <w:tc>
          <w:tcPr>
            <w:tcW w:w="124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left w:w="0" w:type="dxa"/>
              <w:right w:w="0" w:type="dxa"/>
            </w:tcMar>
          </w:tcPr>
          <w:p w14:paraId="1CB15892" w14:textId="77777777" w:rsidR="00172FDA" w:rsidRPr="00172FDA" w:rsidRDefault="00172FDA" w:rsidP="00172FDA">
            <w:pPr>
              <w:autoSpaceDE w:val="0"/>
              <w:autoSpaceDN w:val="0"/>
              <w:spacing w:after="0" w:line="230" w:lineRule="auto"/>
              <w:jc w:val="right"/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2.000,00</w:t>
            </w:r>
          </w:p>
        </w:tc>
      </w:tr>
      <w:tr w:rsidR="00172FDA" w:rsidRPr="00172FDA" w14:paraId="3AA38210" w14:textId="77777777" w:rsidTr="00555C73">
        <w:trPr>
          <w:trHeight w:hRule="exact" w:val="1074"/>
        </w:trPr>
        <w:tc>
          <w:tcPr>
            <w:tcW w:w="68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left w:w="0" w:type="dxa"/>
              <w:right w:w="0" w:type="dxa"/>
            </w:tcMar>
          </w:tcPr>
          <w:p w14:paraId="35EFB4DA" w14:textId="77777777" w:rsidR="00172FDA" w:rsidRPr="00172FDA" w:rsidRDefault="00172FDA" w:rsidP="00172FDA">
            <w:pPr>
              <w:spacing w:after="0" w:line="220" w:lineRule="exact"/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t>2</w:t>
            </w:r>
          </w:p>
        </w:tc>
        <w:tc>
          <w:tcPr>
            <w:tcW w:w="4892" w:type="dxa"/>
            <w:tcBorders>
              <w:top w:val="single" w:sz="4" w:space="0" w:color="7F7F7F"/>
              <w:left w:val="single" w:sz="4" w:space="0" w:color="7F7F7F"/>
            </w:tcBorders>
            <w:tcMar>
              <w:left w:w="0" w:type="dxa"/>
              <w:right w:w="0" w:type="dxa"/>
            </w:tcMar>
          </w:tcPr>
          <w:p w14:paraId="47F9CFDC" w14:textId="77777777" w:rsidR="00172FDA" w:rsidRPr="00172FDA" w:rsidRDefault="00172FDA" w:rsidP="00172FDA">
            <w:pPr>
              <w:spacing w:after="0" w:line="220" w:lineRule="exact"/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</w:pPr>
            <w:proofErr w:type="spellStart"/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t>Taxă</w:t>
            </w:r>
            <w:proofErr w:type="spellEnd"/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t>organizare</w:t>
            </w:r>
            <w:proofErr w:type="spellEnd"/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t>manifestări</w:t>
            </w:r>
            <w:proofErr w:type="spellEnd"/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t xml:space="preserve"> de </w:t>
            </w:r>
            <w:proofErr w:type="spellStart"/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t>către</w:t>
            </w:r>
            <w:proofErr w:type="spellEnd"/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t>:</w:t>
            </w:r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br/>
              <w:t xml:space="preserve">- </w:t>
            </w:r>
            <w:proofErr w:type="spellStart"/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t>fundații</w:t>
            </w:r>
            <w:proofErr w:type="spellEnd"/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t xml:space="preserve">, </w:t>
            </w:r>
            <w:proofErr w:type="spellStart"/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t>organizații</w:t>
            </w:r>
            <w:proofErr w:type="spellEnd"/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t>neguvernamentale</w:t>
            </w:r>
            <w:proofErr w:type="spellEnd"/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br/>
              <w:t xml:space="preserve">- </w:t>
            </w:r>
            <w:proofErr w:type="spellStart"/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t>instituții</w:t>
            </w:r>
            <w:proofErr w:type="spellEnd"/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t xml:space="preserve"> de </w:t>
            </w:r>
            <w:proofErr w:type="spellStart"/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t>cultură</w:t>
            </w:r>
            <w:proofErr w:type="spellEnd"/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t>și</w:t>
            </w:r>
            <w:proofErr w:type="spellEnd"/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t>partide</w:t>
            </w:r>
            <w:proofErr w:type="spellEnd"/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t>politice</w:t>
            </w:r>
            <w:proofErr w:type="spellEnd"/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br/>
              <w:t xml:space="preserve">- </w:t>
            </w:r>
            <w:proofErr w:type="spellStart"/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t>instituții</w:t>
            </w:r>
            <w:proofErr w:type="spellEnd"/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t xml:space="preserve"> de </w:t>
            </w:r>
            <w:proofErr w:type="spellStart"/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t>învățământ</w:t>
            </w:r>
            <w:proofErr w:type="spellEnd"/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t xml:space="preserve"> / </w:t>
            </w:r>
            <w:proofErr w:type="spellStart"/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t>tineri</w:t>
            </w:r>
            <w:proofErr w:type="spellEnd"/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t>artiști</w:t>
            </w:r>
            <w:proofErr w:type="spellEnd"/>
          </w:p>
        </w:tc>
        <w:tc>
          <w:tcPr>
            <w:tcW w:w="1580" w:type="dxa"/>
            <w:tcBorders>
              <w:top w:val="single" w:sz="4" w:space="0" w:color="7F7F7F"/>
              <w:bottom w:val="single" w:sz="4" w:space="0" w:color="7F7F7F"/>
            </w:tcBorders>
            <w:tcMar>
              <w:left w:w="0" w:type="dxa"/>
              <w:right w:w="0" w:type="dxa"/>
            </w:tcMar>
          </w:tcPr>
          <w:p w14:paraId="55A7FB65" w14:textId="77777777" w:rsidR="00172FDA" w:rsidRPr="00172FDA" w:rsidRDefault="00172FDA" w:rsidP="00172FDA">
            <w:pPr>
              <w:spacing w:after="0" w:line="220" w:lineRule="exact"/>
              <w:jc w:val="center"/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br/>
              <w:t>Activ./zi</w:t>
            </w:r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br/>
              <w:t>Activ./zi</w:t>
            </w:r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br/>
              <w:t>Activ./zi</w:t>
            </w:r>
          </w:p>
        </w:tc>
        <w:tc>
          <w:tcPr>
            <w:tcW w:w="1092" w:type="dxa"/>
            <w:tcBorders>
              <w:top w:val="single" w:sz="4" w:space="0" w:color="7F7F7F"/>
              <w:bottom w:val="single" w:sz="4" w:space="0" w:color="7F7F7F"/>
            </w:tcBorders>
            <w:tcMar>
              <w:left w:w="0" w:type="dxa"/>
              <w:right w:w="0" w:type="dxa"/>
            </w:tcMar>
          </w:tcPr>
          <w:p w14:paraId="28642EAE" w14:textId="77777777" w:rsidR="00172FDA" w:rsidRPr="00172FDA" w:rsidRDefault="00172FDA" w:rsidP="00172FDA">
            <w:pPr>
              <w:spacing w:after="0" w:line="220" w:lineRule="exact"/>
              <w:jc w:val="right"/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br/>
              <w:t>120,00</w:t>
            </w:r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br/>
              <w:t>53,00</w:t>
            </w:r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br/>
              <w:t>53,00</w:t>
            </w:r>
          </w:p>
        </w:tc>
        <w:tc>
          <w:tcPr>
            <w:tcW w:w="1247" w:type="dxa"/>
            <w:tcBorders>
              <w:top w:val="single" w:sz="4" w:space="0" w:color="7F7F7F"/>
              <w:bottom w:val="single" w:sz="4" w:space="0" w:color="7F7F7F"/>
              <w:right w:val="single" w:sz="4" w:space="0" w:color="7F7F7F"/>
            </w:tcBorders>
            <w:tcMar>
              <w:left w:w="0" w:type="dxa"/>
              <w:right w:w="0" w:type="dxa"/>
            </w:tcMar>
          </w:tcPr>
          <w:p w14:paraId="265F8CA6" w14:textId="77777777" w:rsidR="00172FDA" w:rsidRPr="00172FDA" w:rsidRDefault="00172FDA" w:rsidP="00172FDA">
            <w:pPr>
              <w:spacing w:after="0" w:line="220" w:lineRule="exact"/>
              <w:jc w:val="right"/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br/>
              <w:t>130,00</w:t>
            </w:r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br/>
              <w:t>55,00</w:t>
            </w:r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br/>
              <w:t>0,00</w:t>
            </w:r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br/>
            </w:r>
          </w:p>
        </w:tc>
      </w:tr>
      <w:tr w:rsidR="00172FDA" w:rsidRPr="00172FDA" w14:paraId="734A9876" w14:textId="77777777" w:rsidTr="00555C73">
        <w:trPr>
          <w:trHeight w:hRule="exact" w:val="1960"/>
        </w:trPr>
        <w:tc>
          <w:tcPr>
            <w:tcW w:w="68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left w:w="0" w:type="dxa"/>
              <w:right w:w="0" w:type="dxa"/>
            </w:tcMar>
          </w:tcPr>
          <w:p w14:paraId="2DC17DC6" w14:textId="77777777" w:rsidR="00172FDA" w:rsidRPr="00172FDA" w:rsidRDefault="00172FDA" w:rsidP="00172FDA">
            <w:pPr>
              <w:spacing w:after="0" w:line="240" w:lineRule="exact"/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t>3</w:t>
            </w:r>
          </w:p>
        </w:tc>
        <w:tc>
          <w:tcPr>
            <w:tcW w:w="4892" w:type="dxa"/>
            <w:tcBorders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left w:w="0" w:type="dxa"/>
              <w:right w:w="0" w:type="dxa"/>
            </w:tcMar>
          </w:tcPr>
          <w:p w14:paraId="7302E639" w14:textId="77777777" w:rsidR="00172FDA" w:rsidRPr="00172FDA" w:rsidRDefault="00172FDA" w:rsidP="00172FDA">
            <w:pPr>
              <w:spacing w:after="0" w:line="240" w:lineRule="exact"/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</w:pPr>
            <w:proofErr w:type="spellStart"/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t>Taxă</w:t>
            </w:r>
            <w:proofErr w:type="spellEnd"/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t>închiriere</w:t>
            </w:r>
            <w:proofErr w:type="spellEnd"/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t>spațiu</w:t>
            </w:r>
            <w:proofErr w:type="spellEnd"/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t>pentru</w:t>
            </w:r>
            <w:proofErr w:type="spellEnd"/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t>organizarea</w:t>
            </w:r>
            <w:proofErr w:type="spellEnd"/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t xml:space="preserve"> de</w:t>
            </w:r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br/>
            </w:r>
            <w:proofErr w:type="spellStart"/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t>cursuri</w:t>
            </w:r>
            <w:proofErr w:type="spellEnd"/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t xml:space="preserve">, </w:t>
            </w:r>
            <w:proofErr w:type="spellStart"/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t>seminarii</w:t>
            </w:r>
            <w:proofErr w:type="spellEnd"/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t xml:space="preserve">, </w:t>
            </w:r>
            <w:proofErr w:type="spellStart"/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t>conferințe</w:t>
            </w:r>
            <w:proofErr w:type="spellEnd"/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t xml:space="preserve"> de </w:t>
            </w:r>
            <w:proofErr w:type="spellStart"/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t>către</w:t>
            </w:r>
            <w:proofErr w:type="spellEnd"/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t>:</w:t>
            </w:r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br/>
              <w:t xml:space="preserve">a) </w:t>
            </w:r>
            <w:proofErr w:type="spellStart"/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t>instituții</w:t>
            </w:r>
            <w:proofErr w:type="spellEnd"/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t xml:space="preserve"> de </w:t>
            </w:r>
            <w:proofErr w:type="spellStart"/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t>învățământ</w:t>
            </w:r>
            <w:proofErr w:type="spellEnd"/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t>și</w:t>
            </w:r>
            <w:proofErr w:type="spellEnd"/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t>cultură</w:t>
            </w:r>
            <w:proofErr w:type="spellEnd"/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t>asimilate</w:t>
            </w:r>
            <w:proofErr w:type="spellEnd"/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br/>
              <w:t xml:space="preserve">b) </w:t>
            </w:r>
            <w:proofErr w:type="spellStart"/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t>alte</w:t>
            </w:r>
            <w:proofErr w:type="spellEnd"/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t>entități</w:t>
            </w:r>
            <w:proofErr w:type="spellEnd"/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t xml:space="preserve"> (</w:t>
            </w:r>
            <w:proofErr w:type="spellStart"/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t>cursuri</w:t>
            </w:r>
            <w:proofErr w:type="spellEnd"/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t xml:space="preserve">, </w:t>
            </w:r>
            <w:proofErr w:type="spellStart"/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t>seminarii</w:t>
            </w:r>
            <w:proofErr w:type="spellEnd"/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t xml:space="preserve">, </w:t>
            </w:r>
            <w:proofErr w:type="spellStart"/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t>conferințe</w:t>
            </w:r>
            <w:proofErr w:type="spellEnd"/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br/>
            </w:r>
            <w:proofErr w:type="spellStart"/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t>oferite</w:t>
            </w:r>
            <w:proofErr w:type="spellEnd"/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t>gratuit</w:t>
            </w:r>
            <w:proofErr w:type="spellEnd"/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t>)</w:t>
            </w:r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br/>
              <w:t xml:space="preserve">c) </w:t>
            </w:r>
            <w:proofErr w:type="spellStart"/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t>cursuri</w:t>
            </w:r>
            <w:proofErr w:type="spellEnd"/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t xml:space="preserve">, </w:t>
            </w:r>
            <w:proofErr w:type="spellStart"/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t>seminarii</w:t>
            </w:r>
            <w:proofErr w:type="spellEnd"/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t xml:space="preserve">, </w:t>
            </w:r>
            <w:proofErr w:type="spellStart"/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t>conferințe</w:t>
            </w:r>
            <w:proofErr w:type="spellEnd"/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t>organizate</w:t>
            </w:r>
            <w:proofErr w:type="spellEnd"/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t xml:space="preserve"> cu </w:t>
            </w:r>
            <w:proofErr w:type="spellStart"/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t>plată</w:t>
            </w:r>
            <w:proofErr w:type="spellEnd"/>
          </w:p>
        </w:tc>
        <w:tc>
          <w:tcPr>
            <w:tcW w:w="158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left w:w="0" w:type="dxa"/>
              <w:right w:w="0" w:type="dxa"/>
            </w:tcMar>
          </w:tcPr>
          <w:p w14:paraId="51471BFB" w14:textId="77777777" w:rsidR="00172FDA" w:rsidRPr="00172FDA" w:rsidRDefault="00172FDA" w:rsidP="00172FDA">
            <w:pPr>
              <w:spacing w:after="0" w:line="240" w:lineRule="exact"/>
              <w:jc w:val="center"/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br/>
            </w:r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br/>
              <w:t>Curs/</w:t>
            </w:r>
            <w:proofErr w:type="spellStart"/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t>oră</w:t>
            </w:r>
            <w:proofErr w:type="spellEnd"/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br/>
              <w:t>Curs/</w:t>
            </w:r>
            <w:proofErr w:type="spellStart"/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t>oră</w:t>
            </w:r>
            <w:proofErr w:type="spellEnd"/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br/>
            </w:r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br/>
              <w:t>Activ./zi</w:t>
            </w:r>
          </w:p>
        </w:tc>
        <w:tc>
          <w:tcPr>
            <w:tcW w:w="109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left w:w="0" w:type="dxa"/>
              <w:right w:w="0" w:type="dxa"/>
            </w:tcMar>
          </w:tcPr>
          <w:p w14:paraId="30094F04" w14:textId="77777777" w:rsidR="00172FDA" w:rsidRPr="00172FDA" w:rsidRDefault="00172FDA" w:rsidP="00172FDA">
            <w:pPr>
              <w:spacing w:after="0" w:line="240" w:lineRule="exact"/>
              <w:jc w:val="right"/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br/>
            </w:r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br/>
              <w:t>0,00</w:t>
            </w:r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br/>
              <w:t>0,00</w:t>
            </w:r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br/>
            </w:r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br/>
              <w:t>0,00</w:t>
            </w:r>
          </w:p>
        </w:tc>
        <w:tc>
          <w:tcPr>
            <w:tcW w:w="124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left w:w="0" w:type="dxa"/>
              <w:right w:w="0" w:type="dxa"/>
            </w:tcMar>
          </w:tcPr>
          <w:p w14:paraId="70291654" w14:textId="77777777" w:rsidR="00172FDA" w:rsidRPr="00172FDA" w:rsidRDefault="00172FDA" w:rsidP="00172FDA">
            <w:pPr>
              <w:spacing w:after="0" w:line="240" w:lineRule="exact"/>
              <w:jc w:val="right"/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br/>
            </w:r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br/>
              <w:t>0,00</w:t>
            </w:r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br/>
              <w:t>0,00</w:t>
            </w:r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br/>
            </w:r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br/>
              <w:t>130,00</w:t>
            </w:r>
          </w:p>
        </w:tc>
      </w:tr>
      <w:tr w:rsidR="00172FDA" w:rsidRPr="00172FDA" w14:paraId="47102882" w14:textId="77777777" w:rsidTr="00555C73">
        <w:trPr>
          <w:trHeight w:hRule="exact" w:val="1060"/>
        </w:trPr>
        <w:tc>
          <w:tcPr>
            <w:tcW w:w="68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left w:w="0" w:type="dxa"/>
              <w:right w:w="0" w:type="dxa"/>
            </w:tcMar>
          </w:tcPr>
          <w:p w14:paraId="0FC7E221" w14:textId="77777777" w:rsidR="00172FDA" w:rsidRPr="00172FDA" w:rsidRDefault="00172FDA" w:rsidP="00172FDA">
            <w:pPr>
              <w:spacing w:after="0" w:line="240" w:lineRule="exact"/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t>4</w:t>
            </w:r>
          </w:p>
        </w:tc>
        <w:tc>
          <w:tcPr>
            <w:tcW w:w="489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left w:w="0" w:type="dxa"/>
              <w:right w:w="0" w:type="dxa"/>
            </w:tcMar>
          </w:tcPr>
          <w:p w14:paraId="023AB7D3" w14:textId="77777777" w:rsidR="00172FDA" w:rsidRPr="00172FDA" w:rsidRDefault="00172FDA" w:rsidP="00172FDA">
            <w:pPr>
              <w:spacing w:after="0" w:line="240" w:lineRule="exact"/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</w:pPr>
            <w:proofErr w:type="spellStart"/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t>Taxă</w:t>
            </w:r>
            <w:proofErr w:type="spellEnd"/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t>pentru</w:t>
            </w:r>
            <w:proofErr w:type="spellEnd"/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t>activități</w:t>
            </w:r>
            <w:proofErr w:type="spellEnd"/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t xml:space="preserve"> de </w:t>
            </w:r>
            <w:proofErr w:type="spellStart"/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t>alimentație</w:t>
            </w:r>
            <w:proofErr w:type="spellEnd"/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t>publică</w:t>
            </w:r>
            <w:proofErr w:type="spellEnd"/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br/>
              <w:t xml:space="preserve">a) </w:t>
            </w:r>
            <w:proofErr w:type="spellStart"/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t>ocupare</w:t>
            </w:r>
            <w:proofErr w:type="spellEnd"/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t>teren</w:t>
            </w:r>
            <w:proofErr w:type="spellEnd"/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br/>
              <w:t>b) interior</w:t>
            </w:r>
          </w:p>
        </w:tc>
        <w:tc>
          <w:tcPr>
            <w:tcW w:w="158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left w:w="0" w:type="dxa"/>
              <w:right w:w="0" w:type="dxa"/>
            </w:tcMar>
          </w:tcPr>
          <w:p w14:paraId="21AAD719" w14:textId="77777777" w:rsidR="00172FDA" w:rsidRPr="00172FDA" w:rsidRDefault="00172FDA" w:rsidP="00172FDA">
            <w:pPr>
              <w:spacing w:after="0" w:line="240" w:lineRule="exact"/>
              <w:jc w:val="center"/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br/>
            </w:r>
            <w:proofErr w:type="spellStart"/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t>Mp</w:t>
            </w:r>
            <w:proofErr w:type="spellEnd"/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t>/zi</w:t>
            </w:r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br/>
            </w:r>
            <w:proofErr w:type="spellStart"/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t>Mp</w:t>
            </w:r>
            <w:proofErr w:type="spellEnd"/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t>/zi</w:t>
            </w:r>
          </w:p>
        </w:tc>
        <w:tc>
          <w:tcPr>
            <w:tcW w:w="109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left w:w="0" w:type="dxa"/>
              <w:right w:w="0" w:type="dxa"/>
            </w:tcMar>
          </w:tcPr>
          <w:p w14:paraId="320A8B77" w14:textId="77777777" w:rsidR="00172FDA" w:rsidRPr="00172FDA" w:rsidRDefault="00172FDA" w:rsidP="00172FDA">
            <w:pPr>
              <w:spacing w:after="0" w:line="240" w:lineRule="exact"/>
              <w:jc w:val="right"/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br/>
              <w:t>11,00</w:t>
            </w:r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br/>
              <w:t>14,00</w:t>
            </w:r>
          </w:p>
        </w:tc>
        <w:tc>
          <w:tcPr>
            <w:tcW w:w="124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left w:w="0" w:type="dxa"/>
              <w:right w:w="0" w:type="dxa"/>
            </w:tcMar>
          </w:tcPr>
          <w:p w14:paraId="5995133E" w14:textId="77777777" w:rsidR="00172FDA" w:rsidRPr="00172FDA" w:rsidRDefault="00172FDA" w:rsidP="00172FDA">
            <w:pPr>
              <w:spacing w:after="0" w:line="240" w:lineRule="exact"/>
              <w:jc w:val="right"/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br/>
              <w:t>12,00</w:t>
            </w:r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br/>
              <w:t>15,00</w:t>
            </w:r>
          </w:p>
        </w:tc>
      </w:tr>
      <w:tr w:rsidR="00172FDA" w:rsidRPr="00172FDA" w14:paraId="2F78B07D" w14:textId="77777777" w:rsidTr="00555C73">
        <w:trPr>
          <w:trHeight w:hRule="exact" w:val="460"/>
        </w:trPr>
        <w:tc>
          <w:tcPr>
            <w:tcW w:w="68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left w:w="0" w:type="dxa"/>
              <w:right w:w="0" w:type="dxa"/>
            </w:tcMar>
          </w:tcPr>
          <w:p w14:paraId="51EEEE26" w14:textId="77777777" w:rsidR="00172FDA" w:rsidRPr="00172FDA" w:rsidRDefault="00172FDA" w:rsidP="00172FDA">
            <w:pPr>
              <w:autoSpaceDE w:val="0"/>
              <w:autoSpaceDN w:val="0"/>
              <w:spacing w:after="0" w:line="230" w:lineRule="auto"/>
              <w:ind w:left="80"/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5</w:t>
            </w:r>
          </w:p>
        </w:tc>
        <w:tc>
          <w:tcPr>
            <w:tcW w:w="489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left w:w="0" w:type="dxa"/>
              <w:right w:w="0" w:type="dxa"/>
            </w:tcMar>
          </w:tcPr>
          <w:p w14:paraId="5633095C" w14:textId="77777777" w:rsidR="00172FDA" w:rsidRPr="00172FDA" w:rsidRDefault="00172FDA" w:rsidP="00172FDA">
            <w:pPr>
              <w:autoSpaceDE w:val="0"/>
              <w:autoSpaceDN w:val="0"/>
              <w:spacing w:after="0" w:line="230" w:lineRule="auto"/>
              <w:ind w:left="82"/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</w:pP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Taxă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acces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grup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cu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asigurare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Ghid</w:t>
            </w:r>
            <w:proofErr w:type="spellEnd"/>
          </w:p>
        </w:tc>
        <w:tc>
          <w:tcPr>
            <w:tcW w:w="158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left w:w="0" w:type="dxa"/>
              <w:right w:w="0" w:type="dxa"/>
            </w:tcMar>
          </w:tcPr>
          <w:p w14:paraId="7EFAFB4A" w14:textId="77777777" w:rsidR="00172FDA" w:rsidRPr="00172FDA" w:rsidRDefault="00172FDA" w:rsidP="00172FDA">
            <w:pPr>
              <w:autoSpaceDE w:val="0"/>
              <w:autoSpaceDN w:val="0"/>
              <w:spacing w:after="0" w:line="230" w:lineRule="auto"/>
              <w:jc w:val="center"/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Lei/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grup</w:t>
            </w:r>
            <w:proofErr w:type="spellEnd"/>
          </w:p>
        </w:tc>
        <w:tc>
          <w:tcPr>
            <w:tcW w:w="109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left w:w="0" w:type="dxa"/>
              <w:right w:w="0" w:type="dxa"/>
            </w:tcMar>
          </w:tcPr>
          <w:p w14:paraId="7D874329" w14:textId="77777777" w:rsidR="00172FDA" w:rsidRPr="00172FDA" w:rsidRDefault="00172FDA" w:rsidP="00172FDA">
            <w:pPr>
              <w:autoSpaceDE w:val="0"/>
              <w:autoSpaceDN w:val="0"/>
              <w:spacing w:after="0" w:line="230" w:lineRule="auto"/>
              <w:ind w:right="82"/>
              <w:jc w:val="right"/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60,00</w:t>
            </w:r>
          </w:p>
        </w:tc>
        <w:tc>
          <w:tcPr>
            <w:tcW w:w="124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left w:w="0" w:type="dxa"/>
              <w:right w:w="0" w:type="dxa"/>
            </w:tcMar>
          </w:tcPr>
          <w:p w14:paraId="492870B5" w14:textId="77777777" w:rsidR="00172FDA" w:rsidRPr="00172FDA" w:rsidRDefault="00172FDA" w:rsidP="00172FDA">
            <w:pPr>
              <w:autoSpaceDE w:val="0"/>
              <w:autoSpaceDN w:val="0"/>
              <w:spacing w:after="0" w:line="230" w:lineRule="auto"/>
              <w:ind w:right="82"/>
              <w:jc w:val="right"/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60,00</w:t>
            </w:r>
          </w:p>
        </w:tc>
      </w:tr>
      <w:tr w:rsidR="00172FDA" w:rsidRPr="00172FDA" w14:paraId="4FD4264C" w14:textId="77777777" w:rsidTr="00555C73">
        <w:trPr>
          <w:trHeight w:hRule="exact" w:val="760"/>
        </w:trPr>
        <w:tc>
          <w:tcPr>
            <w:tcW w:w="68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left w:w="0" w:type="dxa"/>
              <w:right w:w="0" w:type="dxa"/>
            </w:tcMar>
          </w:tcPr>
          <w:p w14:paraId="441771FE" w14:textId="77777777" w:rsidR="00172FDA" w:rsidRPr="00172FDA" w:rsidRDefault="00172FDA" w:rsidP="00172FDA">
            <w:pPr>
              <w:autoSpaceDE w:val="0"/>
              <w:autoSpaceDN w:val="0"/>
              <w:spacing w:after="0" w:line="230" w:lineRule="auto"/>
              <w:ind w:left="80"/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6</w:t>
            </w:r>
          </w:p>
        </w:tc>
        <w:tc>
          <w:tcPr>
            <w:tcW w:w="489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left w:w="0" w:type="dxa"/>
              <w:right w:w="0" w:type="dxa"/>
            </w:tcMar>
          </w:tcPr>
          <w:p w14:paraId="527CFB28" w14:textId="77777777" w:rsidR="00172FDA" w:rsidRPr="00172FDA" w:rsidRDefault="00172FDA" w:rsidP="00172FDA">
            <w:pPr>
              <w:autoSpaceDE w:val="0"/>
              <w:autoSpaceDN w:val="0"/>
              <w:spacing w:after="0" w:line="247" w:lineRule="auto"/>
              <w:ind w:left="82" w:right="144"/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</w:pP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Taxă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tur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ghidat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grupuri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organizate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cu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asigurare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ghid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turistic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profesionist</w:t>
            </w:r>
            <w:proofErr w:type="spellEnd"/>
          </w:p>
        </w:tc>
        <w:tc>
          <w:tcPr>
            <w:tcW w:w="158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left w:w="0" w:type="dxa"/>
              <w:right w:w="0" w:type="dxa"/>
            </w:tcMar>
          </w:tcPr>
          <w:p w14:paraId="1FBC1E3A" w14:textId="77777777" w:rsidR="00172FDA" w:rsidRPr="00172FDA" w:rsidRDefault="00172FDA" w:rsidP="00172FDA">
            <w:pPr>
              <w:autoSpaceDE w:val="0"/>
              <w:autoSpaceDN w:val="0"/>
              <w:spacing w:after="0" w:line="230" w:lineRule="auto"/>
              <w:jc w:val="center"/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Lei/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grup</w:t>
            </w:r>
            <w:proofErr w:type="spellEnd"/>
          </w:p>
        </w:tc>
        <w:tc>
          <w:tcPr>
            <w:tcW w:w="109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left w:w="0" w:type="dxa"/>
              <w:right w:w="0" w:type="dxa"/>
            </w:tcMar>
          </w:tcPr>
          <w:p w14:paraId="0EE051BE" w14:textId="77777777" w:rsidR="00172FDA" w:rsidRPr="00172FDA" w:rsidRDefault="00172FDA" w:rsidP="00172FDA">
            <w:pPr>
              <w:spacing w:after="200" w:line="276" w:lineRule="auto"/>
              <w:jc w:val="right"/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t>0,00</w:t>
            </w:r>
          </w:p>
        </w:tc>
        <w:tc>
          <w:tcPr>
            <w:tcW w:w="124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left w:w="0" w:type="dxa"/>
              <w:right w:w="0" w:type="dxa"/>
            </w:tcMar>
          </w:tcPr>
          <w:p w14:paraId="4EACA21E" w14:textId="77777777" w:rsidR="00172FDA" w:rsidRPr="00172FDA" w:rsidRDefault="00172FDA" w:rsidP="00172FDA">
            <w:pPr>
              <w:autoSpaceDE w:val="0"/>
              <w:autoSpaceDN w:val="0"/>
              <w:spacing w:after="0" w:line="230" w:lineRule="auto"/>
              <w:ind w:right="22"/>
              <w:jc w:val="right"/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120,00 </w:t>
            </w:r>
          </w:p>
        </w:tc>
      </w:tr>
      <w:tr w:rsidR="00172FDA" w:rsidRPr="00172FDA" w14:paraId="0981F311" w14:textId="77777777" w:rsidTr="00555C73">
        <w:trPr>
          <w:trHeight w:hRule="exact" w:val="460"/>
        </w:trPr>
        <w:tc>
          <w:tcPr>
            <w:tcW w:w="68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left w:w="0" w:type="dxa"/>
              <w:right w:w="0" w:type="dxa"/>
            </w:tcMar>
          </w:tcPr>
          <w:p w14:paraId="18CE23CE" w14:textId="77777777" w:rsidR="00172FDA" w:rsidRPr="00172FDA" w:rsidRDefault="00172FDA" w:rsidP="00172FDA">
            <w:pPr>
              <w:autoSpaceDE w:val="0"/>
              <w:autoSpaceDN w:val="0"/>
              <w:spacing w:after="0" w:line="230" w:lineRule="auto"/>
              <w:ind w:left="80"/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7</w:t>
            </w:r>
          </w:p>
        </w:tc>
        <w:tc>
          <w:tcPr>
            <w:tcW w:w="489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left w:w="0" w:type="dxa"/>
              <w:right w:w="0" w:type="dxa"/>
            </w:tcMar>
          </w:tcPr>
          <w:p w14:paraId="3740426B" w14:textId="77777777" w:rsidR="00172FDA" w:rsidRPr="00172FDA" w:rsidRDefault="00172FDA" w:rsidP="00172FDA">
            <w:pPr>
              <w:autoSpaceDE w:val="0"/>
              <w:autoSpaceDN w:val="0"/>
              <w:spacing w:after="0" w:line="230" w:lineRule="auto"/>
              <w:ind w:left="82"/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</w:pP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Taxă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vizitare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expoziție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adulți</w:t>
            </w:r>
            <w:proofErr w:type="spellEnd"/>
          </w:p>
        </w:tc>
        <w:tc>
          <w:tcPr>
            <w:tcW w:w="158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left w:w="0" w:type="dxa"/>
              <w:right w:w="0" w:type="dxa"/>
            </w:tcMar>
          </w:tcPr>
          <w:p w14:paraId="3740DFA2" w14:textId="77777777" w:rsidR="00172FDA" w:rsidRPr="00172FDA" w:rsidRDefault="00172FDA" w:rsidP="00172FDA">
            <w:pPr>
              <w:autoSpaceDE w:val="0"/>
              <w:autoSpaceDN w:val="0"/>
              <w:spacing w:after="0" w:line="230" w:lineRule="auto"/>
              <w:jc w:val="center"/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Lei/zi</w:t>
            </w:r>
          </w:p>
        </w:tc>
        <w:tc>
          <w:tcPr>
            <w:tcW w:w="109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left w:w="0" w:type="dxa"/>
              <w:right w:w="0" w:type="dxa"/>
            </w:tcMar>
          </w:tcPr>
          <w:p w14:paraId="4ED01EBF" w14:textId="77777777" w:rsidR="00172FDA" w:rsidRPr="00172FDA" w:rsidRDefault="00172FDA" w:rsidP="00172FDA">
            <w:pPr>
              <w:autoSpaceDE w:val="0"/>
              <w:autoSpaceDN w:val="0"/>
              <w:spacing w:after="0" w:line="230" w:lineRule="auto"/>
              <w:ind w:right="82"/>
              <w:jc w:val="right"/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10,00</w:t>
            </w:r>
          </w:p>
        </w:tc>
        <w:tc>
          <w:tcPr>
            <w:tcW w:w="124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left w:w="0" w:type="dxa"/>
              <w:right w:w="0" w:type="dxa"/>
            </w:tcMar>
          </w:tcPr>
          <w:p w14:paraId="21385783" w14:textId="77777777" w:rsidR="00172FDA" w:rsidRPr="00172FDA" w:rsidRDefault="00172FDA" w:rsidP="00172FDA">
            <w:pPr>
              <w:autoSpaceDE w:val="0"/>
              <w:autoSpaceDN w:val="0"/>
              <w:spacing w:after="0" w:line="230" w:lineRule="auto"/>
              <w:ind w:right="82"/>
              <w:jc w:val="right"/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10,00</w:t>
            </w:r>
          </w:p>
        </w:tc>
      </w:tr>
      <w:tr w:rsidR="00172FDA" w:rsidRPr="00172FDA" w14:paraId="2CA45016" w14:textId="77777777" w:rsidTr="00555C73">
        <w:trPr>
          <w:trHeight w:hRule="exact" w:val="490"/>
        </w:trPr>
        <w:tc>
          <w:tcPr>
            <w:tcW w:w="68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left w:w="0" w:type="dxa"/>
              <w:right w:w="0" w:type="dxa"/>
            </w:tcMar>
          </w:tcPr>
          <w:p w14:paraId="595688AC" w14:textId="77777777" w:rsidR="00172FDA" w:rsidRPr="00172FDA" w:rsidRDefault="00172FDA" w:rsidP="00172FDA">
            <w:pPr>
              <w:autoSpaceDE w:val="0"/>
              <w:autoSpaceDN w:val="0"/>
              <w:spacing w:after="0" w:line="230" w:lineRule="auto"/>
              <w:ind w:left="80"/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8</w:t>
            </w:r>
          </w:p>
        </w:tc>
        <w:tc>
          <w:tcPr>
            <w:tcW w:w="489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left w:w="0" w:type="dxa"/>
              <w:right w:w="0" w:type="dxa"/>
            </w:tcMar>
          </w:tcPr>
          <w:p w14:paraId="67C622D9" w14:textId="77777777" w:rsidR="00172FDA" w:rsidRPr="00172FDA" w:rsidRDefault="00172FDA" w:rsidP="00172FDA">
            <w:pPr>
              <w:autoSpaceDE w:val="0"/>
              <w:autoSpaceDN w:val="0"/>
              <w:spacing w:after="0" w:line="209" w:lineRule="auto"/>
              <w:jc w:val="center"/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</w:pP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Taxă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vizitare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expoziție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copii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(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preșcolari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,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elevi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,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studenți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)</w:t>
            </w:r>
          </w:p>
        </w:tc>
        <w:tc>
          <w:tcPr>
            <w:tcW w:w="158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left w:w="0" w:type="dxa"/>
              <w:right w:w="0" w:type="dxa"/>
            </w:tcMar>
          </w:tcPr>
          <w:p w14:paraId="3733BC0B" w14:textId="77777777" w:rsidR="00172FDA" w:rsidRPr="00172FDA" w:rsidRDefault="00172FDA" w:rsidP="00172FDA">
            <w:pPr>
              <w:autoSpaceDE w:val="0"/>
              <w:autoSpaceDN w:val="0"/>
              <w:spacing w:after="0" w:line="230" w:lineRule="auto"/>
              <w:jc w:val="center"/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Lei/zi</w:t>
            </w:r>
          </w:p>
        </w:tc>
        <w:tc>
          <w:tcPr>
            <w:tcW w:w="109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left w:w="0" w:type="dxa"/>
              <w:right w:w="0" w:type="dxa"/>
            </w:tcMar>
          </w:tcPr>
          <w:p w14:paraId="56C1CA56" w14:textId="77777777" w:rsidR="00172FDA" w:rsidRPr="00172FDA" w:rsidRDefault="00172FDA" w:rsidP="00172FDA">
            <w:pPr>
              <w:autoSpaceDE w:val="0"/>
              <w:autoSpaceDN w:val="0"/>
              <w:spacing w:after="0" w:line="230" w:lineRule="auto"/>
              <w:ind w:right="82"/>
              <w:jc w:val="right"/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2,50</w:t>
            </w:r>
          </w:p>
        </w:tc>
        <w:tc>
          <w:tcPr>
            <w:tcW w:w="124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left w:w="0" w:type="dxa"/>
              <w:right w:w="0" w:type="dxa"/>
            </w:tcMar>
          </w:tcPr>
          <w:p w14:paraId="637C2500" w14:textId="77777777" w:rsidR="00172FDA" w:rsidRPr="00172FDA" w:rsidRDefault="00172FDA" w:rsidP="00172FDA">
            <w:pPr>
              <w:autoSpaceDE w:val="0"/>
              <w:autoSpaceDN w:val="0"/>
              <w:spacing w:after="0" w:line="230" w:lineRule="auto"/>
              <w:ind w:right="82"/>
              <w:jc w:val="right"/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3,00</w:t>
            </w:r>
          </w:p>
        </w:tc>
      </w:tr>
      <w:tr w:rsidR="00172FDA" w:rsidRPr="00172FDA" w14:paraId="620C920D" w14:textId="77777777" w:rsidTr="00555C73">
        <w:trPr>
          <w:trHeight w:hRule="exact" w:val="760"/>
        </w:trPr>
        <w:tc>
          <w:tcPr>
            <w:tcW w:w="68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left w:w="0" w:type="dxa"/>
              <w:right w:w="0" w:type="dxa"/>
            </w:tcMar>
          </w:tcPr>
          <w:p w14:paraId="36A122BA" w14:textId="77777777" w:rsidR="00172FDA" w:rsidRPr="00172FDA" w:rsidRDefault="00172FDA" w:rsidP="00172FDA">
            <w:pPr>
              <w:autoSpaceDE w:val="0"/>
              <w:autoSpaceDN w:val="0"/>
              <w:spacing w:after="0" w:line="230" w:lineRule="auto"/>
              <w:ind w:left="80"/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9</w:t>
            </w:r>
          </w:p>
        </w:tc>
        <w:tc>
          <w:tcPr>
            <w:tcW w:w="489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left w:w="0" w:type="dxa"/>
              <w:right w:w="0" w:type="dxa"/>
            </w:tcMar>
          </w:tcPr>
          <w:p w14:paraId="5EBDFF07" w14:textId="77777777" w:rsidR="00172FDA" w:rsidRPr="00172FDA" w:rsidRDefault="00172FDA" w:rsidP="00172FDA">
            <w:pPr>
              <w:spacing w:after="0" w:line="240" w:lineRule="exact"/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</w:pPr>
            <w:proofErr w:type="spellStart"/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t>Taxă</w:t>
            </w:r>
            <w:proofErr w:type="spellEnd"/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t>închiriere</w:t>
            </w:r>
            <w:proofErr w:type="spellEnd"/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t>spații</w:t>
            </w:r>
            <w:proofErr w:type="spellEnd"/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t>culturale</w:t>
            </w:r>
            <w:proofErr w:type="spellEnd"/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t xml:space="preserve"> pe </w:t>
            </w:r>
            <w:proofErr w:type="spellStart"/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t>perioadă</w:t>
            </w:r>
            <w:proofErr w:type="spellEnd"/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t>determinată</w:t>
            </w:r>
            <w:proofErr w:type="spellEnd"/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t>pentru</w:t>
            </w:r>
            <w:proofErr w:type="spellEnd"/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t xml:space="preserve"> ONG-</w:t>
            </w:r>
            <w:proofErr w:type="spellStart"/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t>uri</w:t>
            </w:r>
            <w:proofErr w:type="spellEnd"/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t>și</w:t>
            </w:r>
            <w:proofErr w:type="spellEnd"/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t>instituții</w:t>
            </w:r>
            <w:proofErr w:type="spellEnd"/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t xml:space="preserve"> (maxim 48 </w:t>
            </w:r>
            <w:proofErr w:type="spellStart"/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t>luni</w:t>
            </w:r>
            <w:proofErr w:type="spellEnd"/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t>)</w:t>
            </w:r>
          </w:p>
        </w:tc>
        <w:tc>
          <w:tcPr>
            <w:tcW w:w="158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left w:w="0" w:type="dxa"/>
              <w:right w:w="0" w:type="dxa"/>
            </w:tcMar>
          </w:tcPr>
          <w:p w14:paraId="39ED97FE" w14:textId="77777777" w:rsidR="00172FDA" w:rsidRPr="00172FDA" w:rsidRDefault="00172FDA" w:rsidP="00172FDA">
            <w:pPr>
              <w:autoSpaceDE w:val="0"/>
              <w:autoSpaceDN w:val="0"/>
              <w:spacing w:after="0" w:line="230" w:lineRule="auto"/>
              <w:jc w:val="center"/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Lei/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mp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/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lună</w:t>
            </w:r>
            <w:proofErr w:type="spellEnd"/>
          </w:p>
        </w:tc>
        <w:tc>
          <w:tcPr>
            <w:tcW w:w="109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left w:w="0" w:type="dxa"/>
              <w:right w:w="0" w:type="dxa"/>
            </w:tcMar>
          </w:tcPr>
          <w:p w14:paraId="6AECCD0D" w14:textId="77777777" w:rsidR="00172FDA" w:rsidRPr="00172FDA" w:rsidRDefault="00172FDA" w:rsidP="00172FDA">
            <w:pPr>
              <w:autoSpaceDE w:val="0"/>
              <w:autoSpaceDN w:val="0"/>
              <w:spacing w:after="0" w:line="230" w:lineRule="auto"/>
              <w:ind w:right="82"/>
              <w:jc w:val="right"/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10,00</w:t>
            </w:r>
          </w:p>
        </w:tc>
        <w:tc>
          <w:tcPr>
            <w:tcW w:w="124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left w:w="0" w:type="dxa"/>
              <w:right w:w="0" w:type="dxa"/>
            </w:tcMar>
          </w:tcPr>
          <w:p w14:paraId="19836D80" w14:textId="77777777" w:rsidR="00172FDA" w:rsidRPr="00172FDA" w:rsidRDefault="00172FDA" w:rsidP="00172FDA">
            <w:pPr>
              <w:autoSpaceDE w:val="0"/>
              <w:autoSpaceDN w:val="0"/>
              <w:spacing w:after="0" w:line="230" w:lineRule="auto"/>
              <w:ind w:right="82"/>
              <w:jc w:val="right"/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11,00</w:t>
            </w:r>
          </w:p>
        </w:tc>
      </w:tr>
      <w:tr w:rsidR="00172FDA" w:rsidRPr="00172FDA" w14:paraId="13CF5A63" w14:textId="77777777" w:rsidTr="00555C73">
        <w:trPr>
          <w:trHeight w:hRule="exact" w:val="1060"/>
        </w:trPr>
        <w:tc>
          <w:tcPr>
            <w:tcW w:w="68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left w:w="0" w:type="dxa"/>
              <w:right w:w="0" w:type="dxa"/>
            </w:tcMar>
          </w:tcPr>
          <w:p w14:paraId="174BF2AA" w14:textId="77777777" w:rsidR="00172FDA" w:rsidRPr="00172FDA" w:rsidRDefault="00172FDA" w:rsidP="00172FDA">
            <w:pPr>
              <w:autoSpaceDE w:val="0"/>
              <w:autoSpaceDN w:val="0"/>
              <w:spacing w:after="0" w:line="230" w:lineRule="auto"/>
              <w:ind w:left="80"/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10</w:t>
            </w:r>
          </w:p>
        </w:tc>
        <w:tc>
          <w:tcPr>
            <w:tcW w:w="489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left w:w="0" w:type="dxa"/>
              <w:right w:w="0" w:type="dxa"/>
            </w:tcMar>
          </w:tcPr>
          <w:p w14:paraId="57A9137C" w14:textId="77777777" w:rsidR="00172FDA" w:rsidRPr="00172FDA" w:rsidRDefault="00172FDA" w:rsidP="00172FDA">
            <w:pPr>
              <w:autoSpaceDE w:val="0"/>
              <w:autoSpaceDN w:val="0"/>
              <w:spacing w:after="0" w:line="250" w:lineRule="auto"/>
              <w:ind w:left="82"/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</w:pP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Taxă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închiriere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spaţii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pe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perioadă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determinată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(max. 48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luni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)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prin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contracte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succesive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,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inclusiv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alimentație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publică</w:t>
            </w:r>
            <w:proofErr w:type="spellEnd"/>
          </w:p>
        </w:tc>
        <w:tc>
          <w:tcPr>
            <w:tcW w:w="158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left w:w="0" w:type="dxa"/>
              <w:right w:w="0" w:type="dxa"/>
            </w:tcMar>
          </w:tcPr>
          <w:p w14:paraId="0C5D70F0" w14:textId="77777777" w:rsidR="00172FDA" w:rsidRPr="00172FDA" w:rsidRDefault="00172FDA" w:rsidP="00172FDA">
            <w:pPr>
              <w:autoSpaceDE w:val="0"/>
              <w:autoSpaceDN w:val="0"/>
              <w:spacing w:after="0" w:line="230" w:lineRule="auto"/>
              <w:jc w:val="center"/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Lei/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mp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/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lună</w:t>
            </w:r>
            <w:proofErr w:type="spellEnd"/>
          </w:p>
        </w:tc>
        <w:tc>
          <w:tcPr>
            <w:tcW w:w="109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left w:w="0" w:type="dxa"/>
              <w:right w:w="0" w:type="dxa"/>
            </w:tcMar>
          </w:tcPr>
          <w:p w14:paraId="77C26872" w14:textId="77777777" w:rsidR="00172FDA" w:rsidRPr="00172FDA" w:rsidRDefault="00172FDA" w:rsidP="00172FDA">
            <w:pPr>
              <w:autoSpaceDE w:val="0"/>
              <w:autoSpaceDN w:val="0"/>
              <w:spacing w:after="0" w:line="230" w:lineRule="auto"/>
              <w:ind w:right="82"/>
              <w:jc w:val="right"/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40,00</w:t>
            </w:r>
          </w:p>
        </w:tc>
        <w:tc>
          <w:tcPr>
            <w:tcW w:w="124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left w:w="0" w:type="dxa"/>
              <w:right w:w="0" w:type="dxa"/>
            </w:tcMar>
          </w:tcPr>
          <w:p w14:paraId="782DE5A1" w14:textId="77777777" w:rsidR="00172FDA" w:rsidRPr="00172FDA" w:rsidRDefault="00172FDA" w:rsidP="00172FDA">
            <w:pPr>
              <w:autoSpaceDE w:val="0"/>
              <w:autoSpaceDN w:val="0"/>
              <w:spacing w:after="0" w:line="230" w:lineRule="auto"/>
              <w:ind w:right="82"/>
              <w:jc w:val="right"/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40,00</w:t>
            </w:r>
          </w:p>
        </w:tc>
      </w:tr>
      <w:tr w:rsidR="00172FDA" w:rsidRPr="00172FDA" w14:paraId="1834275B" w14:textId="77777777" w:rsidTr="00555C73">
        <w:trPr>
          <w:trHeight w:hRule="exact" w:val="460"/>
        </w:trPr>
        <w:tc>
          <w:tcPr>
            <w:tcW w:w="68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left w:w="0" w:type="dxa"/>
              <w:right w:w="0" w:type="dxa"/>
            </w:tcMar>
          </w:tcPr>
          <w:p w14:paraId="14CB360C" w14:textId="77777777" w:rsidR="00172FDA" w:rsidRPr="00172FDA" w:rsidRDefault="00172FDA" w:rsidP="00172FDA">
            <w:pPr>
              <w:autoSpaceDE w:val="0"/>
              <w:autoSpaceDN w:val="0"/>
              <w:spacing w:after="0" w:line="230" w:lineRule="auto"/>
              <w:ind w:left="80"/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11</w:t>
            </w:r>
          </w:p>
        </w:tc>
        <w:tc>
          <w:tcPr>
            <w:tcW w:w="489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left w:w="0" w:type="dxa"/>
              <w:right w:w="0" w:type="dxa"/>
            </w:tcMar>
          </w:tcPr>
          <w:p w14:paraId="52E53909" w14:textId="77777777" w:rsidR="00172FDA" w:rsidRPr="00172FDA" w:rsidRDefault="00172FDA" w:rsidP="00172FDA">
            <w:pPr>
              <w:autoSpaceDE w:val="0"/>
              <w:autoSpaceDN w:val="0"/>
              <w:spacing w:after="0" w:line="230" w:lineRule="auto"/>
              <w:ind w:left="82"/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</w:pP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Taxă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pentru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alte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activităţi</w:t>
            </w:r>
            <w:proofErr w:type="spellEnd"/>
          </w:p>
        </w:tc>
        <w:tc>
          <w:tcPr>
            <w:tcW w:w="158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left w:w="0" w:type="dxa"/>
              <w:right w:w="0" w:type="dxa"/>
            </w:tcMar>
          </w:tcPr>
          <w:p w14:paraId="3EC9DD78" w14:textId="77777777" w:rsidR="00172FDA" w:rsidRPr="00172FDA" w:rsidRDefault="00172FDA" w:rsidP="00172FDA">
            <w:pPr>
              <w:autoSpaceDE w:val="0"/>
              <w:autoSpaceDN w:val="0"/>
              <w:spacing w:after="0" w:line="230" w:lineRule="auto"/>
              <w:ind w:left="84"/>
              <w:jc w:val="center"/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Lei/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activitate</w:t>
            </w:r>
            <w:proofErr w:type="spellEnd"/>
          </w:p>
        </w:tc>
        <w:tc>
          <w:tcPr>
            <w:tcW w:w="109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left w:w="0" w:type="dxa"/>
              <w:right w:w="0" w:type="dxa"/>
            </w:tcMar>
          </w:tcPr>
          <w:p w14:paraId="61421E35" w14:textId="77777777" w:rsidR="00172FDA" w:rsidRPr="00172FDA" w:rsidRDefault="00172FDA" w:rsidP="00172FDA">
            <w:pPr>
              <w:autoSpaceDE w:val="0"/>
              <w:autoSpaceDN w:val="0"/>
              <w:spacing w:after="0" w:line="230" w:lineRule="auto"/>
              <w:ind w:right="82"/>
              <w:jc w:val="right"/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250,00</w:t>
            </w:r>
          </w:p>
        </w:tc>
        <w:tc>
          <w:tcPr>
            <w:tcW w:w="124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left w:w="0" w:type="dxa"/>
              <w:right w:w="0" w:type="dxa"/>
            </w:tcMar>
          </w:tcPr>
          <w:p w14:paraId="408DBA62" w14:textId="77777777" w:rsidR="00172FDA" w:rsidRPr="00172FDA" w:rsidRDefault="00172FDA" w:rsidP="00172FDA">
            <w:pPr>
              <w:autoSpaceDE w:val="0"/>
              <w:autoSpaceDN w:val="0"/>
              <w:spacing w:after="0" w:line="230" w:lineRule="auto"/>
              <w:ind w:right="82"/>
              <w:jc w:val="right"/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270,00</w:t>
            </w:r>
          </w:p>
        </w:tc>
      </w:tr>
      <w:tr w:rsidR="00172FDA" w:rsidRPr="00172FDA" w14:paraId="0D17289B" w14:textId="77777777" w:rsidTr="00555C73">
        <w:trPr>
          <w:trHeight w:hRule="exact" w:val="460"/>
        </w:trPr>
        <w:tc>
          <w:tcPr>
            <w:tcW w:w="68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left w:w="0" w:type="dxa"/>
              <w:right w:w="0" w:type="dxa"/>
            </w:tcMar>
          </w:tcPr>
          <w:p w14:paraId="23D69B29" w14:textId="77777777" w:rsidR="00172FDA" w:rsidRPr="00172FDA" w:rsidRDefault="00172FDA" w:rsidP="00172FDA">
            <w:pPr>
              <w:autoSpaceDE w:val="0"/>
              <w:autoSpaceDN w:val="0"/>
              <w:spacing w:after="0" w:line="230" w:lineRule="auto"/>
              <w:ind w:left="80"/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12</w:t>
            </w:r>
          </w:p>
        </w:tc>
        <w:tc>
          <w:tcPr>
            <w:tcW w:w="489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left w:w="0" w:type="dxa"/>
              <w:right w:w="0" w:type="dxa"/>
            </w:tcMar>
          </w:tcPr>
          <w:p w14:paraId="7B0B4A35" w14:textId="77777777" w:rsidR="00172FDA" w:rsidRPr="00172FDA" w:rsidRDefault="00172FDA" w:rsidP="00172FDA">
            <w:pPr>
              <w:autoSpaceDE w:val="0"/>
              <w:autoSpaceDN w:val="0"/>
              <w:spacing w:after="0" w:line="230" w:lineRule="auto"/>
              <w:ind w:left="82"/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</w:pP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Taxă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/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Centru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de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conferinţe</w:t>
            </w:r>
            <w:proofErr w:type="spellEnd"/>
          </w:p>
        </w:tc>
        <w:tc>
          <w:tcPr>
            <w:tcW w:w="158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left w:w="0" w:type="dxa"/>
              <w:right w:w="0" w:type="dxa"/>
            </w:tcMar>
          </w:tcPr>
          <w:p w14:paraId="7B2ADD0B" w14:textId="77777777" w:rsidR="00172FDA" w:rsidRPr="00172FDA" w:rsidRDefault="00172FDA" w:rsidP="00172FDA">
            <w:pPr>
              <w:autoSpaceDE w:val="0"/>
              <w:autoSpaceDN w:val="0"/>
              <w:spacing w:after="0" w:line="230" w:lineRule="auto"/>
              <w:ind w:left="84"/>
              <w:jc w:val="center"/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Lei/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oră</w:t>
            </w:r>
            <w:proofErr w:type="spellEnd"/>
          </w:p>
        </w:tc>
        <w:tc>
          <w:tcPr>
            <w:tcW w:w="109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left w:w="0" w:type="dxa"/>
              <w:right w:w="0" w:type="dxa"/>
            </w:tcMar>
          </w:tcPr>
          <w:p w14:paraId="366EF0B3" w14:textId="77777777" w:rsidR="00172FDA" w:rsidRPr="00172FDA" w:rsidRDefault="00172FDA" w:rsidP="00172FDA">
            <w:pPr>
              <w:autoSpaceDE w:val="0"/>
              <w:autoSpaceDN w:val="0"/>
              <w:spacing w:after="0" w:line="230" w:lineRule="auto"/>
              <w:ind w:right="82"/>
              <w:jc w:val="right"/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150,00</w:t>
            </w:r>
          </w:p>
        </w:tc>
        <w:tc>
          <w:tcPr>
            <w:tcW w:w="124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left w:w="0" w:type="dxa"/>
              <w:right w:w="0" w:type="dxa"/>
            </w:tcMar>
          </w:tcPr>
          <w:p w14:paraId="5914C6B0" w14:textId="77777777" w:rsidR="00172FDA" w:rsidRPr="00172FDA" w:rsidRDefault="00172FDA" w:rsidP="00172FDA">
            <w:pPr>
              <w:autoSpaceDE w:val="0"/>
              <w:autoSpaceDN w:val="0"/>
              <w:spacing w:after="0" w:line="230" w:lineRule="auto"/>
              <w:ind w:right="82"/>
              <w:jc w:val="right"/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160,00</w:t>
            </w:r>
          </w:p>
        </w:tc>
      </w:tr>
    </w:tbl>
    <w:p w14:paraId="4C7D6D8B" w14:textId="77777777" w:rsidR="00172FDA" w:rsidRPr="00172FDA" w:rsidRDefault="00172FDA" w:rsidP="00172FDA">
      <w:pPr>
        <w:autoSpaceDE w:val="0"/>
        <w:autoSpaceDN w:val="0"/>
        <w:spacing w:before="30" w:after="0" w:line="209" w:lineRule="auto"/>
        <w:ind w:left="1224"/>
        <w:rPr>
          <w:rFonts w:ascii="Times New Roman" w:eastAsia="MS Mincho" w:hAnsi="Times New Roman" w:cs="Times New Roman"/>
          <w:kern w:val="0"/>
          <w:lang w:val="en-US"/>
          <w14:ligatures w14:val="none"/>
        </w:rPr>
      </w:pPr>
      <w:r w:rsidRPr="00172FDA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.</w:t>
      </w:r>
    </w:p>
    <w:p w14:paraId="02E03FEC" w14:textId="77777777" w:rsidR="00172FDA" w:rsidRPr="00172FDA" w:rsidRDefault="00172FDA" w:rsidP="00172FDA">
      <w:pPr>
        <w:spacing w:after="200" w:line="276" w:lineRule="auto"/>
        <w:rPr>
          <w:rFonts w:ascii="Times New Roman" w:eastAsia="MS Mincho" w:hAnsi="Times New Roman" w:cs="Times New Roman"/>
          <w:kern w:val="0"/>
          <w:lang w:val="en-US"/>
          <w14:ligatures w14:val="none"/>
        </w:rPr>
        <w:sectPr w:rsidR="00172FDA" w:rsidRPr="00172FDA" w:rsidSect="00172FDA">
          <w:pgSz w:w="11900" w:h="16840"/>
          <w:pgMar w:top="0" w:right="0" w:bottom="0" w:left="0" w:header="720" w:footer="720" w:gutter="0"/>
          <w:cols w:space="720"/>
          <w:docGrid w:linePitch="360"/>
        </w:sectPr>
      </w:pPr>
    </w:p>
    <w:p w14:paraId="7000ECB7" w14:textId="77777777" w:rsidR="00172FDA" w:rsidRPr="00172FDA" w:rsidRDefault="00172FDA" w:rsidP="00172FDA">
      <w:pPr>
        <w:autoSpaceDE w:val="0"/>
        <w:autoSpaceDN w:val="0"/>
        <w:spacing w:after="0" w:line="424" w:lineRule="exact"/>
        <w:rPr>
          <w:rFonts w:ascii="Times New Roman" w:eastAsia="MS Mincho" w:hAnsi="Times New Roman" w:cs="Times New Roman"/>
          <w:kern w:val="0"/>
          <w:lang w:val="en-US"/>
          <w14:ligatures w14:val="none"/>
        </w:rPr>
      </w:pPr>
    </w:p>
    <w:tbl>
      <w:tblPr>
        <w:tblW w:w="0" w:type="auto"/>
        <w:tblInd w:w="1140" w:type="dxa"/>
        <w:tblLayout w:type="fixed"/>
        <w:tblLook w:val="04A0" w:firstRow="1" w:lastRow="0" w:firstColumn="1" w:lastColumn="0" w:noHBand="0" w:noVBand="1"/>
      </w:tblPr>
      <w:tblGrid>
        <w:gridCol w:w="686"/>
        <w:gridCol w:w="4894"/>
        <w:gridCol w:w="1578"/>
        <w:gridCol w:w="1090"/>
        <w:gridCol w:w="1092"/>
      </w:tblGrid>
      <w:tr w:rsidR="00172FDA" w:rsidRPr="00172FDA" w14:paraId="33191FEE" w14:textId="77777777" w:rsidTr="00555C73">
        <w:trPr>
          <w:trHeight w:hRule="exact" w:val="1062"/>
        </w:trPr>
        <w:tc>
          <w:tcPr>
            <w:tcW w:w="68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left w:w="0" w:type="dxa"/>
              <w:right w:w="0" w:type="dxa"/>
            </w:tcMar>
          </w:tcPr>
          <w:p w14:paraId="6E861A39" w14:textId="77777777" w:rsidR="00172FDA" w:rsidRPr="00172FDA" w:rsidRDefault="00172FDA" w:rsidP="00172FDA">
            <w:pPr>
              <w:spacing w:after="0" w:line="230" w:lineRule="exact"/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t>13</w:t>
            </w:r>
          </w:p>
        </w:tc>
        <w:tc>
          <w:tcPr>
            <w:tcW w:w="48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left w:w="0" w:type="dxa"/>
              <w:right w:w="0" w:type="dxa"/>
            </w:tcMar>
          </w:tcPr>
          <w:p w14:paraId="29A8E349" w14:textId="77777777" w:rsidR="00172FDA" w:rsidRPr="00172FDA" w:rsidRDefault="00172FDA" w:rsidP="00172FDA">
            <w:pPr>
              <w:spacing w:after="0" w:line="230" w:lineRule="exact"/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</w:pPr>
            <w:proofErr w:type="spellStart"/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t>Taxă</w:t>
            </w:r>
            <w:proofErr w:type="spellEnd"/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t>activităţi</w:t>
            </w:r>
            <w:proofErr w:type="spellEnd"/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t>comerciale</w:t>
            </w:r>
            <w:proofErr w:type="spellEnd"/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t xml:space="preserve"> – </w:t>
            </w:r>
            <w:proofErr w:type="spellStart"/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t>domeniu</w:t>
            </w:r>
            <w:proofErr w:type="spellEnd"/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t xml:space="preserve"> public</w:t>
            </w:r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br/>
              <w:t>- interior</w:t>
            </w:r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br/>
              <w:t>- exterior</w:t>
            </w:r>
          </w:p>
        </w:tc>
        <w:tc>
          <w:tcPr>
            <w:tcW w:w="157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left w:w="0" w:type="dxa"/>
              <w:right w:w="0" w:type="dxa"/>
            </w:tcMar>
          </w:tcPr>
          <w:p w14:paraId="4F24349F" w14:textId="77777777" w:rsidR="00172FDA" w:rsidRPr="00172FDA" w:rsidRDefault="00172FDA" w:rsidP="00172FDA">
            <w:pPr>
              <w:spacing w:after="0" w:line="230" w:lineRule="exact"/>
              <w:jc w:val="center"/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br/>
              <w:t>Lei/</w:t>
            </w:r>
            <w:proofErr w:type="spellStart"/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t>mp</w:t>
            </w:r>
            <w:proofErr w:type="spellEnd"/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t>/zi</w:t>
            </w:r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br/>
              <w:t>Lei/</w:t>
            </w:r>
            <w:proofErr w:type="spellStart"/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t>mp</w:t>
            </w:r>
            <w:proofErr w:type="spellEnd"/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t>/zi</w:t>
            </w:r>
          </w:p>
        </w:tc>
        <w:tc>
          <w:tcPr>
            <w:tcW w:w="10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left w:w="0" w:type="dxa"/>
              <w:right w:w="0" w:type="dxa"/>
            </w:tcMar>
          </w:tcPr>
          <w:p w14:paraId="3B038E14" w14:textId="77777777" w:rsidR="00172FDA" w:rsidRPr="00172FDA" w:rsidRDefault="00172FDA" w:rsidP="00172FDA">
            <w:pPr>
              <w:spacing w:after="0" w:line="230" w:lineRule="exact"/>
              <w:jc w:val="right"/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br/>
              <w:t>13,00</w:t>
            </w:r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br/>
              <w:t>13,00</w:t>
            </w:r>
          </w:p>
        </w:tc>
        <w:tc>
          <w:tcPr>
            <w:tcW w:w="109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left w:w="0" w:type="dxa"/>
              <w:right w:w="0" w:type="dxa"/>
            </w:tcMar>
          </w:tcPr>
          <w:p w14:paraId="126E78B3" w14:textId="77777777" w:rsidR="00172FDA" w:rsidRPr="00172FDA" w:rsidRDefault="00172FDA" w:rsidP="00172FDA">
            <w:pPr>
              <w:spacing w:after="0" w:line="230" w:lineRule="exact"/>
              <w:jc w:val="right"/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br/>
              <w:t>14,00</w:t>
            </w:r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br/>
              <w:t>14,00</w:t>
            </w:r>
          </w:p>
        </w:tc>
      </w:tr>
      <w:tr w:rsidR="00172FDA" w:rsidRPr="00172FDA" w14:paraId="47E57FAB" w14:textId="77777777" w:rsidTr="00555C73">
        <w:trPr>
          <w:trHeight w:hRule="exact" w:val="460"/>
        </w:trPr>
        <w:tc>
          <w:tcPr>
            <w:tcW w:w="68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left w:w="0" w:type="dxa"/>
              <w:right w:w="0" w:type="dxa"/>
            </w:tcMar>
          </w:tcPr>
          <w:p w14:paraId="65EAAA13" w14:textId="77777777" w:rsidR="00172FDA" w:rsidRPr="00172FDA" w:rsidRDefault="00172FDA" w:rsidP="00172FDA">
            <w:pPr>
              <w:autoSpaceDE w:val="0"/>
              <w:autoSpaceDN w:val="0"/>
              <w:spacing w:after="0" w:line="230" w:lineRule="auto"/>
              <w:ind w:left="80"/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14</w:t>
            </w:r>
          </w:p>
        </w:tc>
        <w:tc>
          <w:tcPr>
            <w:tcW w:w="48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left w:w="0" w:type="dxa"/>
              <w:right w:w="0" w:type="dxa"/>
            </w:tcMar>
          </w:tcPr>
          <w:p w14:paraId="768B9914" w14:textId="77777777" w:rsidR="00172FDA" w:rsidRPr="00172FDA" w:rsidRDefault="00172FDA" w:rsidP="00172FDA">
            <w:pPr>
              <w:spacing w:after="0" w:line="230" w:lineRule="exact"/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</w:pPr>
            <w:proofErr w:type="spellStart"/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t>Taxă</w:t>
            </w:r>
            <w:proofErr w:type="spellEnd"/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t>ocupare</w:t>
            </w:r>
            <w:proofErr w:type="spellEnd"/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t>domeniu</w:t>
            </w:r>
            <w:proofErr w:type="spellEnd"/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t xml:space="preserve"> public </w:t>
            </w:r>
            <w:proofErr w:type="spellStart"/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t>pentru</w:t>
            </w:r>
            <w:proofErr w:type="spellEnd"/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br/>
            </w:r>
            <w:proofErr w:type="spellStart"/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t>producători</w:t>
            </w:r>
            <w:proofErr w:type="spellEnd"/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t>/</w:t>
            </w:r>
            <w:proofErr w:type="spellStart"/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t>meșteri</w:t>
            </w:r>
            <w:proofErr w:type="spellEnd"/>
          </w:p>
        </w:tc>
        <w:tc>
          <w:tcPr>
            <w:tcW w:w="157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left w:w="0" w:type="dxa"/>
              <w:right w:w="0" w:type="dxa"/>
            </w:tcMar>
          </w:tcPr>
          <w:p w14:paraId="647C8FF8" w14:textId="77777777" w:rsidR="00172FDA" w:rsidRPr="00172FDA" w:rsidRDefault="00172FDA" w:rsidP="00172FDA">
            <w:pPr>
              <w:autoSpaceDE w:val="0"/>
              <w:autoSpaceDN w:val="0"/>
              <w:spacing w:after="0" w:line="230" w:lineRule="auto"/>
              <w:ind w:left="82"/>
              <w:jc w:val="center"/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Lei/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mp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/zi</w:t>
            </w:r>
          </w:p>
        </w:tc>
        <w:tc>
          <w:tcPr>
            <w:tcW w:w="10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left w:w="0" w:type="dxa"/>
              <w:right w:w="0" w:type="dxa"/>
            </w:tcMar>
          </w:tcPr>
          <w:p w14:paraId="19AC191A" w14:textId="77777777" w:rsidR="00172FDA" w:rsidRPr="00172FDA" w:rsidRDefault="00172FDA" w:rsidP="00172FDA">
            <w:pPr>
              <w:autoSpaceDE w:val="0"/>
              <w:autoSpaceDN w:val="0"/>
              <w:spacing w:after="0" w:line="230" w:lineRule="auto"/>
              <w:ind w:right="80"/>
              <w:jc w:val="right"/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5,00</w:t>
            </w:r>
          </w:p>
        </w:tc>
        <w:tc>
          <w:tcPr>
            <w:tcW w:w="109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left w:w="0" w:type="dxa"/>
              <w:right w:w="0" w:type="dxa"/>
            </w:tcMar>
          </w:tcPr>
          <w:p w14:paraId="7A4BC585" w14:textId="77777777" w:rsidR="00172FDA" w:rsidRPr="00172FDA" w:rsidRDefault="00172FDA" w:rsidP="00172FDA">
            <w:pPr>
              <w:autoSpaceDE w:val="0"/>
              <w:autoSpaceDN w:val="0"/>
              <w:spacing w:after="0" w:line="230" w:lineRule="auto"/>
              <w:ind w:right="82"/>
              <w:jc w:val="right"/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6,00</w:t>
            </w:r>
          </w:p>
        </w:tc>
      </w:tr>
      <w:tr w:rsidR="00172FDA" w:rsidRPr="00172FDA" w14:paraId="23814F74" w14:textId="77777777" w:rsidTr="00555C73">
        <w:trPr>
          <w:trHeight w:hRule="exact" w:val="1060"/>
        </w:trPr>
        <w:tc>
          <w:tcPr>
            <w:tcW w:w="68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left w:w="0" w:type="dxa"/>
              <w:right w:w="0" w:type="dxa"/>
            </w:tcMar>
          </w:tcPr>
          <w:p w14:paraId="4A5FA2CE" w14:textId="77777777" w:rsidR="00172FDA" w:rsidRPr="00172FDA" w:rsidRDefault="00172FDA" w:rsidP="00172FDA">
            <w:pPr>
              <w:spacing w:after="0" w:line="230" w:lineRule="exact"/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t>15</w:t>
            </w:r>
          </w:p>
        </w:tc>
        <w:tc>
          <w:tcPr>
            <w:tcW w:w="48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left w:w="0" w:type="dxa"/>
              <w:right w:w="0" w:type="dxa"/>
            </w:tcMar>
          </w:tcPr>
          <w:p w14:paraId="51F590F3" w14:textId="77777777" w:rsidR="00172FDA" w:rsidRPr="00172FDA" w:rsidRDefault="00172FDA" w:rsidP="00172FDA">
            <w:pPr>
              <w:spacing w:after="0" w:line="230" w:lineRule="exact"/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</w:pPr>
            <w:proofErr w:type="spellStart"/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t>Taxă</w:t>
            </w:r>
            <w:proofErr w:type="spellEnd"/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t>pentru</w:t>
            </w:r>
            <w:proofErr w:type="spellEnd"/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t>alte</w:t>
            </w:r>
            <w:proofErr w:type="spellEnd"/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t>activităţi</w:t>
            </w:r>
            <w:proofErr w:type="spellEnd"/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br/>
              <w:t>- interior</w:t>
            </w:r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br/>
              <w:t>- exterior</w:t>
            </w:r>
          </w:p>
        </w:tc>
        <w:tc>
          <w:tcPr>
            <w:tcW w:w="157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left w:w="0" w:type="dxa"/>
              <w:right w:w="0" w:type="dxa"/>
            </w:tcMar>
          </w:tcPr>
          <w:p w14:paraId="54C6AB7E" w14:textId="77777777" w:rsidR="00172FDA" w:rsidRPr="00172FDA" w:rsidRDefault="00172FDA" w:rsidP="00172FDA">
            <w:pPr>
              <w:spacing w:after="0" w:line="230" w:lineRule="exact"/>
              <w:jc w:val="center"/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br/>
              <w:t>Lei/</w:t>
            </w:r>
            <w:proofErr w:type="spellStart"/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t>mp</w:t>
            </w:r>
            <w:proofErr w:type="spellEnd"/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t>/zi</w:t>
            </w:r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br/>
              <w:t>Lei/</w:t>
            </w:r>
            <w:proofErr w:type="spellStart"/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t>mp</w:t>
            </w:r>
            <w:proofErr w:type="spellEnd"/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t>/zi</w:t>
            </w:r>
          </w:p>
        </w:tc>
        <w:tc>
          <w:tcPr>
            <w:tcW w:w="10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left w:w="0" w:type="dxa"/>
              <w:right w:w="0" w:type="dxa"/>
            </w:tcMar>
          </w:tcPr>
          <w:p w14:paraId="64ADEC38" w14:textId="77777777" w:rsidR="00172FDA" w:rsidRPr="00172FDA" w:rsidRDefault="00172FDA" w:rsidP="00172FDA">
            <w:pPr>
              <w:spacing w:after="0" w:line="230" w:lineRule="exact"/>
              <w:jc w:val="right"/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br/>
              <w:t>13,00</w:t>
            </w:r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br/>
              <w:t>3,00</w:t>
            </w:r>
          </w:p>
        </w:tc>
        <w:tc>
          <w:tcPr>
            <w:tcW w:w="109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left w:w="0" w:type="dxa"/>
              <w:right w:w="0" w:type="dxa"/>
            </w:tcMar>
          </w:tcPr>
          <w:p w14:paraId="7F4C0C50" w14:textId="77777777" w:rsidR="00172FDA" w:rsidRPr="00172FDA" w:rsidRDefault="00172FDA" w:rsidP="00172FDA">
            <w:pPr>
              <w:spacing w:after="0" w:line="230" w:lineRule="exact"/>
              <w:jc w:val="right"/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br/>
              <w:t>14,00</w:t>
            </w:r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br/>
              <w:t>4,00</w:t>
            </w:r>
          </w:p>
        </w:tc>
      </w:tr>
      <w:tr w:rsidR="00172FDA" w:rsidRPr="00172FDA" w14:paraId="50B1ABBA" w14:textId="77777777" w:rsidTr="00555C73">
        <w:trPr>
          <w:trHeight w:hRule="exact" w:val="460"/>
        </w:trPr>
        <w:tc>
          <w:tcPr>
            <w:tcW w:w="68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left w:w="0" w:type="dxa"/>
              <w:right w:w="0" w:type="dxa"/>
            </w:tcMar>
          </w:tcPr>
          <w:p w14:paraId="32D1C851" w14:textId="77777777" w:rsidR="00172FDA" w:rsidRPr="00172FDA" w:rsidRDefault="00172FDA" w:rsidP="00172FDA">
            <w:pPr>
              <w:autoSpaceDE w:val="0"/>
              <w:autoSpaceDN w:val="0"/>
              <w:spacing w:after="0" w:line="230" w:lineRule="auto"/>
              <w:ind w:left="80"/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16</w:t>
            </w:r>
          </w:p>
        </w:tc>
        <w:tc>
          <w:tcPr>
            <w:tcW w:w="48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left w:w="0" w:type="dxa"/>
              <w:right w:w="0" w:type="dxa"/>
            </w:tcMar>
          </w:tcPr>
          <w:p w14:paraId="34FEA797" w14:textId="77777777" w:rsidR="00172FDA" w:rsidRPr="00172FDA" w:rsidRDefault="00172FDA" w:rsidP="00172FDA">
            <w:pPr>
              <w:autoSpaceDE w:val="0"/>
              <w:autoSpaceDN w:val="0"/>
              <w:spacing w:after="0" w:line="230" w:lineRule="auto"/>
              <w:ind w:left="82"/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</w:pP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Taxă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parcare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/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oră</w:t>
            </w:r>
            <w:proofErr w:type="spellEnd"/>
          </w:p>
        </w:tc>
        <w:tc>
          <w:tcPr>
            <w:tcW w:w="157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left w:w="0" w:type="dxa"/>
              <w:right w:w="0" w:type="dxa"/>
            </w:tcMar>
          </w:tcPr>
          <w:p w14:paraId="28700F5E" w14:textId="77777777" w:rsidR="00172FDA" w:rsidRPr="00172FDA" w:rsidRDefault="00172FDA" w:rsidP="00172FDA">
            <w:pPr>
              <w:autoSpaceDE w:val="0"/>
              <w:autoSpaceDN w:val="0"/>
              <w:spacing w:after="0" w:line="230" w:lineRule="auto"/>
              <w:ind w:left="82"/>
              <w:jc w:val="center"/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Lei/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oră</w:t>
            </w:r>
            <w:proofErr w:type="spellEnd"/>
          </w:p>
        </w:tc>
        <w:tc>
          <w:tcPr>
            <w:tcW w:w="10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left w:w="0" w:type="dxa"/>
              <w:right w:w="0" w:type="dxa"/>
            </w:tcMar>
          </w:tcPr>
          <w:p w14:paraId="6E0A55DF" w14:textId="77777777" w:rsidR="00172FDA" w:rsidRPr="00172FDA" w:rsidRDefault="00172FDA" w:rsidP="00172FDA">
            <w:pPr>
              <w:autoSpaceDE w:val="0"/>
              <w:autoSpaceDN w:val="0"/>
              <w:spacing w:after="0" w:line="230" w:lineRule="auto"/>
              <w:ind w:right="80"/>
              <w:jc w:val="right"/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7,00</w:t>
            </w:r>
          </w:p>
        </w:tc>
        <w:tc>
          <w:tcPr>
            <w:tcW w:w="109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left w:w="0" w:type="dxa"/>
              <w:right w:w="0" w:type="dxa"/>
            </w:tcMar>
          </w:tcPr>
          <w:p w14:paraId="1D8D4C37" w14:textId="77777777" w:rsidR="00172FDA" w:rsidRPr="00172FDA" w:rsidRDefault="00172FDA" w:rsidP="00172FDA">
            <w:pPr>
              <w:autoSpaceDE w:val="0"/>
              <w:autoSpaceDN w:val="0"/>
              <w:spacing w:after="0" w:line="230" w:lineRule="auto"/>
              <w:ind w:right="82"/>
              <w:jc w:val="right"/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8,00</w:t>
            </w:r>
          </w:p>
        </w:tc>
      </w:tr>
      <w:tr w:rsidR="00172FDA" w:rsidRPr="00172FDA" w14:paraId="46A12712" w14:textId="77777777" w:rsidTr="00555C73">
        <w:trPr>
          <w:trHeight w:hRule="exact" w:val="460"/>
        </w:trPr>
        <w:tc>
          <w:tcPr>
            <w:tcW w:w="68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left w:w="0" w:type="dxa"/>
              <w:right w:w="0" w:type="dxa"/>
            </w:tcMar>
          </w:tcPr>
          <w:p w14:paraId="4B15DEEE" w14:textId="77777777" w:rsidR="00172FDA" w:rsidRPr="00172FDA" w:rsidRDefault="00172FDA" w:rsidP="00172FDA">
            <w:pPr>
              <w:autoSpaceDE w:val="0"/>
              <w:autoSpaceDN w:val="0"/>
              <w:spacing w:after="0" w:line="230" w:lineRule="auto"/>
              <w:ind w:left="80"/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17</w:t>
            </w:r>
          </w:p>
        </w:tc>
        <w:tc>
          <w:tcPr>
            <w:tcW w:w="48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left w:w="0" w:type="dxa"/>
              <w:right w:w="0" w:type="dxa"/>
            </w:tcMar>
          </w:tcPr>
          <w:p w14:paraId="21161A91" w14:textId="77777777" w:rsidR="00172FDA" w:rsidRPr="00172FDA" w:rsidRDefault="00172FDA" w:rsidP="00172FDA">
            <w:pPr>
              <w:autoSpaceDE w:val="0"/>
              <w:autoSpaceDN w:val="0"/>
              <w:spacing w:after="0" w:line="230" w:lineRule="auto"/>
              <w:ind w:left="82"/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</w:pP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Taxă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parcare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/ zi</w:t>
            </w:r>
          </w:p>
        </w:tc>
        <w:tc>
          <w:tcPr>
            <w:tcW w:w="157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left w:w="0" w:type="dxa"/>
              <w:right w:w="0" w:type="dxa"/>
            </w:tcMar>
          </w:tcPr>
          <w:p w14:paraId="6805F8CD" w14:textId="77777777" w:rsidR="00172FDA" w:rsidRPr="00172FDA" w:rsidRDefault="00172FDA" w:rsidP="00172FDA">
            <w:pPr>
              <w:autoSpaceDE w:val="0"/>
              <w:autoSpaceDN w:val="0"/>
              <w:spacing w:after="0" w:line="230" w:lineRule="auto"/>
              <w:ind w:left="82"/>
              <w:jc w:val="center"/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Lei/zi</w:t>
            </w:r>
          </w:p>
        </w:tc>
        <w:tc>
          <w:tcPr>
            <w:tcW w:w="10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left w:w="0" w:type="dxa"/>
              <w:right w:w="0" w:type="dxa"/>
            </w:tcMar>
          </w:tcPr>
          <w:p w14:paraId="4826BF4B" w14:textId="77777777" w:rsidR="00172FDA" w:rsidRPr="00172FDA" w:rsidRDefault="00172FDA" w:rsidP="00172FDA">
            <w:pPr>
              <w:autoSpaceDE w:val="0"/>
              <w:autoSpaceDN w:val="0"/>
              <w:spacing w:after="0" w:line="230" w:lineRule="auto"/>
              <w:ind w:right="80"/>
              <w:jc w:val="right"/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25,00</w:t>
            </w:r>
          </w:p>
        </w:tc>
        <w:tc>
          <w:tcPr>
            <w:tcW w:w="109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left w:w="0" w:type="dxa"/>
              <w:right w:w="0" w:type="dxa"/>
            </w:tcMar>
          </w:tcPr>
          <w:p w14:paraId="11856C87" w14:textId="77777777" w:rsidR="00172FDA" w:rsidRPr="00172FDA" w:rsidRDefault="00172FDA" w:rsidP="00172FDA">
            <w:pPr>
              <w:autoSpaceDE w:val="0"/>
              <w:autoSpaceDN w:val="0"/>
              <w:spacing w:after="0" w:line="230" w:lineRule="auto"/>
              <w:ind w:right="82"/>
              <w:jc w:val="right"/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26,00</w:t>
            </w:r>
          </w:p>
        </w:tc>
      </w:tr>
      <w:tr w:rsidR="00172FDA" w:rsidRPr="00172FDA" w14:paraId="797AB820" w14:textId="77777777" w:rsidTr="00555C73">
        <w:trPr>
          <w:trHeight w:hRule="exact" w:val="1056"/>
        </w:trPr>
        <w:tc>
          <w:tcPr>
            <w:tcW w:w="68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left w:w="0" w:type="dxa"/>
              <w:right w:w="0" w:type="dxa"/>
            </w:tcMar>
          </w:tcPr>
          <w:p w14:paraId="2F64C7F0" w14:textId="77777777" w:rsidR="00172FDA" w:rsidRPr="00172FDA" w:rsidRDefault="00172FDA" w:rsidP="00172FDA">
            <w:pPr>
              <w:autoSpaceDE w:val="0"/>
              <w:autoSpaceDN w:val="0"/>
              <w:spacing w:after="0" w:line="230" w:lineRule="auto"/>
              <w:ind w:left="80"/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18</w:t>
            </w:r>
          </w:p>
        </w:tc>
        <w:tc>
          <w:tcPr>
            <w:tcW w:w="48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left w:w="0" w:type="dxa"/>
              <w:right w:w="0" w:type="dxa"/>
            </w:tcMar>
          </w:tcPr>
          <w:p w14:paraId="48571954" w14:textId="77777777" w:rsidR="00172FDA" w:rsidRPr="00172FDA" w:rsidRDefault="00172FDA" w:rsidP="00172FDA">
            <w:pPr>
              <w:autoSpaceDE w:val="0"/>
              <w:autoSpaceDN w:val="0"/>
              <w:spacing w:after="0" w:line="250" w:lineRule="auto"/>
              <w:ind w:left="82"/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</w:pP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Taxă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închiriere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spațiu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pentru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activități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sezoniere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(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patinoar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) - se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va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aplica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începând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cu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sezonul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următor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(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noiembrie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2027)</w:t>
            </w:r>
          </w:p>
        </w:tc>
        <w:tc>
          <w:tcPr>
            <w:tcW w:w="157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left w:w="0" w:type="dxa"/>
              <w:right w:w="0" w:type="dxa"/>
            </w:tcMar>
          </w:tcPr>
          <w:p w14:paraId="50738EDF" w14:textId="77777777" w:rsidR="00172FDA" w:rsidRPr="00172FDA" w:rsidRDefault="00172FDA" w:rsidP="00172FDA">
            <w:pPr>
              <w:autoSpaceDE w:val="0"/>
              <w:autoSpaceDN w:val="0"/>
              <w:spacing w:after="0" w:line="230" w:lineRule="auto"/>
              <w:ind w:left="82"/>
              <w:jc w:val="center"/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Lei/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mp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/zi</w:t>
            </w:r>
          </w:p>
        </w:tc>
        <w:tc>
          <w:tcPr>
            <w:tcW w:w="10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left w:w="0" w:type="dxa"/>
              <w:right w:w="0" w:type="dxa"/>
            </w:tcMar>
          </w:tcPr>
          <w:p w14:paraId="7C3CD54D" w14:textId="77777777" w:rsidR="00172FDA" w:rsidRPr="00172FDA" w:rsidRDefault="00172FDA" w:rsidP="00172FDA">
            <w:pPr>
              <w:autoSpaceDE w:val="0"/>
              <w:autoSpaceDN w:val="0"/>
              <w:spacing w:after="0" w:line="230" w:lineRule="auto"/>
              <w:ind w:right="80"/>
              <w:jc w:val="right"/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0,30</w:t>
            </w:r>
          </w:p>
        </w:tc>
        <w:tc>
          <w:tcPr>
            <w:tcW w:w="109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left w:w="0" w:type="dxa"/>
              <w:right w:w="0" w:type="dxa"/>
            </w:tcMar>
          </w:tcPr>
          <w:p w14:paraId="44CFF870" w14:textId="77777777" w:rsidR="00172FDA" w:rsidRPr="00172FDA" w:rsidRDefault="00172FDA" w:rsidP="00172FDA">
            <w:pPr>
              <w:autoSpaceDE w:val="0"/>
              <w:autoSpaceDN w:val="0"/>
              <w:spacing w:after="0" w:line="230" w:lineRule="auto"/>
              <w:ind w:right="82"/>
              <w:jc w:val="right"/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0,30</w:t>
            </w:r>
          </w:p>
        </w:tc>
      </w:tr>
      <w:tr w:rsidR="00172FDA" w:rsidRPr="00172FDA" w14:paraId="6A75E980" w14:textId="77777777" w:rsidTr="00555C73">
        <w:trPr>
          <w:trHeight w:hRule="exact" w:val="2562"/>
        </w:trPr>
        <w:tc>
          <w:tcPr>
            <w:tcW w:w="68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left w:w="0" w:type="dxa"/>
              <w:right w:w="0" w:type="dxa"/>
            </w:tcMar>
          </w:tcPr>
          <w:p w14:paraId="73F6A2DA" w14:textId="77777777" w:rsidR="00172FDA" w:rsidRPr="00172FDA" w:rsidRDefault="00172FDA" w:rsidP="00172FDA">
            <w:pPr>
              <w:spacing w:after="0" w:line="230" w:lineRule="exact"/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t>19</w:t>
            </w:r>
          </w:p>
        </w:tc>
        <w:tc>
          <w:tcPr>
            <w:tcW w:w="48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left w:w="0" w:type="dxa"/>
              <w:right w:w="0" w:type="dxa"/>
            </w:tcMar>
          </w:tcPr>
          <w:p w14:paraId="57D26F84" w14:textId="77777777" w:rsidR="00172FDA" w:rsidRPr="00172FDA" w:rsidRDefault="00172FDA" w:rsidP="00172FDA">
            <w:pPr>
              <w:spacing w:after="0" w:line="230" w:lineRule="exact"/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</w:pPr>
            <w:proofErr w:type="spellStart"/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t>Taxă</w:t>
            </w:r>
            <w:proofErr w:type="spellEnd"/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t>aprobare</w:t>
            </w:r>
            <w:proofErr w:type="spellEnd"/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t>domeniu</w:t>
            </w:r>
            <w:proofErr w:type="spellEnd"/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t xml:space="preserve"> public </w:t>
            </w:r>
            <w:proofErr w:type="spellStart"/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t>și</w:t>
            </w:r>
            <w:proofErr w:type="spellEnd"/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t>privat</w:t>
            </w:r>
            <w:proofErr w:type="spellEnd"/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t xml:space="preserve"> cu</w:t>
            </w:r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br/>
            </w:r>
            <w:proofErr w:type="spellStart"/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t>terase</w:t>
            </w:r>
            <w:proofErr w:type="spellEnd"/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t xml:space="preserve"> – </w:t>
            </w:r>
            <w:proofErr w:type="spellStart"/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t>în</w:t>
            </w:r>
            <w:proofErr w:type="spellEnd"/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t xml:space="preserve"> zona </w:t>
            </w:r>
            <w:proofErr w:type="spellStart"/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t>centrală</w:t>
            </w:r>
            <w:proofErr w:type="spellEnd"/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t>și</w:t>
            </w:r>
            <w:proofErr w:type="spellEnd"/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t>protejată</w:t>
            </w:r>
            <w:proofErr w:type="spellEnd"/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t xml:space="preserve"> a</w:t>
            </w:r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br/>
            </w:r>
            <w:proofErr w:type="spellStart"/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t>municipiului</w:t>
            </w:r>
            <w:proofErr w:type="spellEnd"/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t xml:space="preserve">, </w:t>
            </w:r>
            <w:proofErr w:type="spellStart"/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t>în</w:t>
            </w:r>
            <w:proofErr w:type="spellEnd"/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t>locațiile</w:t>
            </w:r>
            <w:proofErr w:type="spellEnd"/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t xml:space="preserve"> administrate de CCAA</w:t>
            </w:r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br/>
              <w:t xml:space="preserve">- </w:t>
            </w:r>
            <w:proofErr w:type="spellStart"/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t>ianuarie</w:t>
            </w:r>
            <w:proofErr w:type="spellEnd"/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t xml:space="preserve">, </w:t>
            </w:r>
            <w:proofErr w:type="spellStart"/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t>februarie</w:t>
            </w:r>
            <w:proofErr w:type="spellEnd"/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t>și</w:t>
            </w:r>
            <w:proofErr w:type="spellEnd"/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t>decembrie</w:t>
            </w:r>
            <w:proofErr w:type="spellEnd"/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br/>
              <w:t xml:space="preserve">- </w:t>
            </w:r>
            <w:proofErr w:type="spellStart"/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t>martie</w:t>
            </w:r>
            <w:proofErr w:type="spellEnd"/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t>și</w:t>
            </w:r>
            <w:proofErr w:type="spellEnd"/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t>noiembrie</w:t>
            </w:r>
            <w:proofErr w:type="spellEnd"/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br/>
              <w:t xml:space="preserve">- </w:t>
            </w:r>
            <w:proofErr w:type="spellStart"/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t>aprilie</w:t>
            </w:r>
            <w:proofErr w:type="spellEnd"/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t>și</w:t>
            </w:r>
            <w:proofErr w:type="spellEnd"/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t>octombrie</w:t>
            </w:r>
            <w:proofErr w:type="spellEnd"/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br/>
              <w:t xml:space="preserve">- </w:t>
            </w:r>
            <w:proofErr w:type="spellStart"/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t>mai</w:t>
            </w:r>
            <w:proofErr w:type="spellEnd"/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t>și</w:t>
            </w:r>
            <w:proofErr w:type="spellEnd"/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t>septembrie</w:t>
            </w:r>
            <w:proofErr w:type="spellEnd"/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br/>
              <w:t xml:space="preserve">- </w:t>
            </w:r>
            <w:proofErr w:type="spellStart"/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t>iunie</w:t>
            </w:r>
            <w:proofErr w:type="spellEnd"/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t xml:space="preserve">, </w:t>
            </w:r>
            <w:proofErr w:type="spellStart"/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t>iulie</w:t>
            </w:r>
            <w:proofErr w:type="spellEnd"/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t>și</w:t>
            </w:r>
            <w:proofErr w:type="spellEnd"/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t xml:space="preserve"> august</w:t>
            </w:r>
          </w:p>
        </w:tc>
        <w:tc>
          <w:tcPr>
            <w:tcW w:w="157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left w:w="0" w:type="dxa"/>
              <w:right w:w="0" w:type="dxa"/>
            </w:tcMar>
          </w:tcPr>
          <w:p w14:paraId="3F0D1191" w14:textId="77777777" w:rsidR="00172FDA" w:rsidRPr="00172FDA" w:rsidRDefault="00172FDA" w:rsidP="00172FDA">
            <w:pPr>
              <w:spacing w:after="0" w:line="230" w:lineRule="exact"/>
              <w:jc w:val="center"/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br/>
            </w:r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br/>
            </w:r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br/>
              <w:t>Lei/</w:t>
            </w:r>
            <w:proofErr w:type="spellStart"/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t>mp</w:t>
            </w:r>
            <w:proofErr w:type="spellEnd"/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t>/</w:t>
            </w:r>
            <w:proofErr w:type="spellStart"/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t>lună</w:t>
            </w:r>
            <w:proofErr w:type="spellEnd"/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br/>
              <w:t>Lei/</w:t>
            </w:r>
            <w:proofErr w:type="spellStart"/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t>mp</w:t>
            </w:r>
            <w:proofErr w:type="spellEnd"/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t>/</w:t>
            </w:r>
            <w:proofErr w:type="spellStart"/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t>lună</w:t>
            </w:r>
            <w:proofErr w:type="spellEnd"/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br/>
              <w:t>Lei/</w:t>
            </w:r>
            <w:proofErr w:type="spellStart"/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t>mp</w:t>
            </w:r>
            <w:proofErr w:type="spellEnd"/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t>/</w:t>
            </w:r>
            <w:proofErr w:type="spellStart"/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t>lună</w:t>
            </w:r>
            <w:proofErr w:type="spellEnd"/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br/>
              <w:t>Lei/</w:t>
            </w:r>
            <w:proofErr w:type="spellStart"/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t>mp</w:t>
            </w:r>
            <w:proofErr w:type="spellEnd"/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t>/</w:t>
            </w:r>
            <w:proofErr w:type="spellStart"/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t>lună</w:t>
            </w:r>
            <w:proofErr w:type="spellEnd"/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br/>
              <w:t>Lei/</w:t>
            </w:r>
            <w:proofErr w:type="spellStart"/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t>mp</w:t>
            </w:r>
            <w:proofErr w:type="spellEnd"/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t>/</w:t>
            </w:r>
            <w:proofErr w:type="spellStart"/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t>lună</w:t>
            </w:r>
            <w:proofErr w:type="spellEnd"/>
          </w:p>
        </w:tc>
        <w:tc>
          <w:tcPr>
            <w:tcW w:w="10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left w:w="0" w:type="dxa"/>
              <w:right w:w="0" w:type="dxa"/>
            </w:tcMar>
          </w:tcPr>
          <w:p w14:paraId="7367AFC1" w14:textId="77777777" w:rsidR="00172FDA" w:rsidRPr="00172FDA" w:rsidRDefault="00172FDA" w:rsidP="00172FDA">
            <w:pPr>
              <w:spacing w:after="0" w:line="230" w:lineRule="exact"/>
              <w:jc w:val="right"/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br/>
            </w:r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br/>
            </w:r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br/>
              <w:t>8,00</w:t>
            </w:r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br/>
              <w:t>12,00</w:t>
            </w:r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br/>
              <w:t>25,00</w:t>
            </w:r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br/>
              <w:t>30,00</w:t>
            </w:r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br/>
              <w:t>42,00</w:t>
            </w:r>
          </w:p>
        </w:tc>
        <w:tc>
          <w:tcPr>
            <w:tcW w:w="109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left w:w="0" w:type="dxa"/>
              <w:right w:w="0" w:type="dxa"/>
            </w:tcMar>
          </w:tcPr>
          <w:p w14:paraId="6BCE7546" w14:textId="77777777" w:rsidR="00172FDA" w:rsidRPr="00172FDA" w:rsidRDefault="00172FDA" w:rsidP="00172FDA">
            <w:pPr>
              <w:spacing w:after="0" w:line="230" w:lineRule="exact"/>
              <w:jc w:val="right"/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br/>
            </w:r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br/>
            </w:r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br/>
              <w:t>9,00</w:t>
            </w:r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br/>
              <w:t>14,00</w:t>
            </w:r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br/>
              <w:t>30,00</w:t>
            </w:r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br/>
              <w:t>30,00</w:t>
            </w:r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br/>
              <w:t>45,00</w:t>
            </w:r>
          </w:p>
        </w:tc>
      </w:tr>
      <w:tr w:rsidR="00172FDA" w:rsidRPr="00172FDA" w14:paraId="05F11D6B" w14:textId="77777777" w:rsidTr="00555C73">
        <w:trPr>
          <w:trHeight w:hRule="exact" w:val="760"/>
        </w:trPr>
        <w:tc>
          <w:tcPr>
            <w:tcW w:w="68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left w:w="0" w:type="dxa"/>
              <w:right w:w="0" w:type="dxa"/>
            </w:tcMar>
          </w:tcPr>
          <w:p w14:paraId="488BC311" w14:textId="77777777" w:rsidR="00172FDA" w:rsidRPr="00172FDA" w:rsidRDefault="00172FDA" w:rsidP="00172FDA">
            <w:pPr>
              <w:autoSpaceDE w:val="0"/>
              <w:autoSpaceDN w:val="0"/>
              <w:spacing w:after="0" w:line="230" w:lineRule="auto"/>
              <w:jc w:val="center"/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20**</w:t>
            </w:r>
          </w:p>
        </w:tc>
        <w:tc>
          <w:tcPr>
            <w:tcW w:w="48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left w:w="0" w:type="dxa"/>
              <w:right w:w="0" w:type="dxa"/>
            </w:tcMar>
          </w:tcPr>
          <w:p w14:paraId="34C74EC6" w14:textId="77777777" w:rsidR="00172FDA" w:rsidRPr="00172FDA" w:rsidRDefault="00172FDA" w:rsidP="00172FDA">
            <w:pPr>
              <w:autoSpaceDE w:val="0"/>
              <w:autoSpaceDN w:val="0"/>
              <w:spacing w:after="0" w:line="247" w:lineRule="auto"/>
              <w:ind w:left="82" w:right="720"/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</w:pP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Taxă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închiriere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pentru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spații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cu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destinație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ateliere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de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creație</w:t>
            </w:r>
            <w:proofErr w:type="spellEnd"/>
          </w:p>
        </w:tc>
        <w:tc>
          <w:tcPr>
            <w:tcW w:w="157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left w:w="0" w:type="dxa"/>
              <w:right w:w="0" w:type="dxa"/>
            </w:tcMar>
          </w:tcPr>
          <w:p w14:paraId="5D25D579" w14:textId="77777777" w:rsidR="00172FDA" w:rsidRPr="00172FDA" w:rsidRDefault="00172FDA" w:rsidP="00172FDA">
            <w:pPr>
              <w:autoSpaceDE w:val="0"/>
              <w:autoSpaceDN w:val="0"/>
              <w:spacing w:after="0" w:line="230" w:lineRule="auto"/>
              <w:ind w:left="82"/>
              <w:jc w:val="center"/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Lei/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mp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/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lună</w:t>
            </w:r>
            <w:proofErr w:type="spellEnd"/>
          </w:p>
        </w:tc>
        <w:tc>
          <w:tcPr>
            <w:tcW w:w="10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left w:w="0" w:type="dxa"/>
              <w:right w:w="0" w:type="dxa"/>
            </w:tcMar>
          </w:tcPr>
          <w:p w14:paraId="0F7B711B" w14:textId="77777777" w:rsidR="00172FDA" w:rsidRPr="00172FDA" w:rsidRDefault="00172FDA" w:rsidP="00172FDA">
            <w:pPr>
              <w:autoSpaceDE w:val="0"/>
              <w:autoSpaceDN w:val="0"/>
              <w:spacing w:after="0" w:line="230" w:lineRule="auto"/>
              <w:ind w:right="80"/>
              <w:jc w:val="right"/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2,00</w:t>
            </w:r>
          </w:p>
        </w:tc>
        <w:tc>
          <w:tcPr>
            <w:tcW w:w="109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left w:w="0" w:type="dxa"/>
              <w:right w:w="0" w:type="dxa"/>
            </w:tcMar>
          </w:tcPr>
          <w:p w14:paraId="0DAECCBD" w14:textId="77777777" w:rsidR="00172FDA" w:rsidRPr="00172FDA" w:rsidRDefault="00172FDA" w:rsidP="00172FDA">
            <w:pPr>
              <w:autoSpaceDE w:val="0"/>
              <w:autoSpaceDN w:val="0"/>
              <w:spacing w:after="0" w:line="230" w:lineRule="auto"/>
              <w:ind w:right="82"/>
              <w:jc w:val="right"/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2,00</w:t>
            </w:r>
          </w:p>
        </w:tc>
      </w:tr>
      <w:tr w:rsidR="00172FDA" w:rsidRPr="00172FDA" w14:paraId="022F8403" w14:textId="77777777" w:rsidTr="00555C73">
        <w:trPr>
          <w:trHeight w:hRule="exact" w:val="460"/>
        </w:trPr>
        <w:tc>
          <w:tcPr>
            <w:tcW w:w="68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left w:w="0" w:type="dxa"/>
              <w:right w:w="0" w:type="dxa"/>
            </w:tcMar>
          </w:tcPr>
          <w:p w14:paraId="0E02528A" w14:textId="77777777" w:rsidR="00172FDA" w:rsidRPr="00172FDA" w:rsidRDefault="00172FDA" w:rsidP="00172FDA">
            <w:pPr>
              <w:autoSpaceDE w:val="0"/>
              <w:autoSpaceDN w:val="0"/>
              <w:spacing w:after="0" w:line="230" w:lineRule="auto"/>
              <w:ind w:left="80"/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21</w:t>
            </w:r>
          </w:p>
        </w:tc>
        <w:tc>
          <w:tcPr>
            <w:tcW w:w="48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left w:w="0" w:type="dxa"/>
              <w:right w:w="0" w:type="dxa"/>
            </w:tcMar>
          </w:tcPr>
          <w:p w14:paraId="0A25223F" w14:textId="77777777" w:rsidR="00172FDA" w:rsidRPr="00172FDA" w:rsidRDefault="00172FDA" w:rsidP="00172FDA">
            <w:pPr>
              <w:autoSpaceDE w:val="0"/>
              <w:autoSpaceDN w:val="0"/>
              <w:spacing w:after="0" w:line="230" w:lineRule="auto"/>
              <w:ind w:left="82"/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</w:pP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Taxă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închiriere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subsol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pentru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ateliere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de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creație</w:t>
            </w:r>
            <w:proofErr w:type="spellEnd"/>
          </w:p>
        </w:tc>
        <w:tc>
          <w:tcPr>
            <w:tcW w:w="157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left w:w="0" w:type="dxa"/>
              <w:right w:w="0" w:type="dxa"/>
            </w:tcMar>
          </w:tcPr>
          <w:p w14:paraId="4D9F8182" w14:textId="77777777" w:rsidR="00172FDA" w:rsidRPr="00172FDA" w:rsidRDefault="00172FDA" w:rsidP="00172FDA">
            <w:pPr>
              <w:autoSpaceDE w:val="0"/>
              <w:autoSpaceDN w:val="0"/>
              <w:spacing w:after="0" w:line="230" w:lineRule="auto"/>
              <w:ind w:left="82"/>
              <w:jc w:val="center"/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Lei/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mp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/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lună</w:t>
            </w:r>
            <w:proofErr w:type="spellEnd"/>
          </w:p>
        </w:tc>
        <w:tc>
          <w:tcPr>
            <w:tcW w:w="10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left w:w="0" w:type="dxa"/>
              <w:right w:w="0" w:type="dxa"/>
            </w:tcMar>
          </w:tcPr>
          <w:p w14:paraId="7B384206" w14:textId="77777777" w:rsidR="00172FDA" w:rsidRPr="00172FDA" w:rsidRDefault="00172FDA" w:rsidP="00172FDA">
            <w:pPr>
              <w:autoSpaceDE w:val="0"/>
              <w:autoSpaceDN w:val="0"/>
              <w:spacing w:after="0" w:line="230" w:lineRule="auto"/>
              <w:ind w:right="80"/>
              <w:jc w:val="right"/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1,00</w:t>
            </w:r>
          </w:p>
        </w:tc>
        <w:tc>
          <w:tcPr>
            <w:tcW w:w="109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left w:w="0" w:type="dxa"/>
              <w:right w:w="0" w:type="dxa"/>
            </w:tcMar>
          </w:tcPr>
          <w:p w14:paraId="3849CC4D" w14:textId="77777777" w:rsidR="00172FDA" w:rsidRPr="00172FDA" w:rsidRDefault="00172FDA" w:rsidP="00172FDA">
            <w:pPr>
              <w:autoSpaceDE w:val="0"/>
              <w:autoSpaceDN w:val="0"/>
              <w:spacing w:after="0" w:line="230" w:lineRule="auto"/>
              <w:ind w:right="82"/>
              <w:jc w:val="right"/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1,00</w:t>
            </w:r>
          </w:p>
        </w:tc>
      </w:tr>
      <w:tr w:rsidR="00172FDA" w:rsidRPr="00172FDA" w14:paraId="026DBA76" w14:textId="77777777" w:rsidTr="00555C73">
        <w:trPr>
          <w:trHeight w:hRule="exact" w:val="1060"/>
        </w:trPr>
        <w:tc>
          <w:tcPr>
            <w:tcW w:w="68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left w:w="0" w:type="dxa"/>
              <w:right w:w="0" w:type="dxa"/>
            </w:tcMar>
          </w:tcPr>
          <w:p w14:paraId="73E818FD" w14:textId="77777777" w:rsidR="00172FDA" w:rsidRPr="00172FDA" w:rsidRDefault="00172FDA" w:rsidP="00172FDA">
            <w:pPr>
              <w:spacing w:after="0" w:line="230" w:lineRule="exact"/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t>22</w:t>
            </w:r>
          </w:p>
        </w:tc>
        <w:tc>
          <w:tcPr>
            <w:tcW w:w="48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left w:w="0" w:type="dxa"/>
              <w:right w:w="0" w:type="dxa"/>
            </w:tcMar>
          </w:tcPr>
          <w:p w14:paraId="2A13A111" w14:textId="77777777" w:rsidR="00172FDA" w:rsidRPr="00172FDA" w:rsidRDefault="00172FDA" w:rsidP="00172FDA">
            <w:pPr>
              <w:spacing w:after="0" w:line="230" w:lineRule="exact"/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</w:pPr>
            <w:proofErr w:type="spellStart"/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t>Taxă</w:t>
            </w:r>
            <w:proofErr w:type="spellEnd"/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t>sonorizare</w:t>
            </w:r>
            <w:proofErr w:type="spellEnd"/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br/>
              <w:t xml:space="preserve">a) </w:t>
            </w:r>
            <w:proofErr w:type="spellStart"/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t>conferințe</w:t>
            </w:r>
            <w:proofErr w:type="spellEnd"/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br/>
              <w:t xml:space="preserve">b) </w:t>
            </w:r>
            <w:proofErr w:type="spellStart"/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t>evenimente</w:t>
            </w:r>
            <w:proofErr w:type="spellEnd"/>
          </w:p>
        </w:tc>
        <w:tc>
          <w:tcPr>
            <w:tcW w:w="157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left w:w="0" w:type="dxa"/>
              <w:right w:w="0" w:type="dxa"/>
            </w:tcMar>
          </w:tcPr>
          <w:p w14:paraId="4E16DD05" w14:textId="77777777" w:rsidR="00172FDA" w:rsidRPr="00172FDA" w:rsidRDefault="00172FDA" w:rsidP="00172FDA">
            <w:pPr>
              <w:spacing w:after="0" w:line="230" w:lineRule="exact"/>
              <w:jc w:val="center"/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br/>
              <w:t>Lei/</w:t>
            </w:r>
            <w:proofErr w:type="spellStart"/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t>activitate</w:t>
            </w:r>
            <w:proofErr w:type="spellEnd"/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br/>
              <w:t>Lei/</w:t>
            </w:r>
            <w:proofErr w:type="spellStart"/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t>activitate</w:t>
            </w:r>
            <w:proofErr w:type="spellEnd"/>
          </w:p>
        </w:tc>
        <w:tc>
          <w:tcPr>
            <w:tcW w:w="10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left w:w="0" w:type="dxa"/>
              <w:right w:w="0" w:type="dxa"/>
            </w:tcMar>
          </w:tcPr>
          <w:p w14:paraId="5E29EC78" w14:textId="77777777" w:rsidR="00172FDA" w:rsidRPr="00172FDA" w:rsidRDefault="00172FDA" w:rsidP="00172FDA">
            <w:pPr>
              <w:spacing w:after="0" w:line="230" w:lineRule="exact"/>
              <w:jc w:val="right"/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br/>
              <w:t>250,00</w:t>
            </w:r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br/>
              <w:t>1.500,00</w:t>
            </w:r>
          </w:p>
        </w:tc>
        <w:tc>
          <w:tcPr>
            <w:tcW w:w="109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left w:w="0" w:type="dxa"/>
              <w:right w:w="0" w:type="dxa"/>
            </w:tcMar>
          </w:tcPr>
          <w:p w14:paraId="0961A7C4" w14:textId="77777777" w:rsidR="00172FDA" w:rsidRPr="00172FDA" w:rsidRDefault="00172FDA" w:rsidP="00172FDA">
            <w:pPr>
              <w:spacing w:after="0" w:line="230" w:lineRule="exact"/>
              <w:jc w:val="right"/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br/>
              <w:t>250,00</w:t>
            </w:r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br/>
              <w:t>1.500,00</w:t>
            </w:r>
          </w:p>
        </w:tc>
      </w:tr>
      <w:tr w:rsidR="00172FDA" w:rsidRPr="00172FDA" w14:paraId="0E15D5D9" w14:textId="77777777" w:rsidTr="00555C73">
        <w:trPr>
          <w:trHeight w:hRule="exact" w:val="460"/>
        </w:trPr>
        <w:tc>
          <w:tcPr>
            <w:tcW w:w="68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left w:w="0" w:type="dxa"/>
              <w:right w:w="0" w:type="dxa"/>
            </w:tcMar>
          </w:tcPr>
          <w:p w14:paraId="4696F372" w14:textId="77777777" w:rsidR="00172FDA" w:rsidRPr="00172FDA" w:rsidRDefault="00172FDA" w:rsidP="00172FDA">
            <w:pPr>
              <w:autoSpaceDE w:val="0"/>
              <w:autoSpaceDN w:val="0"/>
              <w:spacing w:after="0" w:line="230" w:lineRule="auto"/>
              <w:ind w:left="80"/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23</w:t>
            </w:r>
          </w:p>
        </w:tc>
        <w:tc>
          <w:tcPr>
            <w:tcW w:w="48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left w:w="0" w:type="dxa"/>
              <w:right w:w="0" w:type="dxa"/>
            </w:tcMar>
          </w:tcPr>
          <w:p w14:paraId="28062732" w14:textId="77777777" w:rsidR="00172FDA" w:rsidRPr="00172FDA" w:rsidRDefault="00172FDA" w:rsidP="00172FDA">
            <w:pPr>
              <w:autoSpaceDE w:val="0"/>
              <w:autoSpaceDN w:val="0"/>
              <w:spacing w:after="0" w:line="209" w:lineRule="auto"/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</w:pP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Taxă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închiriere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pentru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sedii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instituții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publice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- (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bugetari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)</w:t>
            </w:r>
          </w:p>
        </w:tc>
        <w:tc>
          <w:tcPr>
            <w:tcW w:w="157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left w:w="0" w:type="dxa"/>
              <w:right w:w="0" w:type="dxa"/>
            </w:tcMar>
          </w:tcPr>
          <w:p w14:paraId="0F1A7E49" w14:textId="77777777" w:rsidR="00172FDA" w:rsidRPr="00172FDA" w:rsidRDefault="00172FDA" w:rsidP="00172FDA">
            <w:pPr>
              <w:autoSpaceDE w:val="0"/>
              <w:autoSpaceDN w:val="0"/>
              <w:spacing w:after="0" w:line="230" w:lineRule="auto"/>
              <w:ind w:left="82"/>
              <w:jc w:val="center"/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Lei/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mp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/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lună</w:t>
            </w:r>
            <w:proofErr w:type="spellEnd"/>
          </w:p>
        </w:tc>
        <w:tc>
          <w:tcPr>
            <w:tcW w:w="10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left w:w="0" w:type="dxa"/>
              <w:right w:w="0" w:type="dxa"/>
            </w:tcMar>
          </w:tcPr>
          <w:p w14:paraId="066B7730" w14:textId="77777777" w:rsidR="00172FDA" w:rsidRPr="00172FDA" w:rsidRDefault="00172FDA" w:rsidP="00172FDA">
            <w:pPr>
              <w:autoSpaceDE w:val="0"/>
              <w:autoSpaceDN w:val="0"/>
              <w:spacing w:after="0" w:line="230" w:lineRule="auto"/>
              <w:ind w:right="80"/>
              <w:jc w:val="right"/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15,00</w:t>
            </w:r>
          </w:p>
        </w:tc>
        <w:tc>
          <w:tcPr>
            <w:tcW w:w="109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left w:w="0" w:type="dxa"/>
              <w:right w:w="0" w:type="dxa"/>
            </w:tcMar>
          </w:tcPr>
          <w:p w14:paraId="63C8168C" w14:textId="77777777" w:rsidR="00172FDA" w:rsidRPr="00172FDA" w:rsidRDefault="00172FDA" w:rsidP="00172FDA">
            <w:pPr>
              <w:autoSpaceDE w:val="0"/>
              <w:autoSpaceDN w:val="0"/>
              <w:spacing w:after="0" w:line="230" w:lineRule="auto"/>
              <w:ind w:right="82"/>
              <w:jc w:val="right"/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15,00</w:t>
            </w:r>
          </w:p>
        </w:tc>
      </w:tr>
      <w:tr w:rsidR="00172FDA" w:rsidRPr="00172FDA" w14:paraId="16D8E27E" w14:textId="77777777" w:rsidTr="00555C73">
        <w:trPr>
          <w:trHeight w:hRule="exact" w:val="760"/>
        </w:trPr>
        <w:tc>
          <w:tcPr>
            <w:tcW w:w="68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left w:w="0" w:type="dxa"/>
              <w:right w:w="0" w:type="dxa"/>
            </w:tcMar>
          </w:tcPr>
          <w:p w14:paraId="76B9A944" w14:textId="77777777" w:rsidR="00172FDA" w:rsidRPr="00172FDA" w:rsidRDefault="00172FDA" w:rsidP="00172FDA">
            <w:pPr>
              <w:autoSpaceDE w:val="0"/>
              <w:autoSpaceDN w:val="0"/>
              <w:spacing w:after="0" w:line="230" w:lineRule="auto"/>
              <w:ind w:left="80"/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24</w:t>
            </w:r>
          </w:p>
        </w:tc>
        <w:tc>
          <w:tcPr>
            <w:tcW w:w="48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left w:w="0" w:type="dxa"/>
              <w:right w:w="0" w:type="dxa"/>
            </w:tcMar>
          </w:tcPr>
          <w:p w14:paraId="4B9F81D3" w14:textId="77777777" w:rsidR="00172FDA" w:rsidRPr="00172FDA" w:rsidRDefault="00172FDA" w:rsidP="00172FDA">
            <w:pPr>
              <w:autoSpaceDE w:val="0"/>
              <w:autoSpaceDN w:val="0"/>
              <w:spacing w:after="0" w:line="245" w:lineRule="auto"/>
              <w:ind w:left="82"/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</w:pPr>
            <w:proofErr w:type="spellStart"/>
            <w:r w:rsidRPr="00172FDA">
              <w:rPr>
                <w:rFonts w:ascii="Times New Roman" w:eastAsia="Times New Roman" w:hAnsi="Times New Roman" w:cs="Times New Roman"/>
                <w:w w:val="101"/>
                <w:kern w:val="0"/>
                <w:lang w:val="en-US"/>
                <w14:ligatures w14:val="none"/>
              </w:rPr>
              <w:t>Taxă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w w:val="101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w w:val="101"/>
                <w:kern w:val="0"/>
                <w:lang w:val="en-US"/>
                <w14:ligatures w14:val="none"/>
              </w:rPr>
              <w:t>închiriere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w w:val="101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w w:val="101"/>
                <w:kern w:val="0"/>
                <w:lang w:val="en-US"/>
                <w14:ligatures w14:val="none"/>
              </w:rPr>
              <w:t>spații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w w:val="101"/>
                <w:kern w:val="0"/>
                <w:lang w:val="en-US"/>
                <w14:ligatures w14:val="none"/>
              </w:rPr>
              <w:t xml:space="preserve"> ONG-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w w:val="101"/>
                <w:kern w:val="0"/>
                <w:lang w:val="en-US"/>
                <w14:ligatures w14:val="none"/>
              </w:rPr>
              <w:t>uri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w w:val="101"/>
                <w:kern w:val="0"/>
                <w:lang w:val="en-US"/>
                <w14:ligatures w14:val="none"/>
              </w:rPr>
              <w:t xml:space="preserve"> (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w w:val="101"/>
                <w:kern w:val="0"/>
                <w:lang w:val="en-US"/>
                <w14:ligatures w14:val="none"/>
              </w:rPr>
              <w:t>asociații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w w:val="101"/>
                <w:kern w:val="0"/>
                <w:lang w:val="en-US"/>
                <w14:ligatures w14:val="none"/>
              </w:rPr>
              <w:t xml:space="preserve">,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w w:val="101"/>
                <w:kern w:val="0"/>
                <w:lang w:val="en-US"/>
                <w14:ligatures w14:val="none"/>
              </w:rPr>
              <w:t>fundații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w w:val="101"/>
                <w:kern w:val="0"/>
                <w:lang w:val="en-US"/>
                <w14:ligatures w14:val="none"/>
              </w:rPr>
              <w:t xml:space="preserve">,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w w:val="101"/>
                <w:kern w:val="0"/>
                <w:lang w:val="en-US"/>
                <w14:ligatures w14:val="none"/>
              </w:rPr>
              <w:t>organizații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w w:val="101"/>
                <w:kern w:val="0"/>
                <w:lang w:val="en-US"/>
                <w14:ligatures w14:val="none"/>
              </w:rPr>
              <w:t xml:space="preserve"> social-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w w:val="101"/>
                <w:kern w:val="0"/>
                <w:lang w:val="en-US"/>
                <w14:ligatures w14:val="none"/>
              </w:rPr>
              <w:t>culturale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w w:val="101"/>
                <w:kern w:val="0"/>
                <w:lang w:val="en-US"/>
                <w14:ligatures w14:val="none"/>
              </w:rPr>
              <w:t xml:space="preserve"> etc.)</w:t>
            </w:r>
          </w:p>
        </w:tc>
        <w:tc>
          <w:tcPr>
            <w:tcW w:w="157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left w:w="0" w:type="dxa"/>
              <w:right w:w="0" w:type="dxa"/>
            </w:tcMar>
          </w:tcPr>
          <w:p w14:paraId="414459B0" w14:textId="77777777" w:rsidR="00172FDA" w:rsidRPr="00172FDA" w:rsidRDefault="00172FDA" w:rsidP="00172FDA">
            <w:pPr>
              <w:autoSpaceDE w:val="0"/>
              <w:autoSpaceDN w:val="0"/>
              <w:spacing w:after="0" w:line="230" w:lineRule="auto"/>
              <w:ind w:left="82"/>
              <w:jc w:val="center"/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Lei/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mp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/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lună</w:t>
            </w:r>
            <w:proofErr w:type="spellEnd"/>
          </w:p>
        </w:tc>
        <w:tc>
          <w:tcPr>
            <w:tcW w:w="10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left w:w="0" w:type="dxa"/>
              <w:right w:w="0" w:type="dxa"/>
            </w:tcMar>
          </w:tcPr>
          <w:p w14:paraId="76318D33" w14:textId="77777777" w:rsidR="00172FDA" w:rsidRPr="00172FDA" w:rsidRDefault="00172FDA" w:rsidP="00172FDA">
            <w:pPr>
              <w:autoSpaceDE w:val="0"/>
              <w:autoSpaceDN w:val="0"/>
              <w:spacing w:after="0" w:line="230" w:lineRule="auto"/>
              <w:ind w:right="80"/>
              <w:jc w:val="right"/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10,00</w:t>
            </w:r>
          </w:p>
        </w:tc>
        <w:tc>
          <w:tcPr>
            <w:tcW w:w="109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left w:w="0" w:type="dxa"/>
              <w:right w:w="0" w:type="dxa"/>
            </w:tcMar>
          </w:tcPr>
          <w:p w14:paraId="6602DCAE" w14:textId="77777777" w:rsidR="00172FDA" w:rsidRPr="00172FDA" w:rsidRDefault="00172FDA" w:rsidP="00172FDA">
            <w:pPr>
              <w:autoSpaceDE w:val="0"/>
              <w:autoSpaceDN w:val="0"/>
              <w:spacing w:after="0" w:line="230" w:lineRule="auto"/>
              <w:ind w:right="82"/>
              <w:jc w:val="right"/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10,00</w:t>
            </w:r>
          </w:p>
        </w:tc>
      </w:tr>
      <w:tr w:rsidR="00172FDA" w:rsidRPr="00172FDA" w14:paraId="4B525DFA" w14:textId="77777777" w:rsidTr="00555C73">
        <w:trPr>
          <w:trHeight w:hRule="exact" w:val="760"/>
        </w:trPr>
        <w:tc>
          <w:tcPr>
            <w:tcW w:w="68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left w:w="0" w:type="dxa"/>
              <w:right w:w="0" w:type="dxa"/>
            </w:tcMar>
          </w:tcPr>
          <w:p w14:paraId="1975C91A" w14:textId="77777777" w:rsidR="00172FDA" w:rsidRPr="00172FDA" w:rsidRDefault="00172FDA" w:rsidP="00172FDA">
            <w:pPr>
              <w:autoSpaceDE w:val="0"/>
              <w:autoSpaceDN w:val="0"/>
              <w:spacing w:after="0" w:line="230" w:lineRule="auto"/>
              <w:ind w:left="80"/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25*</w:t>
            </w:r>
          </w:p>
        </w:tc>
        <w:tc>
          <w:tcPr>
            <w:tcW w:w="48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left w:w="0" w:type="dxa"/>
              <w:right w:w="0" w:type="dxa"/>
            </w:tcMar>
          </w:tcPr>
          <w:p w14:paraId="56B0AF4E" w14:textId="77777777" w:rsidR="00172FDA" w:rsidRPr="00172FDA" w:rsidRDefault="00172FDA" w:rsidP="00172FDA">
            <w:pPr>
              <w:autoSpaceDE w:val="0"/>
              <w:autoSpaceDN w:val="0"/>
              <w:spacing w:after="0" w:line="247" w:lineRule="auto"/>
              <w:ind w:left="82" w:right="2160"/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</w:pP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Chirie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suprafață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garaj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br/>
            </w: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(1,27 lei x 3,50 lei Zona A)</w:t>
            </w:r>
          </w:p>
        </w:tc>
        <w:tc>
          <w:tcPr>
            <w:tcW w:w="157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left w:w="0" w:type="dxa"/>
              <w:right w:w="0" w:type="dxa"/>
            </w:tcMar>
          </w:tcPr>
          <w:p w14:paraId="53421A67" w14:textId="77777777" w:rsidR="00172FDA" w:rsidRPr="00172FDA" w:rsidRDefault="00172FDA" w:rsidP="00172FDA">
            <w:pPr>
              <w:autoSpaceDE w:val="0"/>
              <w:autoSpaceDN w:val="0"/>
              <w:spacing w:after="0" w:line="230" w:lineRule="auto"/>
              <w:ind w:left="82"/>
              <w:jc w:val="center"/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Lei/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mp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/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lună</w:t>
            </w:r>
            <w:proofErr w:type="spellEnd"/>
          </w:p>
        </w:tc>
        <w:tc>
          <w:tcPr>
            <w:tcW w:w="10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left w:w="0" w:type="dxa"/>
              <w:right w:w="0" w:type="dxa"/>
            </w:tcMar>
          </w:tcPr>
          <w:p w14:paraId="29FBBDCE" w14:textId="77777777" w:rsidR="00172FDA" w:rsidRPr="00172FDA" w:rsidRDefault="00172FDA" w:rsidP="00172FDA">
            <w:pPr>
              <w:autoSpaceDE w:val="0"/>
              <w:autoSpaceDN w:val="0"/>
              <w:spacing w:after="0" w:line="230" w:lineRule="auto"/>
              <w:ind w:right="80"/>
              <w:jc w:val="right"/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6,00</w:t>
            </w:r>
          </w:p>
        </w:tc>
        <w:tc>
          <w:tcPr>
            <w:tcW w:w="109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left w:w="0" w:type="dxa"/>
              <w:right w:w="0" w:type="dxa"/>
            </w:tcMar>
          </w:tcPr>
          <w:p w14:paraId="39AD6041" w14:textId="77777777" w:rsidR="00172FDA" w:rsidRPr="00172FDA" w:rsidRDefault="00172FDA" w:rsidP="00172FDA">
            <w:pPr>
              <w:autoSpaceDE w:val="0"/>
              <w:autoSpaceDN w:val="0"/>
              <w:spacing w:after="0" w:line="230" w:lineRule="auto"/>
              <w:ind w:right="82"/>
              <w:jc w:val="right"/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6,00</w:t>
            </w:r>
          </w:p>
        </w:tc>
      </w:tr>
      <w:tr w:rsidR="00172FDA" w:rsidRPr="00172FDA" w14:paraId="0FA3BE10" w14:textId="77777777" w:rsidTr="00555C73">
        <w:trPr>
          <w:trHeight w:hRule="exact" w:val="760"/>
        </w:trPr>
        <w:tc>
          <w:tcPr>
            <w:tcW w:w="68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left w:w="0" w:type="dxa"/>
              <w:right w:w="0" w:type="dxa"/>
            </w:tcMar>
          </w:tcPr>
          <w:p w14:paraId="31EC1AC9" w14:textId="77777777" w:rsidR="00172FDA" w:rsidRPr="00172FDA" w:rsidRDefault="00172FDA" w:rsidP="00172FDA">
            <w:pPr>
              <w:autoSpaceDE w:val="0"/>
              <w:autoSpaceDN w:val="0"/>
              <w:spacing w:after="0" w:line="230" w:lineRule="auto"/>
              <w:ind w:left="80"/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26*</w:t>
            </w:r>
          </w:p>
        </w:tc>
        <w:tc>
          <w:tcPr>
            <w:tcW w:w="48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left w:w="0" w:type="dxa"/>
              <w:right w:w="0" w:type="dxa"/>
            </w:tcMar>
          </w:tcPr>
          <w:p w14:paraId="49CC5820" w14:textId="77777777" w:rsidR="00172FDA" w:rsidRPr="00172FDA" w:rsidRDefault="00172FDA" w:rsidP="00172FDA">
            <w:pPr>
              <w:autoSpaceDE w:val="0"/>
              <w:autoSpaceDN w:val="0"/>
              <w:spacing w:after="0" w:line="247" w:lineRule="auto"/>
              <w:ind w:left="82" w:right="2160"/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</w:pP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Chirie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curte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br/>
            </w: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(0,04 lei x 3,50 lei Zona A)</w:t>
            </w:r>
          </w:p>
        </w:tc>
        <w:tc>
          <w:tcPr>
            <w:tcW w:w="157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left w:w="0" w:type="dxa"/>
              <w:right w:w="0" w:type="dxa"/>
            </w:tcMar>
          </w:tcPr>
          <w:p w14:paraId="3F5DABED" w14:textId="77777777" w:rsidR="00172FDA" w:rsidRPr="00172FDA" w:rsidRDefault="00172FDA" w:rsidP="00172FDA">
            <w:pPr>
              <w:autoSpaceDE w:val="0"/>
              <w:autoSpaceDN w:val="0"/>
              <w:spacing w:after="0" w:line="230" w:lineRule="auto"/>
              <w:ind w:left="82"/>
              <w:jc w:val="center"/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Lei/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mp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/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lună</w:t>
            </w:r>
            <w:proofErr w:type="spellEnd"/>
          </w:p>
        </w:tc>
        <w:tc>
          <w:tcPr>
            <w:tcW w:w="10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left w:w="0" w:type="dxa"/>
              <w:right w:w="0" w:type="dxa"/>
            </w:tcMar>
          </w:tcPr>
          <w:p w14:paraId="079976F2" w14:textId="77777777" w:rsidR="00172FDA" w:rsidRPr="00172FDA" w:rsidRDefault="00172FDA" w:rsidP="00172FDA">
            <w:pPr>
              <w:autoSpaceDE w:val="0"/>
              <w:autoSpaceDN w:val="0"/>
              <w:spacing w:after="0" w:line="230" w:lineRule="auto"/>
              <w:ind w:right="80"/>
              <w:jc w:val="right"/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0,16</w:t>
            </w:r>
          </w:p>
        </w:tc>
        <w:tc>
          <w:tcPr>
            <w:tcW w:w="109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left w:w="0" w:type="dxa"/>
              <w:right w:w="0" w:type="dxa"/>
            </w:tcMar>
          </w:tcPr>
          <w:p w14:paraId="2574DF35" w14:textId="77777777" w:rsidR="00172FDA" w:rsidRPr="00172FDA" w:rsidRDefault="00172FDA" w:rsidP="00172FDA">
            <w:pPr>
              <w:autoSpaceDE w:val="0"/>
              <w:autoSpaceDN w:val="0"/>
              <w:spacing w:after="0" w:line="230" w:lineRule="auto"/>
              <w:ind w:right="82"/>
              <w:jc w:val="right"/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0,16</w:t>
            </w:r>
          </w:p>
        </w:tc>
      </w:tr>
      <w:tr w:rsidR="00172FDA" w:rsidRPr="00172FDA" w14:paraId="1965078A" w14:textId="77777777" w:rsidTr="00555C73">
        <w:trPr>
          <w:trHeight w:hRule="exact" w:val="760"/>
        </w:trPr>
        <w:tc>
          <w:tcPr>
            <w:tcW w:w="68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left w:w="0" w:type="dxa"/>
              <w:right w:w="0" w:type="dxa"/>
            </w:tcMar>
          </w:tcPr>
          <w:p w14:paraId="17BF1C12" w14:textId="77777777" w:rsidR="00172FDA" w:rsidRPr="00172FDA" w:rsidRDefault="00172FDA" w:rsidP="00172FDA">
            <w:pPr>
              <w:autoSpaceDE w:val="0"/>
              <w:autoSpaceDN w:val="0"/>
              <w:spacing w:after="0" w:line="230" w:lineRule="auto"/>
              <w:ind w:left="80"/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27</w:t>
            </w:r>
          </w:p>
        </w:tc>
        <w:tc>
          <w:tcPr>
            <w:tcW w:w="48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left w:w="0" w:type="dxa"/>
              <w:right w:w="0" w:type="dxa"/>
            </w:tcMar>
          </w:tcPr>
          <w:p w14:paraId="19A4911E" w14:textId="77777777" w:rsidR="00172FDA" w:rsidRPr="00172FDA" w:rsidRDefault="00172FDA" w:rsidP="00172FDA">
            <w:pPr>
              <w:autoSpaceDE w:val="0"/>
              <w:autoSpaceDN w:val="0"/>
              <w:spacing w:after="0" w:line="245" w:lineRule="auto"/>
              <w:ind w:left="82"/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</w:pP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Taxă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închiriere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spații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pentru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cabinete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medicale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+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activități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conexe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actului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medical</w:t>
            </w:r>
          </w:p>
        </w:tc>
        <w:tc>
          <w:tcPr>
            <w:tcW w:w="157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left w:w="0" w:type="dxa"/>
              <w:right w:w="0" w:type="dxa"/>
            </w:tcMar>
          </w:tcPr>
          <w:p w14:paraId="595FF6AD" w14:textId="77777777" w:rsidR="00172FDA" w:rsidRPr="00172FDA" w:rsidRDefault="00172FDA" w:rsidP="00172FDA">
            <w:pPr>
              <w:autoSpaceDE w:val="0"/>
              <w:autoSpaceDN w:val="0"/>
              <w:spacing w:after="0" w:line="230" w:lineRule="auto"/>
              <w:ind w:left="82"/>
              <w:jc w:val="center"/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Lei/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mp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/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lună</w:t>
            </w:r>
            <w:proofErr w:type="spellEnd"/>
          </w:p>
        </w:tc>
        <w:tc>
          <w:tcPr>
            <w:tcW w:w="10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left w:w="0" w:type="dxa"/>
              <w:right w:w="0" w:type="dxa"/>
            </w:tcMar>
          </w:tcPr>
          <w:p w14:paraId="51872F53" w14:textId="77777777" w:rsidR="00172FDA" w:rsidRPr="00172FDA" w:rsidRDefault="00172FDA" w:rsidP="00172FDA">
            <w:pPr>
              <w:autoSpaceDE w:val="0"/>
              <w:autoSpaceDN w:val="0"/>
              <w:spacing w:after="0" w:line="230" w:lineRule="auto"/>
              <w:ind w:right="80"/>
              <w:jc w:val="right"/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38,00</w:t>
            </w:r>
          </w:p>
        </w:tc>
        <w:tc>
          <w:tcPr>
            <w:tcW w:w="109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left w:w="0" w:type="dxa"/>
              <w:right w:w="0" w:type="dxa"/>
            </w:tcMar>
          </w:tcPr>
          <w:p w14:paraId="4A2F733F" w14:textId="77777777" w:rsidR="00172FDA" w:rsidRPr="00172FDA" w:rsidRDefault="00172FDA" w:rsidP="00172FDA">
            <w:pPr>
              <w:autoSpaceDE w:val="0"/>
              <w:autoSpaceDN w:val="0"/>
              <w:spacing w:after="0" w:line="230" w:lineRule="auto"/>
              <w:ind w:right="82"/>
              <w:jc w:val="right"/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38,00</w:t>
            </w:r>
          </w:p>
        </w:tc>
      </w:tr>
      <w:tr w:rsidR="00172FDA" w:rsidRPr="00172FDA" w14:paraId="4FB4CE67" w14:textId="77777777" w:rsidTr="00555C73">
        <w:trPr>
          <w:trHeight w:hRule="exact" w:val="1056"/>
        </w:trPr>
        <w:tc>
          <w:tcPr>
            <w:tcW w:w="68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left w:w="0" w:type="dxa"/>
              <w:right w:w="0" w:type="dxa"/>
            </w:tcMar>
          </w:tcPr>
          <w:p w14:paraId="53DEEFD4" w14:textId="77777777" w:rsidR="00172FDA" w:rsidRPr="00172FDA" w:rsidRDefault="00172FDA" w:rsidP="00172FDA">
            <w:pPr>
              <w:autoSpaceDE w:val="0"/>
              <w:autoSpaceDN w:val="0"/>
              <w:spacing w:after="0" w:line="230" w:lineRule="auto"/>
              <w:ind w:left="80"/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28</w:t>
            </w:r>
          </w:p>
        </w:tc>
        <w:tc>
          <w:tcPr>
            <w:tcW w:w="48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left w:w="0" w:type="dxa"/>
              <w:right w:w="0" w:type="dxa"/>
            </w:tcMar>
          </w:tcPr>
          <w:p w14:paraId="2AA388C9" w14:textId="77777777" w:rsidR="00172FDA" w:rsidRPr="00172FDA" w:rsidRDefault="00172FDA" w:rsidP="00172FDA">
            <w:pPr>
              <w:autoSpaceDE w:val="0"/>
              <w:autoSpaceDN w:val="0"/>
              <w:spacing w:after="0" w:line="250" w:lineRule="auto"/>
              <w:ind w:left="82"/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</w:pP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Taxă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închiriere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spații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pentru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comerț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alimentar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,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nealimentar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, mixt,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alimentație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publică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,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agenții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de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turism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,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bănci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,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agenții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comerciale</w:t>
            </w:r>
            <w:proofErr w:type="spellEnd"/>
          </w:p>
        </w:tc>
        <w:tc>
          <w:tcPr>
            <w:tcW w:w="157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left w:w="0" w:type="dxa"/>
              <w:right w:w="0" w:type="dxa"/>
            </w:tcMar>
          </w:tcPr>
          <w:p w14:paraId="5EC348A8" w14:textId="77777777" w:rsidR="00172FDA" w:rsidRPr="00172FDA" w:rsidRDefault="00172FDA" w:rsidP="00172FDA">
            <w:pPr>
              <w:autoSpaceDE w:val="0"/>
              <w:autoSpaceDN w:val="0"/>
              <w:spacing w:after="0" w:line="230" w:lineRule="auto"/>
              <w:ind w:left="82"/>
              <w:jc w:val="center"/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Lei/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mp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/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lună</w:t>
            </w:r>
            <w:proofErr w:type="spellEnd"/>
          </w:p>
        </w:tc>
        <w:tc>
          <w:tcPr>
            <w:tcW w:w="10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left w:w="0" w:type="dxa"/>
              <w:right w:w="0" w:type="dxa"/>
            </w:tcMar>
          </w:tcPr>
          <w:p w14:paraId="04C7335F" w14:textId="77777777" w:rsidR="00172FDA" w:rsidRPr="00172FDA" w:rsidRDefault="00172FDA" w:rsidP="00172FDA">
            <w:pPr>
              <w:autoSpaceDE w:val="0"/>
              <w:autoSpaceDN w:val="0"/>
              <w:spacing w:after="0" w:line="230" w:lineRule="auto"/>
              <w:ind w:right="80"/>
              <w:jc w:val="right"/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66,00</w:t>
            </w:r>
          </w:p>
        </w:tc>
        <w:tc>
          <w:tcPr>
            <w:tcW w:w="109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left w:w="0" w:type="dxa"/>
              <w:right w:w="0" w:type="dxa"/>
            </w:tcMar>
          </w:tcPr>
          <w:p w14:paraId="690A6AEC" w14:textId="77777777" w:rsidR="00172FDA" w:rsidRPr="00172FDA" w:rsidRDefault="00172FDA" w:rsidP="00172FDA">
            <w:pPr>
              <w:autoSpaceDE w:val="0"/>
              <w:autoSpaceDN w:val="0"/>
              <w:spacing w:after="0" w:line="230" w:lineRule="auto"/>
              <w:ind w:right="82"/>
              <w:jc w:val="right"/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66,00</w:t>
            </w:r>
          </w:p>
        </w:tc>
      </w:tr>
      <w:tr w:rsidR="00172FDA" w:rsidRPr="00172FDA" w14:paraId="5DB52D53" w14:textId="77777777" w:rsidTr="00555C73">
        <w:trPr>
          <w:trHeight w:hRule="exact" w:val="740"/>
        </w:trPr>
        <w:tc>
          <w:tcPr>
            <w:tcW w:w="68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left w:w="0" w:type="dxa"/>
              <w:right w:w="0" w:type="dxa"/>
            </w:tcMar>
          </w:tcPr>
          <w:p w14:paraId="665F2A1F" w14:textId="77777777" w:rsidR="00172FDA" w:rsidRPr="00172FDA" w:rsidRDefault="00172FDA" w:rsidP="00172FDA">
            <w:pPr>
              <w:autoSpaceDE w:val="0"/>
              <w:autoSpaceDN w:val="0"/>
              <w:spacing w:after="0" w:line="230" w:lineRule="auto"/>
              <w:ind w:left="80"/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29*</w:t>
            </w:r>
          </w:p>
        </w:tc>
        <w:tc>
          <w:tcPr>
            <w:tcW w:w="48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left w:w="0" w:type="dxa"/>
              <w:right w:w="0" w:type="dxa"/>
            </w:tcMar>
          </w:tcPr>
          <w:p w14:paraId="6BDFC5E5" w14:textId="77777777" w:rsidR="00172FDA" w:rsidRPr="00172FDA" w:rsidRDefault="00172FDA" w:rsidP="00172FDA">
            <w:pPr>
              <w:autoSpaceDE w:val="0"/>
              <w:autoSpaceDN w:val="0"/>
              <w:spacing w:after="0" w:line="247" w:lineRule="auto"/>
              <w:ind w:left="82" w:right="2160"/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</w:pP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Chirie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suprafață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locuibilă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(0,84 lei x 3,50 lei Zona A)</w:t>
            </w:r>
          </w:p>
        </w:tc>
        <w:tc>
          <w:tcPr>
            <w:tcW w:w="157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left w:w="0" w:type="dxa"/>
              <w:right w:w="0" w:type="dxa"/>
            </w:tcMar>
          </w:tcPr>
          <w:p w14:paraId="02B7CBD8" w14:textId="77777777" w:rsidR="00172FDA" w:rsidRPr="00172FDA" w:rsidRDefault="00172FDA" w:rsidP="00172FDA">
            <w:pPr>
              <w:autoSpaceDE w:val="0"/>
              <w:autoSpaceDN w:val="0"/>
              <w:spacing w:after="0" w:line="230" w:lineRule="auto"/>
              <w:ind w:left="82"/>
              <w:jc w:val="center"/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Lei/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mp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/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lună</w:t>
            </w:r>
            <w:proofErr w:type="spellEnd"/>
          </w:p>
        </w:tc>
        <w:tc>
          <w:tcPr>
            <w:tcW w:w="10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left w:w="0" w:type="dxa"/>
              <w:right w:w="0" w:type="dxa"/>
            </w:tcMar>
          </w:tcPr>
          <w:p w14:paraId="6013D570" w14:textId="77777777" w:rsidR="00172FDA" w:rsidRPr="00172FDA" w:rsidRDefault="00172FDA" w:rsidP="00172FDA">
            <w:pPr>
              <w:autoSpaceDE w:val="0"/>
              <w:autoSpaceDN w:val="0"/>
              <w:spacing w:after="0" w:line="230" w:lineRule="auto"/>
              <w:ind w:right="80"/>
              <w:jc w:val="right"/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3,50</w:t>
            </w:r>
          </w:p>
        </w:tc>
        <w:tc>
          <w:tcPr>
            <w:tcW w:w="109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left w:w="0" w:type="dxa"/>
              <w:right w:w="0" w:type="dxa"/>
            </w:tcMar>
          </w:tcPr>
          <w:p w14:paraId="73F01DD3" w14:textId="77777777" w:rsidR="00172FDA" w:rsidRPr="00172FDA" w:rsidRDefault="00172FDA" w:rsidP="00172FDA">
            <w:pPr>
              <w:autoSpaceDE w:val="0"/>
              <w:autoSpaceDN w:val="0"/>
              <w:spacing w:after="0" w:line="230" w:lineRule="auto"/>
              <w:ind w:right="82"/>
              <w:jc w:val="right"/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3,50</w:t>
            </w:r>
          </w:p>
        </w:tc>
      </w:tr>
    </w:tbl>
    <w:p w14:paraId="0A98A4CB" w14:textId="77777777" w:rsidR="00172FDA" w:rsidRPr="00172FDA" w:rsidRDefault="00172FDA" w:rsidP="00172FDA">
      <w:pPr>
        <w:autoSpaceDE w:val="0"/>
        <w:autoSpaceDN w:val="0"/>
        <w:spacing w:after="0" w:line="14" w:lineRule="exact"/>
        <w:rPr>
          <w:rFonts w:ascii="Times New Roman" w:eastAsia="MS Mincho" w:hAnsi="Times New Roman" w:cs="Times New Roman"/>
          <w:kern w:val="0"/>
          <w:lang w:val="en-US"/>
          <w14:ligatures w14:val="none"/>
        </w:rPr>
      </w:pPr>
    </w:p>
    <w:p w14:paraId="1CF6B8D8" w14:textId="77777777" w:rsidR="00172FDA" w:rsidRPr="00172FDA" w:rsidRDefault="00172FDA" w:rsidP="00172FDA">
      <w:pPr>
        <w:spacing w:after="200" w:line="276" w:lineRule="auto"/>
        <w:rPr>
          <w:rFonts w:ascii="Times New Roman" w:eastAsia="MS Mincho" w:hAnsi="Times New Roman" w:cs="Times New Roman"/>
          <w:kern w:val="0"/>
          <w:lang w:val="en-US"/>
          <w14:ligatures w14:val="none"/>
        </w:rPr>
        <w:sectPr w:rsidR="00172FDA" w:rsidRPr="00172FDA" w:rsidSect="00172FDA">
          <w:pgSz w:w="11900" w:h="16840"/>
          <w:pgMar w:top="0" w:right="0" w:bottom="0" w:left="0" w:header="720" w:footer="720" w:gutter="0"/>
          <w:cols w:space="720"/>
          <w:docGrid w:linePitch="360"/>
        </w:sectPr>
      </w:pPr>
    </w:p>
    <w:p w14:paraId="401DF9AE" w14:textId="77777777" w:rsidR="00172FDA" w:rsidRPr="00172FDA" w:rsidRDefault="00172FDA" w:rsidP="00172FDA">
      <w:pPr>
        <w:autoSpaceDE w:val="0"/>
        <w:autoSpaceDN w:val="0"/>
        <w:spacing w:after="0" w:line="424" w:lineRule="exact"/>
        <w:rPr>
          <w:rFonts w:ascii="Times New Roman" w:eastAsia="MS Mincho" w:hAnsi="Times New Roman" w:cs="Times New Roman"/>
          <w:kern w:val="0"/>
          <w:lang w:val="en-US"/>
          <w14:ligatures w14:val="none"/>
        </w:rPr>
      </w:pPr>
    </w:p>
    <w:tbl>
      <w:tblPr>
        <w:tblW w:w="0" w:type="auto"/>
        <w:tblInd w:w="1140" w:type="dxa"/>
        <w:tblLayout w:type="fixed"/>
        <w:tblLook w:val="04A0" w:firstRow="1" w:lastRow="0" w:firstColumn="1" w:lastColumn="0" w:noHBand="0" w:noVBand="1"/>
      </w:tblPr>
      <w:tblGrid>
        <w:gridCol w:w="686"/>
        <w:gridCol w:w="4894"/>
        <w:gridCol w:w="1578"/>
        <w:gridCol w:w="1090"/>
        <w:gridCol w:w="1092"/>
      </w:tblGrid>
      <w:tr w:rsidR="00172FDA" w:rsidRPr="00172FDA" w14:paraId="731FF518" w14:textId="77777777" w:rsidTr="00555C73">
        <w:trPr>
          <w:trHeight w:hRule="exact" w:val="1362"/>
        </w:trPr>
        <w:tc>
          <w:tcPr>
            <w:tcW w:w="68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left w:w="0" w:type="dxa"/>
              <w:right w:w="0" w:type="dxa"/>
            </w:tcMar>
          </w:tcPr>
          <w:p w14:paraId="59005F6D" w14:textId="77777777" w:rsidR="00172FDA" w:rsidRPr="00172FDA" w:rsidRDefault="00172FDA" w:rsidP="00172FDA">
            <w:pPr>
              <w:autoSpaceDE w:val="0"/>
              <w:autoSpaceDN w:val="0"/>
              <w:spacing w:after="0" w:line="230" w:lineRule="auto"/>
              <w:ind w:left="80"/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30*</w:t>
            </w:r>
          </w:p>
        </w:tc>
        <w:tc>
          <w:tcPr>
            <w:tcW w:w="48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left w:w="0" w:type="dxa"/>
              <w:right w:w="0" w:type="dxa"/>
            </w:tcMar>
          </w:tcPr>
          <w:p w14:paraId="7E59C2EB" w14:textId="77777777" w:rsidR="00172FDA" w:rsidRPr="00172FDA" w:rsidRDefault="00172FDA" w:rsidP="00172FDA">
            <w:pPr>
              <w:autoSpaceDE w:val="0"/>
              <w:autoSpaceDN w:val="0"/>
              <w:spacing w:after="0" w:line="254" w:lineRule="auto"/>
              <w:ind w:left="82" w:right="576"/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</w:pP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Chirie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suprafața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antreului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,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tindei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,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verandei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,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culoarului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,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bucătăriei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, 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chicinetei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,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oficiului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,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debaralei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,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cămării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,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camerei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de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baie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, WC (0,34 lei x 3,50 lei Zona A)</w:t>
            </w:r>
          </w:p>
        </w:tc>
        <w:tc>
          <w:tcPr>
            <w:tcW w:w="157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left w:w="0" w:type="dxa"/>
              <w:right w:w="0" w:type="dxa"/>
            </w:tcMar>
          </w:tcPr>
          <w:p w14:paraId="5497A7E8" w14:textId="77777777" w:rsidR="00172FDA" w:rsidRPr="00172FDA" w:rsidRDefault="00172FDA" w:rsidP="00172FDA">
            <w:pPr>
              <w:autoSpaceDE w:val="0"/>
              <w:autoSpaceDN w:val="0"/>
              <w:spacing w:after="0" w:line="230" w:lineRule="auto"/>
              <w:ind w:left="82"/>
              <w:jc w:val="center"/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Lei/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mp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/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lună</w:t>
            </w:r>
            <w:proofErr w:type="spellEnd"/>
          </w:p>
        </w:tc>
        <w:tc>
          <w:tcPr>
            <w:tcW w:w="10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left w:w="0" w:type="dxa"/>
              <w:right w:w="0" w:type="dxa"/>
            </w:tcMar>
          </w:tcPr>
          <w:p w14:paraId="591156E8" w14:textId="77777777" w:rsidR="00172FDA" w:rsidRPr="00172FDA" w:rsidRDefault="00172FDA" w:rsidP="00172FDA">
            <w:pPr>
              <w:autoSpaceDE w:val="0"/>
              <w:autoSpaceDN w:val="0"/>
              <w:spacing w:after="0" w:line="230" w:lineRule="auto"/>
              <w:ind w:right="80"/>
              <w:jc w:val="right"/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1,50</w:t>
            </w:r>
          </w:p>
        </w:tc>
        <w:tc>
          <w:tcPr>
            <w:tcW w:w="109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left w:w="0" w:type="dxa"/>
              <w:right w:w="0" w:type="dxa"/>
            </w:tcMar>
          </w:tcPr>
          <w:p w14:paraId="093FE424" w14:textId="77777777" w:rsidR="00172FDA" w:rsidRPr="00172FDA" w:rsidRDefault="00172FDA" w:rsidP="00172FDA">
            <w:pPr>
              <w:autoSpaceDE w:val="0"/>
              <w:autoSpaceDN w:val="0"/>
              <w:spacing w:after="0" w:line="230" w:lineRule="auto"/>
              <w:ind w:right="82"/>
              <w:jc w:val="right"/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1,50</w:t>
            </w:r>
          </w:p>
        </w:tc>
      </w:tr>
      <w:tr w:rsidR="00172FDA" w:rsidRPr="00172FDA" w14:paraId="372813B9" w14:textId="77777777" w:rsidTr="00555C73">
        <w:trPr>
          <w:trHeight w:hRule="exact" w:val="460"/>
        </w:trPr>
        <w:tc>
          <w:tcPr>
            <w:tcW w:w="68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left w:w="0" w:type="dxa"/>
              <w:right w:w="0" w:type="dxa"/>
            </w:tcMar>
          </w:tcPr>
          <w:p w14:paraId="2C0A8684" w14:textId="77777777" w:rsidR="00172FDA" w:rsidRPr="00172FDA" w:rsidRDefault="00172FDA" w:rsidP="00172FDA">
            <w:pPr>
              <w:autoSpaceDE w:val="0"/>
              <w:autoSpaceDN w:val="0"/>
              <w:spacing w:after="0" w:line="230" w:lineRule="auto"/>
              <w:ind w:left="80"/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31</w:t>
            </w:r>
          </w:p>
        </w:tc>
        <w:tc>
          <w:tcPr>
            <w:tcW w:w="48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left w:w="0" w:type="dxa"/>
              <w:right w:w="0" w:type="dxa"/>
            </w:tcMar>
          </w:tcPr>
          <w:p w14:paraId="2AD745E7" w14:textId="77777777" w:rsidR="00172FDA" w:rsidRPr="00172FDA" w:rsidRDefault="00172FDA" w:rsidP="00172FDA">
            <w:pPr>
              <w:spacing w:after="0" w:line="230" w:lineRule="exact"/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</w:pPr>
            <w:proofErr w:type="spellStart"/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t>Taxă</w:t>
            </w:r>
            <w:proofErr w:type="spellEnd"/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t>scenă</w:t>
            </w:r>
            <w:proofErr w:type="spellEnd"/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t>amfiteatru</w:t>
            </w:r>
            <w:proofErr w:type="spellEnd"/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t>activități</w:t>
            </w:r>
            <w:proofErr w:type="spellEnd"/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t>culturale</w:t>
            </w:r>
            <w:proofErr w:type="spellEnd"/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t xml:space="preserve">, </w:t>
            </w:r>
            <w:proofErr w:type="spellStart"/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t>ședințe</w:t>
            </w:r>
            <w:proofErr w:type="spellEnd"/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t xml:space="preserve"> etc.</w:t>
            </w:r>
          </w:p>
        </w:tc>
        <w:tc>
          <w:tcPr>
            <w:tcW w:w="157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left w:w="0" w:type="dxa"/>
              <w:right w:w="0" w:type="dxa"/>
            </w:tcMar>
          </w:tcPr>
          <w:p w14:paraId="1FA1817E" w14:textId="77777777" w:rsidR="00172FDA" w:rsidRPr="00172FDA" w:rsidRDefault="00172FDA" w:rsidP="00172FDA">
            <w:pPr>
              <w:autoSpaceDE w:val="0"/>
              <w:autoSpaceDN w:val="0"/>
              <w:spacing w:after="0" w:line="230" w:lineRule="auto"/>
              <w:ind w:left="82"/>
              <w:jc w:val="center"/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Lei/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oră</w:t>
            </w:r>
            <w:proofErr w:type="spellEnd"/>
          </w:p>
        </w:tc>
        <w:tc>
          <w:tcPr>
            <w:tcW w:w="10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left w:w="0" w:type="dxa"/>
              <w:right w:w="0" w:type="dxa"/>
            </w:tcMar>
          </w:tcPr>
          <w:p w14:paraId="11F178B2" w14:textId="77777777" w:rsidR="00172FDA" w:rsidRPr="00172FDA" w:rsidRDefault="00172FDA" w:rsidP="00172FDA">
            <w:pPr>
              <w:autoSpaceDE w:val="0"/>
              <w:autoSpaceDN w:val="0"/>
              <w:spacing w:after="0" w:line="230" w:lineRule="auto"/>
              <w:ind w:right="80"/>
              <w:jc w:val="right"/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100,00</w:t>
            </w:r>
          </w:p>
        </w:tc>
        <w:tc>
          <w:tcPr>
            <w:tcW w:w="109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left w:w="0" w:type="dxa"/>
              <w:right w:w="0" w:type="dxa"/>
            </w:tcMar>
          </w:tcPr>
          <w:p w14:paraId="77B007CC" w14:textId="77777777" w:rsidR="00172FDA" w:rsidRPr="00172FDA" w:rsidRDefault="00172FDA" w:rsidP="00172FDA">
            <w:pPr>
              <w:autoSpaceDE w:val="0"/>
              <w:autoSpaceDN w:val="0"/>
              <w:spacing w:after="0" w:line="230" w:lineRule="auto"/>
              <w:ind w:right="82"/>
              <w:jc w:val="right"/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100,00</w:t>
            </w:r>
          </w:p>
        </w:tc>
      </w:tr>
      <w:tr w:rsidR="00172FDA" w:rsidRPr="00172FDA" w14:paraId="5F251431" w14:textId="77777777" w:rsidTr="00555C73">
        <w:trPr>
          <w:trHeight w:hRule="exact" w:val="460"/>
        </w:trPr>
        <w:tc>
          <w:tcPr>
            <w:tcW w:w="68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left w:w="0" w:type="dxa"/>
              <w:right w:w="0" w:type="dxa"/>
            </w:tcMar>
          </w:tcPr>
          <w:p w14:paraId="1789685E" w14:textId="77777777" w:rsidR="00172FDA" w:rsidRPr="00172FDA" w:rsidRDefault="00172FDA" w:rsidP="00172FDA">
            <w:pPr>
              <w:autoSpaceDE w:val="0"/>
              <w:autoSpaceDN w:val="0"/>
              <w:spacing w:after="0" w:line="230" w:lineRule="auto"/>
              <w:ind w:left="80"/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32</w:t>
            </w:r>
          </w:p>
        </w:tc>
        <w:tc>
          <w:tcPr>
            <w:tcW w:w="48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left w:w="0" w:type="dxa"/>
              <w:right w:w="0" w:type="dxa"/>
            </w:tcMar>
          </w:tcPr>
          <w:p w14:paraId="0D758E8E" w14:textId="77777777" w:rsidR="00172FDA" w:rsidRPr="00172FDA" w:rsidRDefault="00172FDA" w:rsidP="00172FDA">
            <w:pPr>
              <w:spacing w:after="0" w:line="230" w:lineRule="exact"/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</w:pPr>
            <w:proofErr w:type="spellStart"/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t>Taxă</w:t>
            </w:r>
            <w:proofErr w:type="spellEnd"/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t>scenă</w:t>
            </w:r>
            <w:proofErr w:type="spellEnd"/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t>amfiteatru</w:t>
            </w:r>
            <w:proofErr w:type="spellEnd"/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t>activități</w:t>
            </w:r>
            <w:proofErr w:type="spellEnd"/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t>concerte</w:t>
            </w:r>
            <w:proofErr w:type="spellEnd"/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t xml:space="preserve">, </w:t>
            </w:r>
            <w:proofErr w:type="spellStart"/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t>teatru</w:t>
            </w:r>
            <w:proofErr w:type="spellEnd"/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t xml:space="preserve"> etc.</w:t>
            </w:r>
          </w:p>
        </w:tc>
        <w:tc>
          <w:tcPr>
            <w:tcW w:w="157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left w:w="0" w:type="dxa"/>
              <w:right w:w="0" w:type="dxa"/>
            </w:tcMar>
          </w:tcPr>
          <w:p w14:paraId="71EA9E19" w14:textId="77777777" w:rsidR="00172FDA" w:rsidRPr="00172FDA" w:rsidRDefault="00172FDA" w:rsidP="00172FDA">
            <w:pPr>
              <w:autoSpaceDE w:val="0"/>
              <w:autoSpaceDN w:val="0"/>
              <w:spacing w:after="0" w:line="230" w:lineRule="auto"/>
              <w:jc w:val="center"/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Lei/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eveniment</w:t>
            </w:r>
            <w:proofErr w:type="spellEnd"/>
          </w:p>
        </w:tc>
        <w:tc>
          <w:tcPr>
            <w:tcW w:w="10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left w:w="0" w:type="dxa"/>
              <w:right w:w="0" w:type="dxa"/>
            </w:tcMar>
          </w:tcPr>
          <w:p w14:paraId="50C00DFB" w14:textId="77777777" w:rsidR="00172FDA" w:rsidRPr="00172FDA" w:rsidRDefault="00172FDA" w:rsidP="00172FDA">
            <w:pPr>
              <w:autoSpaceDE w:val="0"/>
              <w:autoSpaceDN w:val="0"/>
              <w:spacing w:after="0" w:line="230" w:lineRule="auto"/>
              <w:ind w:left="160"/>
              <w:jc w:val="right"/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1.000,00</w:t>
            </w:r>
          </w:p>
        </w:tc>
        <w:tc>
          <w:tcPr>
            <w:tcW w:w="109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left w:w="0" w:type="dxa"/>
              <w:right w:w="0" w:type="dxa"/>
            </w:tcMar>
          </w:tcPr>
          <w:p w14:paraId="72E53B69" w14:textId="77777777" w:rsidR="00172FDA" w:rsidRPr="00172FDA" w:rsidRDefault="00172FDA" w:rsidP="00172FDA">
            <w:pPr>
              <w:autoSpaceDE w:val="0"/>
              <w:autoSpaceDN w:val="0"/>
              <w:spacing w:after="0" w:line="230" w:lineRule="auto"/>
              <w:ind w:left="160"/>
              <w:jc w:val="right"/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1.000,00</w:t>
            </w:r>
          </w:p>
        </w:tc>
      </w:tr>
      <w:tr w:rsidR="00172FDA" w:rsidRPr="00172FDA" w14:paraId="09F093EB" w14:textId="77777777" w:rsidTr="00555C73">
        <w:trPr>
          <w:trHeight w:hRule="exact" w:val="1060"/>
        </w:trPr>
        <w:tc>
          <w:tcPr>
            <w:tcW w:w="68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left w:w="0" w:type="dxa"/>
              <w:right w:w="0" w:type="dxa"/>
            </w:tcMar>
          </w:tcPr>
          <w:p w14:paraId="2C848F1E" w14:textId="77777777" w:rsidR="00172FDA" w:rsidRPr="00172FDA" w:rsidRDefault="00172FDA" w:rsidP="00172FDA">
            <w:pPr>
              <w:autoSpaceDE w:val="0"/>
              <w:autoSpaceDN w:val="0"/>
              <w:spacing w:after="0" w:line="230" w:lineRule="auto"/>
              <w:ind w:left="80"/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33</w:t>
            </w:r>
          </w:p>
        </w:tc>
        <w:tc>
          <w:tcPr>
            <w:tcW w:w="48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left w:w="0" w:type="dxa"/>
              <w:right w:w="0" w:type="dxa"/>
            </w:tcMar>
          </w:tcPr>
          <w:p w14:paraId="74733A47" w14:textId="77777777" w:rsidR="00172FDA" w:rsidRPr="00172FDA" w:rsidRDefault="00172FDA" w:rsidP="00172FDA">
            <w:pPr>
              <w:autoSpaceDE w:val="0"/>
              <w:autoSpaceDN w:val="0"/>
              <w:spacing w:after="0" w:line="252" w:lineRule="auto"/>
              <w:ind w:left="82"/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</w:pP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Taxă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închiriere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cupola din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incinta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Cetății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bCs/>
                <w:kern w:val="0"/>
                <w:lang w:val="en-US"/>
                <w14:ligatures w14:val="none"/>
              </w:rPr>
              <w:t>pentru</w:t>
            </w:r>
            <w:proofErr w:type="spellEnd"/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br/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societăți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comerciale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-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alte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activități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decât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cursuri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și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ateliere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de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creație</w:t>
            </w:r>
            <w:proofErr w:type="spellEnd"/>
          </w:p>
        </w:tc>
        <w:tc>
          <w:tcPr>
            <w:tcW w:w="157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left w:w="0" w:type="dxa"/>
              <w:right w:w="0" w:type="dxa"/>
            </w:tcMar>
          </w:tcPr>
          <w:p w14:paraId="038FA178" w14:textId="77777777" w:rsidR="00172FDA" w:rsidRPr="00172FDA" w:rsidRDefault="00172FDA" w:rsidP="00172FDA">
            <w:pPr>
              <w:autoSpaceDE w:val="0"/>
              <w:autoSpaceDN w:val="0"/>
              <w:spacing w:after="0" w:line="230" w:lineRule="auto"/>
              <w:jc w:val="center"/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Lei/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eveniment</w:t>
            </w:r>
            <w:proofErr w:type="spellEnd"/>
          </w:p>
        </w:tc>
        <w:tc>
          <w:tcPr>
            <w:tcW w:w="10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left w:w="0" w:type="dxa"/>
              <w:right w:w="0" w:type="dxa"/>
            </w:tcMar>
          </w:tcPr>
          <w:p w14:paraId="38322CD2" w14:textId="77777777" w:rsidR="00172FDA" w:rsidRPr="00172FDA" w:rsidRDefault="00172FDA" w:rsidP="00172FDA">
            <w:pPr>
              <w:spacing w:after="200" w:line="276" w:lineRule="auto"/>
              <w:jc w:val="right"/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t>0,00</w:t>
            </w:r>
          </w:p>
        </w:tc>
        <w:tc>
          <w:tcPr>
            <w:tcW w:w="109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left w:w="0" w:type="dxa"/>
              <w:right w:w="0" w:type="dxa"/>
            </w:tcMar>
          </w:tcPr>
          <w:p w14:paraId="77EE3EEA" w14:textId="77777777" w:rsidR="00172FDA" w:rsidRPr="00172FDA" w:rsidRDefault="00172FDA" w:rsidP="00172FDA">
            <w:pPr>
              <w:autoSpaceDE w:val="0"/>
              <w:autoSpaceDN w:val="0"/>
              <w:spacing w:after="0" w:line="230" w:lineRule="auto"/>
              <w:ind w:right="82"/>
              <w:jc w:val="right"/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200,00</w:t>
            </w:r>
          </w:p>
        </w:tc>
      </w:tr>
      <w:tr w:rsidR="00172FDA" w:rsidRPr="00172FDA" w14:paraId="4BFDD4FB" w14:textId="77777777" w:rsidTr="00555C73">
        <w:trPr>
          <w:trHeight w:hRule="exact" w:val="3622"/>
        </w:trPr>
        <w:tc>
          <w:tcPr>
            <w:tcW w:w="9340" w:type="dxa"/>
            <w:gridSpan w:val="5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left w:w="0" w:type="dxa"/>
              <w:right w:w="0" w:type="dxa"/>
            </w:tcMar>
          </w:tcPr>
          <w:p w14:paraId="6D674A0D" w14:textId="77777777" w:rsidR="00172FDA" w:rsidRPr="00172FDA" w:rsidRDefault="00172FDA" w:rsidP="00172FDA">
            <w:pPr>
              <w:autoSpaceDE w:val="0"/>
              <w:autoSpaceDN w:val="0"/>
              <w:spacing w:after="0" w:line="342" w:lineRule="exact"/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</w:pPr>
          </w:p>
          <w:p w14:paraId="2E90D0F5" w14:textId="7211B819" w:rsidR="00172FDA" w:rsidRPr="00172FDA" w:rsidRDefault="00172FDA" w:rsidP="00172FDA">
            <w:pPr>
              <w:autoSpaceDE w:val="0"/>
              <w:autoSpaceDN w:val="0"/>
              <w:spacing w:after="0" w:line="250" w:lineRule="auto"/>
              <w:ind w:right="24"/>
              <w:jc w:val="both"/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</w:pPr>
            <w:proofErr w:type="spellStart"/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>Acţiunile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 xml:space="preserve"> de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>caritate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 xml:space="preserve"> si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>umanitare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 xml:space="preserve">  sunt</w:t>
            </w:r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t xml:space="preserve"> 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b/>
                <w:bCs/>
                <w:kern w:val="0"/>
                <w:lang w:val="en-US"/>
                <w14:ligatures w14:val="none"/>
              </w:rPr>
              <w:t>scutite</w:t>
            </w:r>
            <w:proofErr w:type="spellEnd"/>
            <w:r w:rsidRPr="00172FDA">
              <w:rPr>
                <w:rFonts w:ascii="Times New Roman" w:eastAsia="MS Mincho" w:hAnsi="Times New Roman" w:cs="Times New Roman"/>
                <w:b/>
                <w:bCs/>
                <w:kern w:val="0"/>
                <w:lang w:val="en-US"/>
                <w14:ligatures w14:val="none"/>
              </w:rPr>
              <w:t xml:space="preserve"> </w:t>
            </w:r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 xml:space="preserve">de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>taxe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>.</w:t>
            </w:r>
          </w:p>
          <w:p w14:paraId="04AD00C7" w14:textId="77777777" w:rsidR="00172FDA" w:rsidRPr="00172FDA" w:rsidRDefault="00172FDA" w:rsidP="00172FDA">
            <w:pPr>
              <w:autoSpaceDE w:val="0"/>
              <w:autoSpaceDN w:val="0"/>
              <w:spacing w:after="0" w:line="250" w:lineRule="auto"/>
              <w:ind w:right="24"/>
              <w:jc w:val="both"/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</w:pPr>
            <w:proofErr w:type="spellStart"/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>Acțiunile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>/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>evenimentele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>organizate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 xml:space="preserve"> de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>toate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>instituțiile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>și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>serviciile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>publice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 xml:space="preserve"> de sub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>autoritatea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>municipiului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 xml:space="preserve"> Târgu Mureș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>sau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>în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 xml:space="preserve"> care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>Primăria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 xml:space="preserve"> Târgu Mureș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>este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>partener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 xml:space="preserve">, sunt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>scutite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 xml:space="preserve"> de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>taxă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 xml:space="preserve">. </w:t>
            </w:r>
          </w:p>
          <w:p w14:paraId="7C03877D" w14:textId="77777777" w:rsidR="00172FDA" w:rsidRPr="00172FDA" w:rsidRDefault="00172FDA" w:rsidP="00172FDA">
            <w:pPr>
              <w:autoSpaceDE w:val="0"/>
              <w:autoSpaceDN w:val="0"/>
              <w:spacing w:after="0" w:line="254" w:lineRule="auto"/>
              <w:ind w:left="80"/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 xml:space="preserve">*Se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>calculează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>în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>baza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 xml:space="preserve"> HG nr.310/2007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>pentru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>actualizarea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>tarifului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 xml:space="preserve"> lunar al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>chiriei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 xml:space="preserve"> (lei/ m2)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>practicat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>pentru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>spaţiile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 xml:space="preserve"> cu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>destinaţia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 xml:space="preserve"> de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>locuinţe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>aparţinând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>domeniului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 xml:space="preserve"> public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>sau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>privat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 xml:space="preserve"> al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>statului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>ori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 xml:space="preserve"> al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>unităţilor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 xml:space="preserve"> administrative-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>teritoriale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 xml:space="preserve"> ale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>acestuia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 xml:space="preserve">, precum şi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>pentru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>locuinţele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 xml:space="preserve"> de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>serviciu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 xml:space="preserve">,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>locuinţele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 xml:space="preserve"> de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>intervenţie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 xml:space="preserve"> şi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>căminele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>pentru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>salariaţi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 xml:space="preserve"> ale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>societăţilor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>comerciale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 xml:space="preserve">,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>companiilor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>naţionale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 xml:space="preserve">,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>societăţilor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>naţionale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 xml:space="preserve"> şi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>regiilor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>autonome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 xml:space="preserve">. </w:t>
            </w:r>
          </w:p>
          <w:p w14:paraId="2E71C544" w14:textId="77777777" w:rsidR="00172FDA" w:rsidRPr="00172FDA" w:rsidRDefault="00172FDA" w:rsidP="00172FDA">
            <w:pPr>
              <w:autoSpaceDE w:val="0"/>
              <w:autoSpaceDN w:val="0"/>
              <w:spacing w:after="0" w:line="209" w:lineRule="auto"/>
              <w:jc w:val="both"/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**De la pct. 20-30,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taxele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se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referă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la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locațiile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de pe Bolyai.</w:t>
            </w:r>
          </w:p>
          <w:p w14:paraId="5DA9891C" w14:textId="77777777" w:rsidR="00172FDA" w:rsidRPr="00172FDA" w:rsidRDefault="00172FDA" w:rsidP="00172FDA">
            <w:pPr>
              <w:autoSpaceDE w:val="0"/>
              <w:autoSpaceDN w:val="0"/>
              <w:spacing w:after="0" w:line="254" w:lineRule="auto"/>
              <w:ind w:left="80"/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</w:pPr>
          </w:p>
        </w:tc>
      </w:tr>
    </w:tbl>
    <w:p w14:paraId="63E08AE8" w14:textId="77777777" w:rsidR="00172FDA" w:rsidRPr="00172FDA" w:rsidRDefault="00172FDA" w:rsidP="00172FDA">
      <w:pPr>
        <w:autoSpaceDE w:val="0"/>
        <w:autoSpaceDN w:val="0"/>
        <w:spacing w:before="856" w:after="28" w:line="230" w:lineRule="auto"/>
        <w:ind w:left="1134"/>
        <w:rPr>
          <w:rFonts w:ascii="Cambria" w:eastAsia="MS Mincho" w:hAnsi="Cambria" w:cs="Times New Roman"/>
          <w:kern w:val="0"/>
          <w:sz w:val="22"/>
          <w:szCs w:val="22"/>
          <w:lang w:val="en-US"/>
          <w14:ligatures w14:val="none"/>
        </w:rPr>
      </w:pPr>
      <w:r w:rsidRPr="00172FDA">
        <w:rPr>
          <w:rFonts w:ascii="Times New Roman" w:eastAsia="Times New Roman" w:hAnsi="Times New Roman" w:cs="Times New Roman"/>
          <w:b/>
          <w:kern w:val="0"/>
          <w:szCs w:val="22"/>
          <w:lang w:val="en-US"/>
          <w14:ligatures w14:val="none"/>
        </w:rPr>
        <w:t xml:space="preserve">TEATRUL DE VARĂ </w:t>
      </w:r>
    </w:p>
    <w:tbl>
      <w:tblPr>
        <w:tblW w:w="0" w:type="auto"/>
        <w:tblInd w:w="1140" w:type="dxa"/>
        <w:tblLayout w:type="fixed"/>
        <w:tblLook w:val="04A0" w:firstRow="1" w:lastRow="0" w:firstColumn="1" w:lastColumn="0" w:noHBand="0" w:noVBand="1"/>
      </w:tblPr>
      <w:tblGrid>
        <w:gridCol w:w="534"/>
        <w:gridCol w:w="5046"/>
        <w:gridCol w:w="1578"/>
        <w:gridCol w:w="1090"/>
        <w:gridCol w:w="1092"/>
      </w:tblGrid>
      <w:tr w:rsidR="00172FDA" w:rsidRPr="00172FDA" w14:paraId="4749A9BA" w14:textId="77777777" w:rsidTr="00555C73">
        <w:trPr>
          <w:trHeight w:hRule="exact" w:val="466"/>
        </w:trPr>
        <w:tc>
          <w:tcPr>
            <w:tcW w:w="534" w:type="dxa"/>
            <w:vMerge w:val="restart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left w:w="0" w:type="dxa"/>
              <w:right w:w="0" w:type="dxa"/>
            </w:tcMar>
          </w:tcPr>
          <w:p w14:paraId="383DCB6F" w14:textId="77777777" w:rsidR="00172FDA" w:rsidRPr="00172FDA" w:rsidRDefault="00172FDA" w:rsidP="00172FDA">
            <w:pPr>
              <w:autoSpaceDE w:val="0"/>
              <w:autoSpaceDN w:val="0"/>
              <w:spacing w:after="0" w:line="319" w:lineRule="auto"/>
              <w:jc w:val="center"/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 xml:space="preserve">Nr.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>crt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>.</w:t>
            </w:r>
          </w:p>
        </w:tc>
        <w:tc>
          <w:tcPr>
            <w:tcW w:w="5046" w:type="dxa"/>
            <w:vMerge w:val="restart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left w:w="0" w:type="dxa"/>
              <w:right w:w="0" w:type="dxa"/>
            </w:tcMar>
          </w:tcPr>
          <w:p w14:paraId="35B24368" w14:textId="77777777" w:rsidR="00172FDA" w:rsidRPr="00172FDA" w:rsidRDefault="00172FDA" w:rsidP="00172FDA">
            <w:pPr>
              <w:autoSpaceDE w:val="0"/>
              <w:autoSpaceDN w:val="0"/>
              <w:spacing w:after="0" w:line="230" w:lineRule="auto"/>
              <w:jc w:val="center"/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</w:pPr>
            <w:proofErr w:type="spellStart"/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>Servicii</w:t>
            </w:r>
            <w:proofErr w:type="spellEnd"/>
          </w:p>
        </w:tc>
        <w:tc>
          <w:tcPr>
            <w:tcW w:w="1578" w:type="dxa"/>
            <w:vMerge w:val="restart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left w:w="0" w:type="dxa"/>
              <w:right w:w="0" w:type="dxa"/>
            </w:tcMar>
          </w:tcPr>
          <w:p w14:paraId="12D0BDB5" w14:textId="77777777" w:rsidR="00172FDA" w:rsidRPr="00172FDA" w:rsidRDefault="00172FDA" w:rsidP="00172FDA">
            <w:pPr>
              <w:autoSpaceDE w:val="0"/>
              <w:autoSpaceDN w:val="0"/>
              <w:spacing w:after="0" w:line="230" w:lineRule="auto"/>
              <w:jc w:val="center"/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</w:pPr>
            <w:proofErr w:type="spellStart"/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>U.m.</w:t>
            </w:r>
            <w:proofErr w:type="spellEnd"/>
          </w:p>
        </w:tc>
        <w:tc>
          <w:tcPr>
            <w:tcW w:w="2182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left w:w="0" w:type="dxa"/>
              <w:right w:w="0" w:type="dxa"/>
            </w:tcMar>
          </w:tcPr>
          <w:p w14:paraId="6D0A82D2" w14:textId="77777777" w:rsidR="00172FDA" w:rsidRPr="00172FDA" w:rsidRDefault="00172FDA" w:rsidP="00172FDA">
            <w:pPr>
              <w:autoSpaceDE w:val="0"/>
              <w:autoSpaceDN w:val="0"/>
              <w:spacing w:after="0" w:line="230" w:lineRule="auto"/>
              <w:jc w:val="center"/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</w:pPr>
            <w:proofErr w:type="spellStart"/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>Taxă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 xml:space="preserve"> lei</w:t>
            </w:r>
          </w:p>
        </w:tc>
      </w:tr>
      <w:tr w:rsidR="00172FDA" w:rsidRPr="00172FDA" w14:paraId="6BB19496" w14:textId="77777777" w:rsidTr="00555C73">
        <w:trPr>
          <w:trHeight w:hRule="exact" w:val="464"/>
        </w:trPr>
        <w:tc>
          <w:tcPr>
            <w:tcW w:w="534" w:type="dxa"/>
            <w:vMerge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0010CB9" w14:textId="77777777" w:rsidR="00172FDA" w:rsidRPr="00172FDA" w:rsidRDefault="00172FDA" w:rsidP="00172FDA">
            <w:pPr>
              <w:spacing w:after="200" w:line="276" w:lineRule="auto"/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</w:pPr>
          </w:p>
        </w:tc>
        <w:tc>
          <w:tcPr>
            <w:tcW w:w="5046" w:type="dxa"/>
            <w:vMerge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3521256" w14:textId="77777777" w:rsidR="00172FDA" w:rsidRPr="00172FDA" w:rsidRDefault="00172FDA" w:rsidP="00172FDA">
            <w:pPr>
              <w:spacing w:after="200" w:line="276" w:lineRule="auto"/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</w:pPr>
          </w:p>
        </w:tc>
        <w:tc>
          <w:tcPr>
            <w:tcW w:w="1578" w:type="dxa"/>
            <w:vMerge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2E965445" w14:textId="77777777" w:rsidR="00172FDA" w:rsidRPr="00172FDA" w:rsidRDefault="00172FDA" w:rsidP="00172FDA">
            <w:pPr>
              <w:spacing w:after="200" w:line="276" w:lineRule="auto"/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</w:pPr>
          </w:p>
        </w:tc>
        <w:tc>
          <w:tcPr>
            <w:tcW w:w="10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left w:w="0" w:type="dxa"/>
              <w:right w:w="0" w:type="dxa"/>
            </w:tcMar>
          </w:tcPr>
          <w:p w14:paraId="582BAB9D" w14:textId="77777777" w:rsidR="00172FDA" w:rsidRPr="00172FDA" w:rsidRDefault="00172FDA" w:rsidP="00172FDA">
            <w:pPr>
              <w:spacing w:after="200" w:line="276" w:lineRule="auto"/>
              <w:jc w:val="center"/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t>2026</w:t>
            </w:r>
          </w:p>
        </w:tc>
        <w:tc>
          <w:tcPr>
            <w:tcW w:w="109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left w:w="0" w:type="dxa"/>
              <w:right w:w="0" w:type="dxa"/>
            </w:tcMar>
          </w:tcPr>
          <w:p w14:paraId="1E6389FE" w14:textId="77777777" w:rsidR="00172FDA" w:rsidRPr="00172FDA" w:rsidRDefault="00172FDA" w:rsidP="00172FDA">
            <w:pPr>
              <w:autoSpaceDE w:val="0"/>
              <w:autoSpaceDN w:val="0"/>
              <w:spacing w:after="0" w:line="230" w:lineRule="auto"/>
              <w:jc w:val="center"/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2027</w:t>
            </w:r>
          </w:p>
        </w:tc>
      </w:tr>
      <w:tr w:rsidR="00172FDA" w:rsidRPr="00172FDA" w14:paraId="71D3FB66" w14:textId="77777777" w:rsidTr="00555C73">
        <w:trPr>
          <w:trHeight w:hRule="exact" w:val="460"/>
        </w:trPr>
        <w:tc>
          <w:tcPr>
            <w:tcW w:w="53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left w:w="0" w:type="dxa"/>
              <w:right w:w="0" w:type="dxa"/>
            </w:tcMar>
          </w:tcPr>
          <w:p w14:paraId="169E2AFE" w14:textId="77777777" w:rsidR="00172FDA" w:rsidRPr="00172FDA" w:rsidRDefault="00172FDA" w:rsidP="00172FDA">
            <w:pPr>
              <w:autoSpaceDE w:val="0"/>
              <w:autoSpaceDN w:val="0"/>
              <w:spacing w:after="0" w:line="230" w:lineRule="auto"/>
              <w:jc w:val="center"/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1</w:t>
            </w:r>
          </w:p>
        </w:tc>
        <w:tc>
          <w:tcPr>
            <w:tcW w:w="504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left w:w="0" w:type="dxa"/>
              <w:right w:w="0" w:type="dxa"/>
            </w:tcMar>
          </w:tcPr>
          <w:p w14:paraId="4CE40659" w14:textId="77777777" w:rsidR="00172FDA" w:rsidRPr="00172FDA" w:rsidRDefault="00172FDA" w:rsidP="00172FDA">
            <w:pPr>
              <w:autoSpaceDE w:val="0"/>
              <w:autoSpaceDN w:val="0"/>
              <w:spacing w:after="0" w:line="230" w:lineRule="auto"/>
              <w:ind w:left="78"/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</w:pP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Taxă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organizare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manifestări</w:t>
            </w:r>
            <w:proofErr w:type="spellEnd"/>
          </w:p>
        </w:tc>
        <w:tc>
          <w:tcPr>
            <w:tcW w:w="157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left w:w="0" w:type="dxa"/>
              <w:right w:w="0" w:type="dxa"/>
            </w:tcMar>
          </w:tcPr>
          <w:p w14:paraId="62D46763" w14:textId="77777777" w:rsidR="00172FDA" w:rsidRPr="00172FDA" w:rsidRDefault="00172FDA" w:rsidP="00172FDA">
            <w:pPr>
              <w:autoSpaceDE w:val="0"/>
              <w:autoSpaceDN w:val="0"/>
              <w:spacing w:after="0" w:line="230" w:lineRule="auto"/>
              <w:jc w:val="center"/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Activ./zi</w:t>
            </w:r>
          </w:p>
        </w:tc>
        <w:tc>
          <w:tcPr>
            <w:tcW w:w="10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left w:w="0" w:type="dxa"/>
              <w:right w:w="0" w:type="dxa"/>
            </w:tcMar>
          </w:tcPr>
          <w:p w14:paraId="098F1FC1" w14:textId="77777777" w:rsidR="00172FDA" w:rsidRPr="00172FDA" w:rsidRDefault="00172FDA" w:rsidP="00172FDA">
            <w:pPr>
              <w:spacing w:after="200" w:line="276" w:lineRule="auto"/>
              <w:jc w:val="right"/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t>1.900,00</w:t>
            </w:r>
          </w:p>
        </w:tc>
        <w:tc>
          <w:tcPr>
            <w:tcW w:w="109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left w:w="0" w:type="dxa"/>
              <w:right w:w="0" w:type="dxa"/>
            </w:tcMar>
          </w:tcPr>
          <w:p w14:paraId="52C1D9F9" w14:textId="77777777" w:rsidR="00172FDA" w:rsidRPr="00172FDA" w:rsidRDefault="00172FDA" w:rsidP="00172FDA">
            <w:pPr>
              <w:autoSpaceDE w:val="0"/>
              <w:autoSpaceDN w:val="0"/>
              <w:spacing w:after="0" w:line="230" w:lineRule="auto"/>
              <w:ind w:left="160"/>
              <w:jc w:val="right"/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2.000,00</w:t>
            </w:r>
          </w:p>
        </w:tc>
      </w:tr>
      <w:tr w:rsidR="00172FDA" w:rsidRPr="00172FDA" w14:paraId="22E7A3C1" w14:textId="77777777" w:rsidTr="00555C73">
        <w:trPr>
          <w:trHeight w:hRule="exact" w:val="1060"/>
        </w:trPr>
        <w:tc>
          <w:tcPr>
            <w:tcW w:w="53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left w:w="0" w:type="dxa"/>
              <w:right w:w="0" w:type="dxa"/>
            </w:tcMar>
          </w:tcPr>
          <w:p w14:paraId="6C605F01" w14:textId="77777777" w:rsidR="00172FDA" w:rsidRPr="00172FDA" w:rsidRDefault="00172FDA" w:rsidP="00172FDA">
            <w:pPr>
              <w:spacing w:after="0" w:line="230" w:lineRule="exact"/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t>2</w:t>
            </w:r>
          </w:p>
        </w:tc>
        <w:tc>
          <w:tcPr>
            <w:tcW w:w="504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left w:w="0" w:type="dxa"/>
              <w:right w:w="0" w:type="dxa"/>
            </w:tcMar>
          </w:tcPr>
          <w:p w14:paraId="48299962" w14:textId="77777777" w:rsidR="00172FDA" w:rsidRPr="00172FDA" w:rsidRDefault="00172FDA" w:rsidP="00172FDA">
            <w:pPr>
              <w:spacing w:after="0" w:line="230" w:lineRule="exact"/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</w:pPr>
            <w:proofErr w:type="spellStart"/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t>Taxă</w:t>
            </w:r>
            <w:proofErr w:type="spellEnd"/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t>organizare</w:t>
            </w:r>
            <w:proofErr w:type="spellEnd"/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t>manifestări</w:t>
            </w:r>
            <w:proofErr w:type="spellEnd"/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t xml:space="preserve"> de </w:t>
            </w:r>
            <w:proofErr w:type="spellStart"/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t>către</w:t>
            </w:r>
            <w:proofErr w:type="spellEnd"/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t>:</w:t>
            </w:r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br/>
              <w:t xml:space="preserve">- </w:t>
            </w:r>
            <w:proofErr w:type="spellStart"/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t>fundații</w:t>
            </w:r>
            <w:proofErr w:type="spellEnd"/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t xml:space="preserve">, </w:t>
            </w:r>
            <w:proofErr w:type="spellStart"/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t>organizații</w:t>
            </w:r>
            <w:proofErr w:type="spellEnd"/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t>neguvernamentale</w:t>
            </w:r>
            <w:proofErr w:type="spellEnd"/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br/>
              <w:t xml:space="preserve">- </w:t>
            </w:r>
            <w:proofErr w:type="spellStart"/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t>instituții</w:t>
            </w:r>
            <w:proofErr w:type="spellEnd"/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t xml:space="preserve"> de </w:t>
            </w:r>
            <w:proofErr w:type="spellStart"/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t>cultură</w:t>
            </w:r>
            <w:proofErr w:type="spellEnd"/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t>și</w:t>
            </w:r>
            <w:proofErr w:type="spellEnd"/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t>partide</w:t>
            </w:r>
            <w:proofErr w:type="spellEnd"/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t>politice</w:t>
            </w:r>
            <w:proofErr w:type="spellEnd"/>
          </w:p>
        </w:tc>
        <w:tc>
          <w:tcPr>
            <w:tcW w:w="157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left w:w="0" w:type="dxa"/>
              <w:right w:w="0" w:type="dxa"/>
            </w:tcMar>
          </w:tcPr>
          <w:p w14:paraId="7EEE0D5A" w14:textId="77777777" w:rsidR="00172FDA" w:rsidRPr="00172FDA" w:rsidRDefault="00172FDA" w:rsidP="00172FDA">
            <w:pPr>
              <w:spacing w:after="0" w:line="230" w:lineRule="exact"/>
              <w:jc w:val="center"/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br/>
              <w:t>Activ./zi</w:t>
            </w:r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br/>
              <w:t>Activ./zi</w:t>
            </w:r>
          </w:p>
        </w:tc>
        <w:tc>
          <w:tcPr>
            <w:tcW w:w="10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left w:w="0" w:type="dxa"/>
              <w:right w:w="0" w:type="dxa"/>
            </w:tcMar>
          </w:tcPr>
          <w:p w14:paraId="0D834436" w14:textId="77777777" w:rsidR="00172FDA" w:rsidRPr="00172FDA" w:rsidRDefault="00172FDA" w:rsidP="00172FDA">
            <w:pPr>
              <w:spacing w:after="0" w:line="276" w:lineRule="auto"/>
              <w:rPr>
                <w:rFonts w:ascii="Times New Roman" w:eastAsia="MS Mincho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</w:p>
          <w:p w14:paraId="7FDC91AC" w14:textId="77777777" w:rsidR="00172FDA" w:rsidRPr="00172FDA" w:rsidRDefault="00172FDA" w:rsidP="00172FDA">
            <w:pPr>
              <w:spacing w:after="200" w:line="276" w:lineRule="auto"/>
              <w:jc w:val="right"/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t>120,00</w:t>
            </w:r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br/>
              <w:t>53,00</w:t>
            </w:r>
          </w:p>
        </w:tc>
        <w:tc>
          <w:tcPr>
            <w:tcW w:w="109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left w:w="0" w:type="dxa"/>
              <w:right w:w="0" w:type="dxa"/>
            </w:tcMar>
          </w:tcPr>
          <w:p w14:paraId="4BCD6D51" w14:textId="77777777" w:rsidR="00172FDA" w:rsidRPr="00172FDA" w:rsidRDefault="00172FDA" w:rsidP="00172FDA">
            <w:pPr>
              <w:spacing w:after="0" w:line="230" w:lineRule="exact"/>
              <w:jc w:val="right"/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br/>
              <w:t>130,00</w:t>
            </w:r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br/>
              <w:t>55,00</w:t>
            </w:r>
          </w:p>
        </w:tc>
      </w:tr>
      <w:tr w:rsidR="00172FDA" w:rsidRPr="00172FDA" w14:paraId="0E3B0D1F" w14:textId="77777777" w:rsidTr="00555C73">
        <w:trPr>
          <w:trHeight w:hRule="exact" w:val="1485"/>
        </w:trPr>
        <w:tc>
          <w:tcPr>
            <w:tcW w:w="9340" w:type="dxa"/>
            <w:gridSpan w:val="5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left w:w="0" w:type="dxa"/>
              <w:right w:w="0" w:type="dxa"/>
            </w:tcMar>
          </w:tcPr>
          <w:tbl>
            <w:tblPr>
              <w:tblW w:w="0" w:type="auto"/>
              <w:tblInd w:w="35" w:type="dxa"/>
              <w:tblLayout w:type="fixed"/>
              <w:tblLook w:val="04A0" w:firstRow="1" w:lastRow="0" w:firstColumn="1" w:lastColumn="0" w:noHBand="0" w:noVBand="1"/>
            </w:tblPr>
            <w:tblGrid>
              <w:gridCol w:w="6780"/>
            </w:tblGrid>
            <w:tr w:rsidR="00172FDA" w:rsidRPr="00172FDA" w14:paraId="31D83096" w14:textId="77777777" w:rsidTr="00555C73">
              <w:trPr>
                <w:trHeight w:hRule="exact" w:val="348"/>
              </w:trPr>
              <w:tc>
                <w:tcPr>
                  <w:tcW w:w="6780" w:type="dxa"/>
                  <w:tcMar>
                    <w:left w:w="0" w:type="dxa"/>
                    <w:right w:w="0" w:type="dxa"/>
                  </w:tcMar>
                </w:tcPr>
                <w:p w14:paraId="2B81E919" w14:textId="77777777" w:rsidR="00172FDA" w:rsidRPr="00172FDA" w:rsidRDefault="00172FDA" w:rsidP="00172FDA">
                  <w:pPr>
                    <w:autoSpaceDE w:val="0"/>
                    <w:autoSpaceDN w:val="0"/>
                    <w:spacing w:after="0" w:line="230" w:lineRule="auto"/>
                    <w:rPr>
                      <w:rFonts w:ascii="Times New Roman" w:eastAsia="MS Mincho" w:hAnsi="Times New Roman" w:cs="Times New Roman"/>
                      <w:kern w:val="0"/>
                      <w:lang w:val="en-US"/>
                      <w14:ligatures w14:val="none"/>
                    </w:rPr>
                  </w:pPr>
                  <w:proofErr w:type="spellStart"/>
                  <w:r w:rsidRPr="00172FDA">
                    <w:rPr>
                      <w:rFonts w:ascii="Times New Roman" w:eastAsia="Times New Roman" w:hAnsi="Times New Roman" w:cs="Times New Roman"/>
                      <w:b/>
                      <w:kern w:val="0"/>
                      <w:lang w:val="en-US"/>
                      <w14:ligatures w14:val="none"/>
                    </w:rPr>
                    <w:t>Acţiunile</w:t>
                  </w:r>
                  <w:proofErr w:type="spellEnd"/>
                  <w:r w:rsidRPr="00172FDA">
                    <w:rPr>
                      <w:rFonts w:ascii="Times New Roman" w:eastAsia="Times New Roman" w:hAnsi="Times New Roman" w:cs="Times New Roman"/>
                      <w:b/>
                      <w:kern w:val="0"/>
                      <w:lang w:val="en-US"/>
                      <w14:ligatures w14:val="none"/>
                    </w:rPr>
                    <w:t xml:space="preserve"> de </w:t>
                  </w:r>
                  <w:proofErr w:type="spellStart"/>
                  <w:r w:rsidRPr="00172FDA">
                    <w:rPr>
                      <w:rFonts w:ascii="Times New Roman" w:eastAsia="Times New Roman" w:hAnsi="Times New Roman" w:cs="Times New Roman"/>
                      <w:b/>
                      <w:kern w:val="0"/>
                      <w:lang w:val="en-US"/>
                      <w14:ligatures w14:val="none"/>
                    </w:rPr>
                    <w:t>caritate</w:t>
                  </w:r>
                  <w:proofErr w:type="spellEnd"/>
                  <w:r w:rsidRPr="00172FDA">
                    <w:rPr>
                      <w:rFonts w:ascii="Times New Roman" w:eastAsia="Times New Roman" w:hAnsi="Times New Roman" w:cs="Times New Roman"/>
                      <w:b/>
                      <w:kern w:val="0"/>
                      <w:lang w:val="en-US"/>
                      <w14:ligatures w14:val="none"/>
                    </w:rPr>
                    <w:t xml:space="preserve"> si </w:t>
                  </w:r>
                  <w:proofErr w:type="spellStart"/>
                  <w:r w:rsidRPr="00172FDA">
                    <w:rPr>
                      <w:rFonts w:ascii="Times New Roman" w:eastAsia="Times New Roman" w:hAnsi="Times New Roman" w:cs="Times New Roman"/>
                      <w:b/>
                      <w:kern w:val="0"/>
                      <w:lang w:val="en-US"/>
                      <w14:ligatures w14:val="none"/>
                    </w:rPr>
                    <w:t>umanitare</w:t>
                  </w:r>
                  <w:proofErr w:type="spellEnd"/>
                  <w:r w:rsidRPr="00172FDA">
                    <w:rPr>
                      <w:rFonts w:ascii="Times New Roman" w:eastAsia="Times New Roman" w:hAnsi="Times New Roman" w:cs="Times New Roman"/>
                      <w:b/>
                      <w:kern w:val="0"/>
                      <w:lang w:val="en-US"/>
                      <w14:ligatures w14:val="none"/>
                    </w:rPr>
                    <w:t xml:space="preserve">  sunt</w:t>
                  </w:r>
                  <w:r w:rsidRPr="00172FDA">
                    <w:rPr>
                      <w:rFonts w:ascii="Times New Roman" w:eastAsia="MS Mincho" w:hAnsi="Times New Roman" w:cs="Times New Roman"/>
                      <w:kern w:val="0"/>
                      <w:lang w:val="en-US"/>
                      <w14:ligatures w14:val="none"/>
                    </w:rPr>
                    <w:t xml:space="preserve">  </w:t>
                  </w:r>
                  <w:proofErr w:type="spellStart"/>
                  <w:r w:rsidRPr="00172FDA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lang w:val="en-US"/>
                      <w14:ligatures w14:val="none"/>
                    </w:rPr>
                    <w:t>scutite</w:t>
                  </w:r>
                  <w:proofErr w:type="spellEnd"/>
                  <w:r w:rsidRPr="00172FDA">
                    <w:rPr>
                      <w:rFonts w:ascii="Times New Roman" w:eastAsia="MS Mincho" w:hAnsi="Times New Roman" w:cs="Times New Roman"/>
                      <w:kern w:val="0"/>
                      <w:lang w:val="en-US"/>
                      <w14:ligatures w14:val="none"/>
                    </w:rPr>
                    <w:t xml:space="preserve"> </w:t>
                  </w:r>
                  <w:r w:rsidRPr="00172FDA">
                    <w:rPr>
                      <w:rFonts w:ascii="Times New Roman" w:eastAsia="Times New Roman" w:hAnsi="Times New Roman" w:cs="Times New Roman"/>
                      <w:b/>
                      <w:kern w:val="0"/>
                      <w:lang w:val="en-US"/>
                      <w14:ligatures w14:val="none"/>
                    </w:rPr>
                    <w:t xml:space="preserve">de </w:t>
                  </w:r>
                  <w:proofErr w:type="spellStart"/>
                  <w:r w:rsidRPr="00172FDA">
                    <w:rPr>
                      <w:rFonts w:ascii="Times New Roman" w:eastAsia="Times New Roman" w:hAnsi="Times New Roman" w:cs="Times New Roman"/>
                      <w:b/>
                      <w:kern w:val="0"/>
                      <w:lang w:val="en-US"/>
                      <w14:ligatures w14:val="none"/>
                    </w:rPr>
                    <w:t>taxe</w:t>
                  </w:r>
                  <w:proofErr w:type="spellEnd"/>
                  <w:r w:rsidRPr="00172FDA">
                    <w:rPr>
                      <w:rFonts w:ascii="Times New Roman" w:eastAsia="Times New Roman" w:hAnsi="Times New Roman" w:cs="Times New Roman"/>
                      <w:b/>
                      <w:kern w:val="0"/>
                      <w:lang w:val="en-US"/>
                      <w14:ligatures w14:val="none"/>
                    </w:rPr>
                    <w:t xml:space="preserve">. </w:t>
                  </w:r>
                </w:p>
              </w:tc>
            </w:tr>
          </w:tbl>
          <w:p w14:paraId="4DCCAF6D" w14:textId="77777777" w:rsidR="00172FDA" w:rsidRPr="00172FDA" w:rsidRDefault="00172FDA" w:rsidP="00172FDA">
            <w:pPr>
              <w:autoSpaceDE w:val="0"/>
              <w:autoSpaceDN w:val="0"/>
              <w:spacing w:after="0" w:line="250" w:lineRule="auto"/>
              <w:ind w:left="80" w:right="24"/>
              <w:jc w:val="both"/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</w:pPr>
            <w:proofErr w:type="spellStart"/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>Acțiunile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>/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>evenimentele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>organizate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 xml:space="preserve"> de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>toate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>instituțiile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>și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>serviciile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>publice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 xml:space="preserve"> de sub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>autoritatea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>municipiului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 xml:space="preserve"> Târgu Mureș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>sau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>în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 xml:space="preserve"> care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>Primăria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 xml:space="preserve"> Târgu Mureș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>este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>partener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 xml:space="preserve">, sunt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>scutite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 xml:space="preserve"> de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>taxă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 xml:space="preserve">. </w:t>
            </w:r>
          </w:p>
          <w:p w14:paraId="4072C6A2" w14:textId="77777777" w:rsidR="00172FDA" w:rsidRPr="00172FDA" w:rsidRDefault="00172FDA" w:rsidP="00172FDA">
            <w:pPr>
              <w:spacing w:after="0" w:line="230" w:lineRule="exact"/>
              <w:jc w:val="right"/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</w:pPr>
          </w:p>
        </w:tc>
      </w:tr>
    </w:tbl>
    <w:p w14:paraId="0A7310B1" w14:textId="77777777" w:rsidR="00172FDA" w:rsidRPr="00172FDA" w:rsidRDefault="00172FDA" w:rsidP="00172FDA">
      <w:pPr>
        <w:autoSpaceDE w:val="0"/>
        <w:autoSpaceDN w:val="0"/>
        <w:spacing w:before="120" w:after="476" w:line="209" w:lineRule="auto"/>
        <w:ind w:left="1225"/>
        <w:contextualSpacing/>
        <w:rPr>
          <w:rFonts w:ascii="Times New Roman" w:eastAsia="Times New Roman" w:hAnsi="Times New Roman" w:cs="Times New Roman"/>
          <w:b/>
          <w:color w:val="000000"/>
          <w:kern w:val="0"/>
          <w:szCs w:val="22"/>
          <w:lang w:val="en-US"/>
          <w14:ligatures w14:val="none"/>
        </w:rPr>
      </w:pPr>
    </w:p>
    <w:p w14:paraId="7B541324" w14:textId="77777777" w:rsidR="00172FDA" w:rsidRPr="00172FDA" w:rsidRDefault="00172FDA" w:rsidP="00172FDA">
      <w:pPr>
        <w:autoSpaceDE w:val="0"/>
        <w:autoSpaceDN w:val="0"/>
        <w:spacing w:before="120" w:after="476" w:line="209" w:lineRule="auto"/>
        <w:ind w:left="1225"/>
        <w:contextualSpacing/>
        <w:rPr>
          <w:rFonts w:ascii="Times New Roman" w:eastAsia="Times New Roman" w:hAnsi="Times New Roman" w:cs="Times New Roman"/>
          <w:b/>
          <w:color w:val="000000"/>
          <w:kern w:val="0"/>
          <w:szCs w:val="22"/>
          <w:lang w:val="en-US"/>
          <w14:ligatures w14:val="none"/>
        </w:rPr>
      </w:pPr>
    </w:p>
    <w:p w14:paraId="636F38CC" w14:textId="107C0605" w:rsidR="00172FDA" w:rsidRPr="00172FDA" w:rsidRDefault="00172FDA" w:rsidP="00172FDA">
      <w:pPr>
        <w:autoSpaceDE w:val="0"/>
        <w:autoSpaceDN w:val="0"/>
        <w:spacing w:before="240" w:after="360" w:line="240" w:lineRule="auto"/>
        <w:ind w:left="1247" w:right="510" w:firstLine="170"/>
        <w:contextualSpacing/>
        <w:rPr>
          <w:rFonts w:ascii="Cambria" w:eastAsia="MS Mincho" w:hAnsi="Cambria" w:cs="Times New Roman"/>
          <w:kern w:val="0"/>
          <w:sz w:val="22"/>
          <w:szCs w:val="22"/>
          <w:lang w:val="en-US"/>
          <w14:ligatures w14:val="none"/>
        </w:rPr>
      </w:pPr>
      <w:r>
        <w:rPr>
          <w:rFonts w:ascii="Times New Roman" w:eastAsia="Times New Roman" w:hAnsi="Times New Roman" w:cs="Times New Roman"/>
          <w:b/>
          <w:color w:val="000000"/>
          <w:kern w:val="0"/>
          <w:szCs w:val="22"/>
          <w:lang w:val="en-US"/>
          <w14:ligatures w14:val="none"/>
        </w:rPr>
        <w:t>CENTRUL CULTURAL MIHAI EMINESCU</w:t>
      </w:r>
    </w:p>
    <w:tbl>
      <w:tblPr>
        <w:tblW w:w="0" w:type="auto"/>
        <w:tblInd w:w="1140" w:type="dxa"/>
        <w:tblLayout w:type="fixed"/>
        <w:tblLook w:val="04A0" w:firstRow="1" w:lastRow="0" w:firstColumn="1" w:lastColumn="0" w:noHBand="0" w:noVBand="1"/>
      </w:tblPr>
      <w:tblGrid>
        <w:gridCol w:w="562"/>
        <w:gridCol w:w="4966"/>
        <w:gridCol w:w="1596"/>
        <w:gridCol w:w="1106"/>
        <w:gridCol w:w="1110"/>
      </w:tblGrid>
      <w:tr w:rsidR="00172FDA" w:rsidRPr="00172FDA" w14:paraId="471F575B" w14:textId="77777777" w:rsidTr="00555C73">
        <w:trPr>
          <w:trHeight w:hRule="exact" w:val="464"/>
        </w:trPr>
        <w:tc>
          <w:tcPr>
            <w:tcW w:w="562" w:type="dxa"/>
            <w:vMerge w:val="restart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left w:w="0" w:type="dxa"/>
              <w:right w:w="0" w:type="dxa"/>
            </w:tcMar>
          </w:tcPr>
          <w:p w14:paraId="3CE2D987" w14:textId="77777777" w:rsidR="00172FDA" w:rsidRPr="00172FDA" w:rsidRDefault="00172FDA" w:rsidP="00172FDA">
            <w:pPr>
              <w:autoSpaceDE w:val="0"/>
              <w:autoSpaceDN w:val="0"/>
              <w:spacing w:after="0" w:line="319" w:lineRule="auto"/>
              <w:jc w:val="center"/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val="en-US"/>
                <w14:ligatures w14:val="none"/>
              </w:rPr>
              <w:t xml:space="preserve">Nr.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val="en-US"/>
                <w14:ligatures w14:val="none"/>
              </w:rPr>
              <w:t>crt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val="en-US"/>
                <w14:ligatures w14:val="none"/>
              </w:rPr>
              <w:t>.</w:t>
            </w:r>
          </w:p>
        </w:tc>
        <w:tc>
          <w:tcPr>
            <w:tcW w:w="4966" w:type="dxa"/>
            <w:vMerge w:val="restart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left w:w="0" w:type="dxa"/>
              <w:right w:w="0" w:type="dxa"/>
            </w:tcMar>
          </w:tcPr>
          <w:p w14:paraId="65BFEDB4" w14:textId="77777777" w:rsidR="00172FDA" w:rsidRPr="00172FDA" w:rsidRDefault="00172FDA" w:rsidP="00172FDA">
            <w:pPr>
              <w:autoSpaceDE w:val="0"/>
              <w:autoSpaceDN w:val="0"/>
              <w:spacing w:after="0" w:line="230" w:lineRule="auto"/>
              <w:jc w:val="center"/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</w:pPr>
            <w:proofErr w:type="spellStart"/>
            <w:r w:rsidRPr="00172FDA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val="en-US"/>
                <w14:ligatures w14:val="none"/>
              </w:rPr>
              <w:t>Servicii</w:t>
            </w:r>
            <w:proofErr w:type="spellEnd"/>
          </w:p>
        </w:tc>
        <w:tc>
          <w:tcPr>
            <w:tcW w:w="1596" w:type="dxa"/>
            <w:vMerge w:val="restart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left w:w="0" w:type="dxa"/>
              <w:right w:w="0" w:type="dxa"/>
            </w:tcMar>
          </w:tcPr>
          <w:p w14:paraId="0F0EEE2E" w14:textId="77777777" w:rsidR="00172FDA" w:rsidRPr="00172FDA" w:rsidRDefault="00172FDA" w:rsidP="00172FDA">
            <w:pPr>
              <w:autoSpaceDE w:val="0"/>
              <w:autoSpaceDN w:val="0"/>
              <w:spacing w:after="0" w:line="230" w:lineRule="auto"/>
              <w:jc w:val="center"/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</w:pPr>
            <w:proofErr w:type="spellStart"/>
            <w:r w:rsidRPr="00172FDA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val="en-US"/>
                <w14:ligatures w14:val="none"/>
              </w:rPr>
              <w:t>U.m.</w:t>
            </w:r>
            <w:proofErr w:type="spellEnd"/>
          </w:p>
        </w:tc>
        <w:tc>
          <w:tcPr>
            <w:tcW w:w="2216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left w:w="0" w:type="dxa"/>
              <w:right w:w="0" w:type="dxa"/>
            </w:tcMar>
          </w:tcPr>
          <w:p w14:paraId="4AD421BE" w14:textId="77777777" w:rsidR="00172FDA" w:rsidRPr="00172FDA" w:rsidRDefault="00172FDA" w:rsidP="00172FDA">
            <w:pPr>
              <w:autoSpaceDE w:val="0"/>
              <w:autoSpaceDN w:val="0"/>
              <w:spacing w:after="0" w:line="230" w:lineRule="auto"/>
              <w:jc w:val="center"/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</w:pPr>
            <w:proofErr w:type="spellStart"/>
            <w:r w:rsidRPr="00172FDA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val="en-US"/>
                <w14:ligatures w14:val="none"/>
              </w:rPr>
              <w:t>Taxă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val="en-US"/>
                <w14:ligatures w14:val="none"/>
              </w:rPr>
              <w:t xml:space="preserve"> lei</w:t>
            </w:r>
          </w:p>
        </w:tc>
      </w:tr>
      <w:tr w:rsidR="00172FDA" w:rsidRPr="00172FDA" w14:paraId="3CB17447" w14:textId="77777777" w:rsidTr="00555C73">
        <w:trPr>
          <w:trHeight w:hRule="exact" w:val="466"/>
        </w:trPr>
        <w:tc>
          <w:tcPr>
            <w:tcW w:w="1804" w:type="dxa"/>
            <w:vMerge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18671607" w14:textId="77777777" w:rsidR="00172FDA" w:rsidRPr="00172FDA" w:rsidRDefault="00172FDA" w:rsidP="00172FDA">
            <w:pPr>
              <w:spacing w:after="200" w:line="276" w:lineRule="auto"/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</w:pPr>
          </w:p>
        </w:tc>
        <w:tc>
          <w:tcPr>
            <w:tcW w:w="1804" w:type="dxa"/>
            <w:vMerge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45C4C776" w14:textId="77777777" w:rsidR="00172FDA" w:rsidRPr="00172FDA" w:rsidRDefault="00172FDA" w:rsidP="00172FDA">
            <w:pPr>
              <w:spacing w:after="200" w:line="276" w:lineRule="auto"/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</w:pPr>
          </w:p>
        </w:tc>
        <w:tc>
          <w:tcPr>
            <w:tcW w:w="1804" w:type="dxa"/>
            <w:vMerge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2924C732" w14:textId="77777777" w:rsidR="00172FDA" w:rsidRPr="00172FDA" w:rsidRDefault="00172FDA" w:rsidP="00172FDA">
            <w:pPr>
              <w:spacing w:after="200" w:line="276" w:lineRule="auto"/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</w:pPr>
          </w:p>
        </w:tc>
        <w:tc>
          <w:tcPr>
            <w:tcW w:w="11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left w:w="0" w:type="dxa"/>
              <w:right w:w="0" w:type="dxa"/>
            </w:tcMar>
          </w:tcPr>
          <w:p w14:paraId="02FA8E07" w14:textId="77777777" w:rsidR="00172FDA" w:rsidRPr="00172FDA" w:rsidRDefault="00172FDA" w:rsidP="00172FDA">
            <w:pPr>
              <w:autoSpaceDE w:val="0"/>
              <w:autoSpaceDN w:val="0"/>
              <w:spacing w:after="0" w:line="230" w:lineRule="auto"/>
              <w:jc w:val="center"/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val="en-US"/>
                <w14:ligatures w14:val="none"/>
              </w:rPr>
              <w:t>2026</w:t>
            </w:r>
          </w:p>
        </w:tc>
        <w:tc>
          <w:tcPr>
            <w:tcW w:w="111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left w:w="0" w:type="dxa"/>
              <w:right w:w="0" w:type="dxa"/>
            </w:tcMar>
          </w:tcPr>
          <w:p w14:paraId="6127533F" w14:textId="77777777" w:rsidR="00172FDA" w:rsidRPr="00172FDA" w:rsidRDefault="00172FDA" w:rsidP="00172FDA">
            <w:pPr>
              <w:autoSpaceDE w:val="0"/>
              <w:autoSpaceDN w:val="0"/>
              <w:spacing w:after="0" w:line="230" w:lineRule="auto"/>
              <w:jc w:val="center"/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val="en-US"/>
                <w14:ligatures w14:val="none"/>
              </w:rPr>
              <w:t>2027</w:t>
            </w:r>
          </w:p>
        </w:tc>
      </w:tr>
      <w:tr w:rsidR="00172FDA" w:rsidRPr="00172FDA" w14:paraId="495F67B6" w14:textId="77777777" w:rsidTr="00555C73">
        <w:trPr>
          <w:trHeight w:hRule="exact" w:val="460"/>
        </w:trPr>
        <w:tc>
          <w:tcPr>
            <w:tcW w:w="56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left w:w="0" w:type="dxa"/>
              <w:right w:w="0" w:type="dxa"/>
            </w:tcMar>
          </w:tcPr>
          <w:p w14:paraId="7EC690D8" w14:textId="77777777" w:rsidR="00172FDA" w:rsidRPr="00172FDA" w:rsidRDefault="00172FDA" w:rsidP="00172FDA">
            <w:pPr>
              <w:spacing w:after="200" w:line="276" w:lineRule="auto"/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</w:pPr>
          </w:p>
        </w:tc>
        <w:tc>
          <w:tcPr>
            <w:tcW w:w="8778" w:type="dxa"/>
            <w:gridSpan w:val="4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left w:w="0" w:type="dxa"/>
              <w:right w:w="0" w:type="dxa"/>
            </w:tcMar>
          </w:tcPr>
          <w:p w14:paraId="22AFB27F" w14:textId="77777777" w:rsidR="00172FDA" w:rsidRPr="00172FDA" w:rsidRDefault="00172FDA" w:rsidP="00172FDA">
            <w:pPr>
              <w:autoSpaceDE w:val="0"/>
              <w:autoSpaceDN w:val="0"/>
              <w:spacing w:after="0" w:line="230" w:lineRule="auto"/>
              <w:jc w:val="center"/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</w:pPr>
            <w:proofErr w:type="spellStart"/>
            <w:r w:rsidRPr="00172FDA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val="en-US"/>
                <w14:ligatures w14:val="none"/>
              </w:rPr>
              <w:t>Centrul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val="en-US"/>
                <w14:ligatures w14:val="none"/>
              </w:rPr>
              <w:t xml:space="preserve"> Cultural Mihai Eminescu</w:t>
            </w:r>
          </w:p>
        </w:tc>
      </w:tr>
      <w:tr w:rsidR="00172FDA" w:rsidRPr="00172FDA" w14:paraId="38D5D91B" w14:textId="77777777" w:rsidTr="00555C73">
        <w:trPr>
          <w:trHeight w:hRule="exact" w:val="440"/>
        </w:trPr>
        <w:tc>
          <w:tcPr>
            <w:tcW w:w="56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left w:w="0" w:type="dxa"/>
              <w:right w:w="0" w:type="dxa"/>
            </w:tcMar>
          </w:tcPr>
          <w:p w14:paraId="6C1A8615" w14:textId="77777777" w:rsidR="00172FDA" w:rsidRPr="00172FDA" w:rsidRDefault="00172FDA" w:rsidP="00172FDA">
            <w:pPr>
              <w:autoSpaceDE w:val="0"/>
              <w:autoSpaceDN w:val="0"/>
              <w:spacing w:after="0" w:line="230" w:lineRule="auto"/>
              <w:ind w:left="80"/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1</w:t>
            </w:r>
          </w:p>
        </w:tc>
        <w:tc>
          <w:tcPr>
            <w:tcW w:w="496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left w:w="0" w:type="dxa"/>
              <w:right w:w="0" w:type="dxa"/>
            </w:tcMar>
          </w:tcPr>
          <w:p w14:paraId="5096D315" w14:textId="77777777" w:rsidR="00172FDA" w:rsidRPr="00172FDA" w:rsidRDefault="00172FDA" w:rsidP="00172FDA">
            <w:pPr>
              <w:autoSpaceDE w:val="0"/>
              <w:autoSpaceDN w:val="0"/>
              <w:spacing w:after="0" w:line="230" w:lineRule="auto"/>
              <w:ind w:left="80"/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</w:pPr>
            <w:proofErr w:type="spellStart"/>
            <w:r w:rsidRPr="00172FDA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Taxă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chirie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sală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 xml:space="preserve"> mare (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fără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bilete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)</w:t>
            </w:r>
          </w:p>
        </w:tc>
        <w:tc>
          <w:tcPr>
            <w:tcW w:w="15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left w:w="0" w:type="dxa"/>
              <w:right w:w="0" w:type="dxa"/>
            </w:tcMar>
          </w:tcPr>
          <w:p w14:paraId="452CA56B" w14:textId="77777777" w:rsidR="00172FDA" w:rsidRPr="00172FDA" w:rsidRDefault="00172FDA" w:rsidP="00172FDA">
            <w:pPr>
              <w:autoSpaceDE w:val="0"/>
              <w:autoSpaceDN w:val="0"/>
              <w:spacing w:after="0" w:line="230" w:lineRule="auto"/>
              <w:ind w:left="80"/>
              <w:jc w:val="center"/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Lei/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oră</w:t>
            </w:r>
            <w:proofErr w:type="spellEnd"/>
          </w:p>
        </w:tc>
        <w:tc>
          <w:tcPr>
            <w:tcW w:w="11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left w:w="0" w:type="dxa"/>
              <w:right w:w="0" w:type="dxa"/>
            </w:tcMar>
          </w:tcPr>
          <w:p w14:paraId="5CD2DD13" w14:textId="77777777" w:rsidR="00172FDA" w:rsidRPr="00172FDA" w:rsidRDefault="00172FDA" w:rsidP="00172FDA">
            <w:pPr>
              <w:autoSpaceDE w:val="0"/>
              <w:autoSpaceDN w:val="0"/>
              <w:spacing w:after="0" w:line="230" w:lineRule="auto"/>
              <w:ind w:right="78"/>
              <w:jc w:val="right"/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550,00</w:t>
            </w:r>
          </w:p>
        </w:tc>
        <w:tc>
          <w:tcPr>
            <w:tcW w:w="111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left w:w="0" w:type="dxa"/>
              <w:right w:w="0" w:type="dxa"/>
            </w:tcMar>
          </w:tcPr>
          <w:p w14:paraId="20780EA0" w14:textId="77777777" w:rsidR="00172FDA" w:rsidRPr="00172FDA" w:rsidRDefault="00172FDA" w:rsidP="00172FDA">
            <w:pPr>
              <w:autoSpaceDE w:val="0"/>
              <w:autoSpaceDN w:val="0"/>
              <w:spacing w:after="0" w:line="230" w:lineRule="auto"/>
              <w:ind w:right="82"/>
              <w:jc w:val="right"/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600,00</w:t>
            </w:r>
          </w:p>
        </w:tc>
      </w:tr>
    </w:tbl>
    <w:p w14:paraId="7EF6B77F" w14:textId="77777777" w:rsidR="00172FDA" w:rsidRPr="00172FDA" w:rsidRDefault="00172FDA" w:rsidP="00172FDA">
      <w:pPr>
        <w:autoSpaceDE w:val="0"/>
        <w:autoSpaceDN w:val="0"/>
        <w:spacing w:after="0" w:line="14" w:lineRule="exact"/>
        <w:rPr>
          <w:rFonts w:ascii="Times New Roman" w:eastAsia="MS Mincho" w:hAnsi="Times New Roman" w:cs="Times New Roman"/>
          <w:kern w:val="0"/>
          <w:lang w:val="en-US"/>
          <w14:ligatures w14:val="none"/>
        </w:rPr>
      </w:pPr>
    </w:p>
    <w:p w14:paraId="59EA8968" w14:textId="77777777" w:rsidR="00172FDA" w:rsidRPr="00172FDA" w:rsidRDefault="00172FDA" w:rsidP="00172FDA">
      <w:pPr>
        <w:spacing w:after="200" w:line="276" w:lineRule="auto"/>
        <w:rPr>
          <w:rFonts w:ascii="Times New Roman" w:eastAsia="MS Mincho" w:hAnsi="Times New Roman" w:cs="Times New Roman"/>
          <w:kern w:val="0"/>
          <w:lang w:val="en-US"/>
          <w14:ligatures w14:val="none"/>
        </w:rPr>
        <w:sectPr w:rsidR="00172FDA" w:rsidRPr="00172FDA" w:rsidSect="00172FDA">
          <w:pgSz w:w="11900" w:h="16840"/>
          <w:pgMar w:top="0" w:right="0" w:bottom="0" w:left="0" w:header="720" w:footer="720" w:gutter="0"/>
          <w:cols w:space="720"/>
          <w:docGrid w:linePitch="360"/>
        </w:sectPr>
      </w:pPr>
    </w:p>
    <w:p w14:paraId="15A647CE" w14:textId="77777777" w:rsidR="00172FDA" w:rsidRPr="00172FDA" w:rsidRDefault="00172FDA" w:rsidP="00172FDA">
      <w:pPr>
        <w:autoSpaceDE w:val="0"/>
        <w:autoSpaceDN w:val="0"/>
        <w:spacing w:after="0" w:line="424" w:lineRule="exact"/>
        <w:rPr>
          <w:rFonts w:ascii="Times New Roman" w:eastAsia="MS Mincho" w:hAnsi="Times New Roman" w:cs="Times New Roman"/>
          <w:kern w:val="0"/>
          <w:lang w:val="en-US"/>
          <w14:ligatures w14:val="none"/>
        </w:rPr>
      </w:pPr>
    </w:p>
    <w:tbl>
      <w:tblPr>
        <w:tblW w:w="0" w:type="auto"/>
        <w:tblInd w:w="1140" w:type="dxa"/>
        <w:tblLayout w:type="fixed"/>
        <w:tblLook w:val="04A0" w:firstRow="1" w:lastRow="0" w:firstColumn="1" w:lastColumn="0" w:noHBand="0" w:noVBand="1"/>
      </w:tblPr>
      <w:tblGrid>
        <w:gridCol w:w="562"/>
        <w:gridCol w:w="4966"/>
        <w:gridCol w:w="1596"/>
        <w:gridCol w:w="1106"/>
        <w:gridCol w:w="1110"/>
      </w:tblGrid>
      <w:tr w:rsidR="00172FDA" w:rsidRPr="00172FDA" w14:paraId="18689BF9" w14:textId="77777777" w:rsidTr="00555C73">
        <w:trPr>
          <w:trHeight w:hRule="exact" w:val="2262"/>
        </w:trPr>
        <w:tc>
          <w:tcPr>
            <w:tcW w:w="9340" w:type="dxa"/>
            <w:gridSpan w:val="5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left w:w="0" w:type="dxa"/>
              <w:right w:w="0" w:type="dxa"/>
            </w:tcMar>
          </w:tcPr>
          <w:p w14:paraId="271D6854" w14:textId="77777777" w:rsidR="00172FDA" w:rsidRPr="00172FDA" w:rsidRDefault="00172FDA" w:rsidP="00172FDA">
            <w:pPr>
              <w:autoSpaceDE w:val="0"/>
              <w:autoSpaceDN w:val="0"/>
              <w:spacing w:after="0" w:line="245" w:lineRule="auto"/>
              <w:ind w:left="80" w:right="432"/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</w:pPr>
            <w:proofErr w:type="spellStart"/>
            <w:r w:rsidRPr="00172FDA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val="en-US"/>
                <w14:ligatures w14:val="none"/>
              </w:rPr>
              <w:t>Pentru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val="en-US"/>
                <w14:ligatures w14:val="none"/>
              </w:rPr>
              <w:t>spectacolele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val="en-US"/>
                <w14:ligatures w14:val="none"/>
              </w:rPr>
              <w:t xml:space="preserve">, cu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val="en-US"/>
                <w14:ligatures w14:val="none"/>
              </w:rPr>
              <w:t>biletele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val="en-US"/>
                <w14:ligatures w14:val="none"/>
              </w:rPr>
              <w:t>organizatorilor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val="en-US"/>
                <w14:ligatures w14:val="none"/>
              </w:rPr>
              <w:t xml:space="preserve">, 5% din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val="en-US"/>
                <w14:ligatures w14:val="none"/>
              </w:rPr>
              <w:t>valoarea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val="en-US"/>
                <w14:ligatures w14:val="none"/>
              </w:rPr>
              <w:t>încasărilor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val="en-US"/>
                <w14:ligatures w14:val="none"/>
              </w:rPr>
              <w:t xml:space="preserve">,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val="en-US"/>
                <w14:ligatures w14:val="none"/>
              </w:rPr>
              <w:t>dar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val="en-US"/>
                <w14:ligatures w14:val="none"/>
              </w:rPr>
              <w:t xml:space="preserve"> nu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val="en-US"/>
                <w14:ligatures w14:val="none"/>
              </w:rPr>
              <w:t>mai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val="en-US"/>
                <w14:ligatures w14:val="none"/>
              </w:rPr>
              <w:t>puțin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val="en-US"/>
                <w14:ligatures w14:val="none"/>
              </w:rPr>
              <w:t xml:space="preserve"> de 1000 lei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val="en-US"/>
                <w14:ligatures w14:val="none"/>
              </w:rPr>
              <w:t>pentru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val="en-US"/>
                <w14:ligatures w14:val="none"/>
              </w:rPr>
              <w:t xml:space="preserve"> o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val="en-US"/>
                <w14:ligatures w14:val="none"/>
              </w:rPr>
              <w:t>reprezentație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val="en-US"/>
                <w14:ligatures w14:val="none"/>
              </w:rPr>
              <w:t xml:space="preserve"> de 2 ore.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val="en-US"/>
                <w14:ligatures w14:val="none"/>
              </w:rPr>
              <w:t>Acțiunile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val="en-US"/>
                <w14:ligatures w14:val="none"/>
              </w:rPr>
              <w:t xml:space="preserve"> de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val="en-US"/>
                <w14:ligatures w14:val="none"/>
              </w:rPr>
              <w:t>caritate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val="en-US"/>
                <w14:ligatures w14:val="none"/>
              </w:rPr>
              <w:t>și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val="en-US"/>
                <w14:ligatures w14:val="none"/>
              </w:rPr>
              <w:t>umanitare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val="en-US"/>
                <w14:ligatures w14:val="none"/>
              </w:rPr>
              <w:t xml:space="preserve"> sunt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val="en-US"/>
                <w14:ligatures w14:val="none"/>
              </w:rPr>
              <w:t>scutite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val="en-US"/>
                <w14:ligatures w14:val="none"/>
              </w:rPr>
              <w:t xml:space="preserve"> de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val="en-US"/>
                <w14:ligatures w14:val="none"/>
              </w:rPr>
              <w:t>taxe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val="en-US"/>
                <w14:ligatures w14:val="none"/>
              </w:rPr>
              <w:t>.</w:t>
            </w:r>
          </w:p>
          <w:p w14:paraId="2E3824BA" w14:textId="77777777" w:rsidR="00172FDA" w:rsidRPr="00172FDA" w:rsidRDefault="00172FDA" w:rsidP="00172FDA">
            <w:pPr>
              <w:autoSpaceDE w:val="0"/>
              <w:autoSpaceDN w:val="0"/>
              <w:spacing w:after="0" w:line="245" w:lineRule="auto"/>
              <w:ind w:left="80" w:right="218"/>
              <w:jc w:val="both"/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</w:pPr>
            <w:proofErr w:type="spellStart"/>
            <w:r w:rsidRPr="00172FDA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val="en-US"/>
                <w14:ligatures w14:val="none"/>
              </w:rPr>
              <w:t>Acțiunile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val="en-US"/>
                <w14:ligatures w14:val="none"/>
              </w:rPr>
              <w:t>/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val="en-US"/>
                <w14:ligatures w14:val="none"/>
              </w:rPr>
              <w:t>evenimentele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val="en-US"/>
                <w14:ligatures w14:val="none"/>
              </w:rPr>
              <w:t>organizate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val="en-US"/>
                <w14:ligatures w14:val="none"/>
              </w:rPr>
              <w:t xml:space="preserve"> de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val="en-US"/>
                <w14:ligatures w14:val="none"/>
              </w:rPr>
              <w:t>toate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val="en-US"/>
                <w14:ligatures w14:val="none"/>
              </w:rPr>
              <w:t>instituțiile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val="en-US"/>
                <w14:ligatures w14:val="none"/>
              </w:rPr>
              <w:t>și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val="en-US"/>
                <w14:ligatures w14:val="none"/>
              </w:rPr>
              <w:t>serviciile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val="en-US"/>
                <w14:ligatures w14:val="none"/>
              </w:rPr>
              <w:t>publice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val="en-US"/>
                <w14:ligatures w14:val="none"/>
              </w:rPr>
              <w:t xml:space="preserve"> de sub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val="en-US"/>
                <w14:ligatures w14:val="none"/>
              </w:rPr>
              <w:t>autoritatea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val="en-US"/>
                <w14:ligatures w14:val="none"/>
              </w:rPr>
              <w:t>Municipiului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val="en-US"/>
                <w14:ligatures w14:val="none"/>
              </w:rPr>
              <w:t xml:space="preserve"> Târgu Mureș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val="en-US"/>
                <w14:ligatures w14:val="none"/>
              </w:rPr>
              <w:t>sau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val="en-US"/>
                <w14:ligatures w14:val="none"/>
              </w:rPr>
              <w:t>în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val="en-US"/>
                <w14:ligatures w14:val="none"/>
              </w:rPr>
              <w:t xml:space="preserve"> care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val="en-US"/>
                <w14:ligatures w14:val="none"/>
              </w:rPr>
              <w:t>Primăria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val="en-US"/>
                <w14:ligatures w14:val="none"/>
              </w:rPr>
              <w:t xml:space="preserve"> Târgu Mureș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val="en-US"/>
                <w14:ligatures w14:val="none"/>
              </w:rPr>
              <w:t>este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val="en-US"/>
                <w14:ligatures w14:val="none"/>
              </w:rPr>
              <w:t>partener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val="en-US"/>
                <w14:ligatures w14:val="none"/>
              </w:rPr>
              <w:t xml:space="preserve">, sunt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val="en-US"/>
                <w14:ligatures w14:val="none"/>
              </w:rPr>
              <w:t>scutite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val="en-US"/>
                <w14:ligatures w14:val="none"/>
              </w:rPr>
              <w:t xml:space="preserve"> de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val="en-US"/>
                <w14:ligatures w14:val="none"/>
              </w:rPr>
              <w:t>taxă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val="en-US"/>
                <w14:ligatures w14:val="none"/>
              </w:rPr>
              <w:t>.</w:t>
            </w:r>
          </w:p>
          <w:p w14:paraId="3AE5AE9D" w14:textId="77777777" w:rsidR="00172FDA" w:rsidRPr="00172FDA" w:rsidRDefault="00172FDA" w:rsidP="00172FDA">
            <w:pPr>
              <w:autoSpaceDE w:val="0"/>
              <w:autoSpaceDN w:val="0"/>
              <w:spacing w:after="0" w:line="245" w:lineRule="auto"/>
              <w:ind w:left="80" w:right="432"/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</w:pPr>
            <w:proofErr w:type="spellStart"/>
            <w:r w:rsidRPr="00172FDA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val="en-US"/>
                <w14:ligatures w14:val="none"/>
              </w:rPr>
              <w:t>Pentru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val="en-US"/>
                <w14:ligatures w14:val="none"/>
              </w:rPr>
              <w:t>spectacole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val="en-US"/>
                <w14:ligatures w14:val="none"/>
              </w:rPr>
              <w:t>organizate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val="en-US"/>
                <w14:ligatures w14:val="none"/>
              </w:rPr>
              <w:t xml:space="preserve"> de ONG-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val="en-US"/>
                <w14:ligatures w14:val="none"/>
              </w:rPr>
              <w:t>uri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val="en-US"/>
                <w14:ligatures w14:val="none"/>
              </w:rPr>
              <w:t xml:space="preserve">,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val="en-US"/>
                <w14:ligatures w14:val="none"/>
              </w:rPr>
              <w:t>instituții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val="en-US"/>
                <w14:ligatures w14:val="none"/>
              </w:rPr>
              <w:t>și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val="en-US"/>
                <w14:ligatures w14:val="none"/>
              </w:rPr>
              <w:t>partide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val="en-US"/>
                <w14:ligatures w14:val="none"/>
              </w:rPr>
              <w:t>politice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val="en-US"/>
                <w14:ligatures w14:val="none"/>
              </w:rPr>
              <w:t>tarifele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val="en-US"/>
                <w14:ligatures w14:val="none"/>
              </w:rPr>
              <w:t xml:space="preserve"> se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val="en-US"/>
                <w14:ligatures w14:val="none"/>
              </w:rPr>
              <w:t>reduc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val="en-US"/>
                <w14:ligatures w14:val="none"/>
              </w:rPr>
              <w:t xml:space="preserve"> cu 60%.</w:t>
            </w:r>
          </w:p>
        </w:tc>
      </w:tr>
      <w:tr w:rsidR="00172FDA" w:rsidRPr="00172FDA" w14:paraId="515239A1" w14:textId="77777777" w:rsidTr="00555C73">
        <w:trPr>
          <w:trHeight w:hRule="exact" w:val="460"/>
        </w:trPr>
        <w:tc>
          <w:tcPr>
            <w:tcW w:w="56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left w:w="0" w:type="dxa"/>
              <w:right w:w="0" w:type="dxa"/>
            </w:tcMar>
          </w:tcPr>
          <w:p w14:paraId="00345842" w14:textId="77777777" w:rsidR="00172FDA" w:rsidRPr="00172FDA" w:rsidRDefault="00172FDA" w:rsidP="00172FDA">
            <w:pPr>
              <w:autoSpaceDE w:val="0"/>
              <w:autoSpaceDN w:val="0"/>
              <w:spacing w:after="0" w:line="230" w:lineRule="auto"/>
              <w:ind w:left="80"/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2</w:t>
            </w:r>
          </w:p>
        </w:tc>
        <w:tc>
          <w:tcPr>
            <w:tcW w:w="496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left w:w="0" w:type="dxa"/>
              <w:right w:w="0" w:type="dxa"/>
            </w:tcMar>
          </w:tcPr>
          <w:p w14:paraId="732A8350" w14:textId="77777777" w:rsidR="00172FDA" w:rsidRPr="00172FDA" w:rsidRDefault="00172FDA" w:rsidP="00172FDA">
            <w:pPr>
              <w:autoSpaceDE w:val="0"/>
              <w:autoSpaceDN w:val="0"/>
              <w:spacing w:after="0" w:line="230" w:lineRule="auto"/>
              <w:ind w:left="80"/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</w:pPr>
            <w:proofErr w:type="spellStart"/>
            <w:r w:rsidRPr="00172FDA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Taxă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chirie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sală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mică</w:t>
            </w:r>
            <w:proofErr w:type="spellEnd"/>
          </w:p>
        </w:tc>
        <w:tc>
          <w:tcPr>
            <w:tcW w:w="15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left w:w="0" w:type="dxa"/>
              <w:right w:w="0" w:type="dxa"/>
            </w:tcMar>
          </w:tcPr>
          <w:p w14:paraId="40FC7BC4" w14:textId="77777777" w:rsidR="00172FDA" w:rsidRPr="00172FDA" w:rsidRDefault="00172FDA" w:rsidP="00172FDA">
            <w:pPr>
              <w:autoSpaceDE w:val="0"/>
              <w:autoSpaceDN w:val="0"/>
              <w:spacing w:after="0" w:line="230" w:lineRule="auto"/>
              <w:ind w:left="80"/>
              <w:jc w:val="center"/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Lei/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oră</w:t>
            </w:r>
            <w:proofErr w:type="spellEnd"/>
          </w:p>
        </w:tc>
        <w:tc>
          <w:tcPr>
            <w:tcW w:w="11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left w:w="0" w:type="dxa"/>
              <w:right w:w="0" w:type="dxa"/>
            </w:tcMar>
          </w:tcPr>
          <w:p w14:paraId="3124DF0D" w14:textId="77777777" w:rsidR="00172FDA" w:rsidRPr="00172FDA" w:rsidRDefault="00172FDA" w:rsidP="00172FDA">
            <w:pPr>
              <w:autoSpaceDE w:val="0"/>
              <w:autoSpaceDN w:val="0"/>
              <w:spacing w:after="0" w:line="230" w:lineRule="auto"/>
              <w:ind w:right="78"/>
              <w:jc w:val="right"/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80,00</w:t>
            </w:r>
          </w:p>
        </w:tc>
        <w:tc>
          <w:tcPr>
            <w:tcW w:w="111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left w:w="0" w:type="dxa"/>
              <w:right w:w="0" w:type="dxa"/>
            </w:tcMar>
          </w:tcPr>
          <w:p w14:paraId="6E8DCF2F" w14:textId="77777777" w:rsidR="00172FDA" w:rsidRPr="00172FDA" w:rsidRDefault="00172FDA" w:rsidP="00172FDA">
            <w:pPr>
              <w:autoSpaceDE w:val="0"/>
              <w:autoSpaceDN w:val="0"/>
              <w:spacing w:after="0" w:line="230" w:lineRule="auto"/>
              <w:ind w:right="82"/>
              <w:jc w:val="right"/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90,00</w:t>
            </w:r>
          </w:p>
        </w:tc>
      </w:tr>
      <w:tr w:rsidR="00172FDA" w:rsidRPr="00172FDA" w14:paraId="57BD4640" w14:textId="77777777" w:rsidTr="00555C73">
        <w:trPr>
          <w:trHeight w:hRule="exact" w:val="460"/>
        </w:trPr>
        <w:tc>
          <w:tcPr>
            <w:tcW w:w="56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left w:w="0" w:type="dxa"/>
              <w:right w:w="0" w:type="dxa"/>
            </w:tcMar>
          </w:tcPr>
          <w:p w14:paraId="5A79C38F" w14:textId="77777777" w:rsidR="00172FDA" w:rsidRPr="00172FDA" w:rsidRDefault="00172FDA" w:rsidP="00172FDA">
            <w:pPr>
              <w:autoSpaceDE w:val="0"/>
              <w:autoSpaceDN w:val="0"/>
              <w:spacing w:after="0" w:line="230" w:lineRule="auto"/>
              <w:ind w:left="80"/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3</w:t>
            </w:r>
          </w:p>
        </w:tc>
        <w:tc>
          <w:tcPr>
            <w:tcW w:w="496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left w:w="0" w:type="dxa"/>
              <w:right w:w="0" w:type="dxa"/>
            </w:tcMar>
          </w:tcPr>
          <w:p w14:paraId="0C501846" w14:textId="77777777" w:rsidR="00172FDA" w:rsidRPr="00172FDA" w:rsidRDefault="00172FDA" w:rsidP="00172FDA">
            <w:pPr>
              <w:autoSpaceDE w:val="0"/>
              <w:autoSpaceDN w:val="0"/>
              <w:spacing w:after="0" w:line="230" w:lineRule="auto"/>
              <w:ind w:left="80"/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</w:pPr>
            <w:proofErr w:type="spellStart"/>
            <w:r w:rsidRPr="00172FDA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Taxă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închiriere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sală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 xml:space="preserve"> de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balet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/curs (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etaj.I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)</w:t>
            </w:r>
          </w:p>
        </w:tc>
        <w:tc>
          <w:tcPr>
            <w:tcW w:w="15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left w:w="0" w:type="dxa"/>
              <w:right w:w="0" w:type="dxa"/>
            </w:tcMar>
          </w:tcPr>
          <w:p w14:paraId="77BFE84E" w14:textId="77777777" w:rsidR="00172FDA" w:rsidRPr="00172FDA" w:rsidRDefault="00172FDA" w:rsidP="00172FDA">
            <w:pPr>
              <w:autoSpaceDE w:val="0"/>
              <w:autoSpaceDN w:val="0"/>
              <w:spacing w:after="0" w:line="230" w:lineRule="auto"/>
              <w:ind w:left="80"/>
              <w:jc w:val="center"/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Lei/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oră</w:t>
            </w:r>
            <w:proofErr w:type="spellEnd"/>
          </w:p>
        </w:tc>
        <w:tc>
          <w:tcPr>
            <w:tcW w:w="11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left w:w="0" w:type="dxa"/>
              <w:right w:w="0" w:type="dxa"/>
            </w:tcMar>
          </w:tcPr>
          <w:p w14:paraId="183FDEFE" w14:textId="77777777" w:rsidR="00172FDA" w:rsidRPr="00172FDA" w:rsidRDefault="00172FDA" w:rsidP="00172FDA">
            <w:pPr>
              <w:autoSpaceDE w:val="0"/>
              <w:autoSpaceDN w:val="0"/>
              <w:spacing w:after="0" w:line="230" w:lineRule="auto"/>
              <w:ind w:right="78"/>
              <w:jc w:val="right"/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80,00</w:t>
            </w:r>
          </w:p>
        </w:tc>
        <w:tc>
          <w:tcPr>
            <w:tcW w:w="111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left w:w="0" w:type="dxa"/>
              <w:right w:w="0" w:type="dxa"/>
            </w:tcMar>
          </w:tcPr>
          <w:p w14:paraId="655A640D" w14:textId="77777777" w:rsidR="00172FDA" w:rsidRPr="00172FDA" w:rsidRDefault="00172FDA" w:rsidP="00172FDA">
            <w:pPr>
              <w:autoSpaceDE w:val="0"/>
              <w:autoSpaceDN w:val="0"/>
              <w:spacing w:after="0" w:line="230" w:lineRule="auto"/>
              <w:ind w:right="82"/>
              <w:jc w:val="right"/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90,00</w:t>
            </w:r>
          </w:p>
        </w:tc>
      </w:tr>
      <w:tr w:rsidR="00172FDA" w:rsidRPr="00172FDA" w14:paraId="6855C3FF" w14:textId="77777777" w:rsidTr="00555C73">
        <w:trPr>
          <w:trHeight w:hRule="exact" w:val="460"/>
        </w:trPr>
        <w:tc>
          <w:tcPr>
            <w:tcW w:w="56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left w:w="0" w:type="dxa"/>
              <w:right w:w="0" w:type="dxa"/>
            </w:tcMar>
          </w:tcPr>
          <w:p w14:paraId="133CE4F0" w14:textId="77777777" w:rsidR="00172FDA" w:rsidRPr="00172FDA" w:rsidRDefault="00172FDA" w:rsidP="00172FDA">
            <w:pPr>
              <w:autoSpaceDE w:val="0"/>
              <w:autoSpaceDN w:val="0"/>
              <w:spacing w:after="0" w:line="230" w:lineRule="auto"/>
              <w:ind w:left="80"/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4</w:t>
            </w:r>
          </w:p>
        </w:tc>
        <w:tc>
          <w:tcPr>
            <w:tcW w:w="496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left w:w="0" w:type="dxa"/>
              <w:right w:w="0" w:type="dxa"/>
            </w:tcMar>
          </w:tcPr>
          <w:p w14:paraId="22277CF1" w14:textId="77777777" w:rsidR="00172FDA" w:rsidRPr="00172FDA" w:rsidRDefault="00172FDA" w:rsidP="00172FDA">
            <w:pPr>
              <w:autoSpaceDE w:val="0"/>
              <w:autoSpaceDN w:val="0"/>
              <w:spacing w:after="0" w:line="230" w:lineRule="auto"/>
              <w:ind w:left="80"/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</w:pPr>
            <w:proofErr w:type="spellStart"/>
            <w:r w:rsidRPr="00172FDA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Taxă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chirie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hol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 xml:space="preserve"> parter</w:t>
            </w:r>
          </w:p>
        </w:tc>
        <w:tc>
          <w:tcPr>
            <w:tcW w:w="15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left w:w="0" w:type="dxa"/>
              <w:right w:w="0" w:type="dxa"/>
            </w:tcMar>
          </w:tcPr>
          <w:p w14:paraId="5FF0F467" w14:textId="77777777" w:rsidR="00172FDA" w:rsidRPr="00172FDA" w:rsidRDefault="00172FDA" w:rsidP="00172FDA">
            <w:pPr>
              <w:autoSpaceDE w:val="0"/>
              <w:autoSpaceDN w:val="0"/>
              <w:spacing w:after="0" w:line="230" w:lineRule="auto"/>
              <w:ind w:left="80"/>
              <w:jc w:val="center"/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Lei/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oră</w:t>
            </w:r>
            <w:proofErr w:type="spellEnd"/>
          </w:p>
        </w:tc>
        <w:tc>
          <w:tcPr>
            <w:tcW w:w="11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left w:w="0" w:type="dxa"/>
              <w:right w:w="0" w:type="dxa"/>
            </w:tcMar>
          </w:tcPr>
          <w:p w14:paraId="39DCFEDE" w14:textId="77777777" w:rsidR="00172FDA" w:rsidRPr="00172FDA" w:rsidRDefault="00172FDA" w:rsidP="00172FDA">
            <w:pPr>
              <w:autoSpaceDE w:val="0"/>
              <w:autoSpaceDN w:val="0"/>
              <w:spacing w:after="0" w:line="230" w:lineRule="auto"/>
              <w:ind w:right="78"/>
              <w:jc w:val="right"/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150,00</w:t>
            </w:r>
          </w:p>
        </w:tc>
        <w:tc>
          <w:tcPr>
            <w:tcW w:w="111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left w:w="0" w:type="dxa"/>
              <w:right w:w="0" w:type="dxa"/>
            </w:tcMar>
          </w:tcPr>
          <w:p w14:paraId="6E2A5041" w14:textId="77777777" w:rsidR="00172FDA" w:rsidRPr="00172FDA" w:rsidRDefault="00172FDA" w:rsidP="00172FDA">
            <w:pPr>
              <w:autoSpaceDE w:val="0"/>
              <w:autoSpaceDN w:val="0"/>
              <w:spacing w:after="0" w:line="230" w:lineRule="auto"/>
              <w:ind w:right="82"/>
              <w:jc w:val="right"/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160,00</w:t>
            </w:r>
          </w:p>
        </w:tc>
      </w:tr>
      <w:tr w:rsidR="00172FDA" w:rsidRPr="00172FDA" w14:paraId="11649D6D" w14:textId="77777777" w:rsidTr="00555C73">
        <w:trPr>
          <w:trHeight w:hRule="exact" w:val="460"/>
        </w:trPr>
        <w:tc>
          <w:tcPr>
            <w:tcW w:w="56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left w:w="0" w:type="dxa"/>
              <w:right w:w="0" w:type="dxa"/>
            </w:tcMar>
          </w:tcPr>
          <w:p w14:paraId="3D4D0D8A" w14:textId="77777777" w:rsidR="00172FDA" w:rsidRPr="00172FDA" w:rsidRDefault="00172FDA" w:rsidP="00172FDA">
            <w:pPr>
              <w:autoSpaceDE w:val="0"/>
              <w:autoSpaceDN w:val="0"/>
              <w:spacing w:after="0" w:line="230" w:lineRule="auto"/>
              <w:ind w:left="80"/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5</w:t>
            </w:r>
          </w:p>
        </w:tc>
        <w:tc>
          <w:tcPr>
            <w:tcW w:w="496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left w:w="0" w:type="dxa"/>
              <w:right w:w="0" w:type="dxa"/>
            </w:tcMar>
          </w:tcPr>
          <w:p w14:paraId="500D434B" w14:textId="77777777" w:rsidR="00172FDA" w:rsidRPr="00172FDA" w:rsidRDefault="00172FDA" w:rsidP="00172FDA">
            <w:pPr>
              <w:spacing w:after="0" w:line="210" w:lineRule="exact"/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</w:pPr>
            <w:proofErr w:type="spellStart"/>
            <w:r w:rsidRPr="00172FDA">
              <w:rPr>
                <w:rFonts w:ascii="Times New Roman" w:eastAsia="MS Mincho" w:hAnsi="Times New Roman" w:cs="Times New Roman"/>
                <w:color w:val="000000"/>
                <w:kern w:val="0"/>
                <w:lang w:val="en-US"/>
                <w14:ligatures w14:val="none"/>
              </w:rPr>
              <w:t>Taxă</w:t>
            </w:r>
            <w:proofErr w:type="spellEnd"/>
            <w:r w:rsidRPr="00172FDA">
              <w:rPr>
                <w:rFonts w:ascii="Times New Roman" w:eastAsia="MS Mincho" w:hAnsi="Times New Roman" w:cs="Times New Roman"/>
                <w:color w:val="000000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MS Mincho" w:hAnsi="Times New Roman" w:cs="Times New Roman"/>
                <w:color w:val="000000"/>
                <w:kern w:val="0"/>
                <w:lang w:val="en-US"/>
                <w14:ligatures w14:val="none"/>
              </w:rPr>
              <w:t>pentru</w:t>
            </w:r>
            <w:proofErr w:type="spellEnd"/>
            <w:r w:rsidRPr="00172FDA">
              <w:rPr>
                <w:rFonts w:ascii="Times New Roman" w:eastAsia="MS Mincho" w:hAnsi="Times New Roman" w:cs="Times New Roman"/>
                <w:color w:val="000000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MS Mincho" w:hAnsi="Times New Roman" w:cs="Times New Roman"/>
                <w:color w:val="000000"/>
                <w:kern w:val="0"/>
                <w:lang w:val="en-US"/>
                <w14:ligatures w14:val="none"/>
              </w:rPr>
              <w:t>organizare</w:t>
            </w:r>
            <w:proofErr w:type="spellEnd"/>
            <w:r w:rsidRPr="00172FDA">
              <w:rPr>
                <w:rFonts w:ascii="Times New Roman" w:eastAsia="MS Mincho" w:hAnsi="Times New Roman" w:cs="Times New Roman"/>
                <w:color w:val="000000"/>
                <w:kern w:val="0"/>
                <w:lang w:val="en-US"/>
                <w14:ligatures w14:val="none"/>
              </w:rPr>
              <w:t xml:space="preserve"> de </w:t>
            </w:r>
            <w:proofErr w:type="spellStart"/>
            <w:r w:rsidRPr="00172FDA">
              <w:rPr>
                <w:rFonts w:ascii="Times New Roman" w:eastAsia="MS Mincho" w:hAnsi="Times New Roman" w:cs="Times New Roman"/>
                <w:color w:val="000000"/>
                <w:kern w:val="0"/>
                <w:lang w:val="en-US"/>
                <w14:ligatures w14:val="none"/>
              </w:rPr>
              <w:t>expoziții</w:t>
            </w:r>
            <w:proofErr w:type="spellEnd"/>
            <w:r w:rsidRPr="00172FDA">
              <w:rPr>
                <w:rFonts w:ascii="Times New Roman" w:eastAsia="MS Mincho" w:hAnsi="Times New Roman" w:cs="Times New Roman"/>
                <w:color w:val="000000"/>
                <w:kern w:val="0"/>
                <w:lang w:val="en-US"/>
                <w14:ligatures w14:val="none"/>
              </w:rPr>
              <w:t xml:space="preserve"> –</w:t>
            </w:r>
            <w:r w:rsidRPr="00172FDA">
              <w:rPr>
                <w:rFonts w:ascii="Times New Roman" w:eastAsia="MS Mincho" w:hAnsi="Times New Roman" w:cs="Times New Roman"/>
                <w:color w:val="000000"/>
                <w:kern w:val="0"/>
                <w:lang w:val="en-US"/>
                <w14:ligatures w14:val="none"/>
              </w:rPr>
              <w:br/>
            </w:r>
            <w:proofErr w:type="spellStart"/>
            <w:r w:rsidRPr="00172FDA">
              <w:rPr>
                <w:rFonts w:ascii="Times New Roman" w:eastAsia="MS Mincho" w:hAnsi="Times New Roman" w:cs="Times New Roman"/>
                <w:color w:val="000000"/>
                <w:kern w:val="0"/>
                <w:lang w:val="en-US"/>
                <w14:ligatures w14:val="none"/>
              </w:rPr>
              <w:t>hol</w:t>
            </w:r>
            <w:proofErr w:type="spellEnd"/>
            <w:r w:rsidRPr="00172FDA">
              <w:rPr>
                <w:rFonts w:ascii="Times New Roman" w:eastAsia="MS Mincho" w:hAnsi="Times New Roman" w:cs="Times New Roman"/>
                <w:color w:val="000000"/>
                <w:kern w:val="0"/>
                <w:lang w:val="en-US"/>
                <w14:ligatures w14:val="none"/>
              </w:rPr>
              <w:t xml:space="preserve"> parter (220 </w:t>
            </w:r>
            <w:proofErr w:type="spellStart"/>
            <w:r w:rsidRPr="00172FDA">
              <w:rPr>
                <w:rFonts w:ascii="Times New Roman" w:eastAsia="MS Mincho" w:hAnsi="Times New Roman" w:cs="Times New Roman"/>
                <w:color w:val="000000"/>
                <w:kern w:val="0"/>
                <w:lang w:val="en-US"/>
                <w14:ligatures w14:val="none"/>
              </w:rPr>
              <w:t>mp</w:t>
            </w:r>
            <w:proofErr w:type="spellEnd"/>
            <w:r w:rsidRPr="00172FDA">
              <w:rPr>
                <w:rFonts w:ascii="Times New Roman" w:eastAsia="MS Mincho" w:hAnsi="Times New Roman" w:cs="Times New Roman"/>
                <w:color w:val="000000"/>
                <w:kern w:val="0"/>
                <w:lang w:val="en-US"/>
                <w14:ligatures w14:val="none"/>
              </w:rPr>
              <w:t>)</w:t>
            </w:r>
          </w:p>
        </w:tc>
        <w:tc>
          <w:tcPr>
            <w:tcW w:w="15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left w:w="0" w:type="dxa"/>
              <w:right w:w="0" w:type="dxa"/>
            </w:tcMar>
          </w:tcPr>
          <w:p w14:paraId="27DB7E1F" w14:textId="77777777" w:rsidR="00172FDA" w:rsidRPr="00172FDA" w:rsidRDefault="00172FDA" w:rsidP="00172FDA">
            <w:pPr>
              <w:autoSpaceDE w:val="0"/>
              <w:autoSpaceDN w:val="0"/>
              <w:spacing w:after="0" w:line="230" w:lineRule="auto"/>
              <w:ind w:left="80"/>
              <w:jc w:val="center"/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Lei/zi</w:t>
            </w:r>
          </w:p>
        </w:tc>
        <w:tc>
          <w:tcPr>
            <w:tcW w:w="11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left w:w="0" w:type="dxa"/>
              <w:right w:w="0" w:type="dxa"/>
            </w:tcMar>
          </w:tcPr>
          <w:p w14:paraId="2A8237FD" w14:textId="77777777" w:rsidR="00172FDA" w:rsidRPr="00172FDA" w:rsidRDefault="00172FDA" w:rsidP="00172FDA">
            <w:pPr>
              <w:autoSpaceDE w:val="0"/>
              <w:autoSpaceDN w:val="0"/>
              <w:spacing w:after="0" w:line="230" w:lineRule="auto"/>
              <w:ind w:left="238"/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1000,00</w:t>
            </w:r>
          </w:p>
        </w:tc>
        <w:tc>
          <w:tcPr>
            <w:tcW w:w="111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left w:w="0" w:type="dxa"/>
              <w:right w:w="0" w:type="dxa"/>
            </w:tcMar>
          </w:tcPr>
          <w:p w14:paraId="60AABEBF" w14:textId="77777777" w:rsidR="00172FDA" w:rsidRPr="00172FDA" w:rsidRDefault="00172FDA" w:rsidP="00172FDA">
            <w:pPr>
              <w:autoSpaceDE w:val="0"/>
              <w:autoSpaceDN w:val="0"/>
              <w:spacing w:after="0" w:line="230" w:lineRule="auto"/>
              <w:ind w:left="236"/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1200,00</w:t>
            </w:r>
          </w:p>
        </w:tc>
      </w:tr>
      <w:tr w:rsidR="00172FDA" w:rsidRPr="00172FDA" w14:paraId="18D4D2E6" w14:textId="77777777" w:rsidTr="00555C73">
        <w:trPr>
          <w:trHeight w:hRule="exact" w:val="456"/>
        </w:trPr>
        <w:tc>
          <w:tcPr>
            <w:tcW w:w="56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left w:w="0" w:type="dxa"/>
              <w:right w:w="0" w:type="dxa"/>
            </w:tcMar>
          </w:tcPr>
          <w:p w14:paraId="5BF8119F" w14:textId="77777777" w:rsidR="00172FDA" w:rsidRPr="00172FDA" w:rsidRDefault="00172FDA" w:rsidP="00172FDA">
            <w:pPr>
              <w:autoSpaceDE w:val="0"/>
              <w:autoSpaceDN w:val="0"/>
              <w:spacing w:after="0" w:line="230" w:lineRule="auto"/>
              <w:ind w:left="80"/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6</w:t>
            </w:r>
          </w:p>
        </w:tc>
        <w:tc>
          <w:tcPr>
            <w:tcW w:w="496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left w:w="0" w:type="dxa"/>
              <w:right w:w="0" w:type="dxa"/>
            </w:tcMar>
          </w:tcPr>
          <w:p w14:paraId="56C8F559" w14:textId="77777777" w:rsidR="00172FDA" w:rsidRPr="00172FDA" w:rsidRDefault="00172FDA" w:rsidP="00172FDA">
            <w:pPr>
              <w:autoSpaceDE w:val="0"/>
              <w:autoSpaceDN w:val="0"/>
              <w:spacing w:after="0" w:line="230" w:lineRule="auto"/>
              <w:ind w:left="80"/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</w:pPr>
            <w:proofErr w:type="spellStart"/>
            <w:r w:rsidRPr="00172FDA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Taxă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pentru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închiriere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 xml:space="preserve"> Club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Tineret</w:t>
            </w:r>
            <w:proofErr w:type="spellEnd"/>
          </w:p>
        </w:tc>
        <w:tc>
          <w:tcPr>
            <w:tcW w:w="15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left w:w="0" w:type="dxa"/>
              <w:right w:w="0" w:type="dxa"/>
            </w:tcMar>
          </w:tcPr>
          <w:p w14:paraId="76794972" w14:textId="77777777" w:rsidR="00172FDA" w:rsidRPr="00172FDA" w:rsidRDefault="00172FDA" w:rsidP="00172FDA">
            <w:pPr>
              <w:autoSpaceDE w:val="0"/>
              <w:autoSpaceDN w:val="0"/>
              <w:spacing w:after="0" w:line="230" w:lineRule="auto"/>
              <w:ind w:left="80"/>
              <w:jc w:val="center"/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Lei/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mp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/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oră</w:t>
            </w:r>
            <w:proofErr w:type="spellEnd"/>
          </w:p>
        </w:tc>
        <w:tc>
          <w:tcPr>
            <w:tcW w:w="11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left w:w="0" w:type="dxa"/>
              <w:right w:w="0" w:type="dxa"/>
            </w:tcMar>
          </w:tcPr>
          <w:p w14:paraId="26038CC2" w14:textId="77777777" w:rsidR="00172FDA" w:rsidRPr="00172FDA" w:rsidRDefault="00172FDA" w:rsidP="00172FDA">
            <w:pPr>
              <w:autoSpaceDE w:val="0"/>
              <w:autoSpaceDN w:val="0"/>
              <w:spacing w:after="0" w:line="230" w:lineRule="auto"/>
              <w:ind w:right="78"/>
              <w:jc w:val="right"/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2,50</w:t>
            </w:r>
          </w:p>
        </w:tc>
        <w:tc>
          <w:tcPr>
            <w:tcW w:w="111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left w:w="0" w:type="dxa"/>
              <w:right w:w="0" w:type="dxa"/>
            </w:tcMar>
          </w:tcPr>
          <w:p w14:paraId="713BA925" w14:textId="77777777" w:rsidR="00172FDA" w:rsidRPr="00172FDA" w:rsidRDefault="00172FDA" w:rsidP="00172FDA">
            <w:pPr>
              <w:autoSpaceDE w:val="0"/>
              <w:autoSpaceDN w:val="0"/>
              <w:spacing w:after="0" w:line="230" w:lineRule="auto"/>
              <w:ind w:right="82"/>
              <w:jc w:val="right"/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3,50</w:t>
            </w:r>
          </w:p>
        </w:tc>
      </w:tr>
      <w:tr w:rsidR="00172FDA" w:rsidRPr="00172FDA" w14:paraId="018A4A1C" w14:textId="77777777" w:rsidTr="00555C73">
        <w:trPr>
          <w:trHeight w:hRule="exact" w:val="1962"/>
        </w:trPr>
        <w:tc>
          <w:tcPr>
            <w:tcW w:w="9340" w:type="dxa"/>
            <w:gridSpan w:val="5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left w:w="0" w:type="dxa"/>
              <w:right w:w="0" w:type="dxa"/>
            </w:tcMar>
          </w:tcPr>
          <w:p w14:paraId="37AB8F1B" w14:textId="77777777" w:rsidR="00172FDA" w:rsidRPr="00172FDA" w:rsidRDefault="00172FDA" w:rsidP="00172FDA">
            <w:pPr>
              <w:autoSpaceDE w:val="0"/>
              <w:autoSpaceDN w:val="0"/>
              <w:spacing w:after="0" w:line="254" w:lineRule="auto"/>
              <w:ind w:left="80"/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</w:pPr>
            <w:proofErr w:type="spellStart"/>
            <w:r w:rsidRPr="00172FDA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val="en-US"/>
                <w14:ligatures w14:val="none"/>
              </w:rPr>
              <w:t>Pentru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val="en-US"/>
                <w14:ligatures w14:val="none"/>
              </w:rPr>
              <w:t>tarifele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val="en-US"/>
                <w14:ligatures w14:val="none"/>
              </w:rPr>
              <w:t xml:space="preserve"> de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val="en-US"/>
                <w14:ligatures w14:val="none"/>
              </w:rPr>
              <w:t>închiriere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val="en-US"/>
                <w14:ligatures w14:val="none"/>
              </w:rPr>
              <w:t>hol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val="en-US"/>
                <w14:ligatures w14:val="none"/>
              </w:rPr>
              <w:t xml:space="preserve"> se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val="en-US"/>
                <w14:ligatures w14:val="none"/>
              </w:rPr>
              <w:t>poate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val="en-US"/>
                <w14:ligatures w14:val="none"/>
              </w:rPr>
              <w:t>acorda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val="en-US"/>
                <w14:ligatures w14:val="none"/>
              </w:rPr>
              <w:t xml:space="preserve"> o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val="en-US"/>
                <w14:ligatures w14:val="none"/>
              </w:rPr>
              <w:t>reducere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val="en-US"/>
                <w14:ligatures w14:val="none"/>
              </w:rPr>
              <w:t xml:space="preserve"> de 20%,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val="en-US"/>
                <w14:ligatures w14:val="none"/>
              </w:rPr>
              <w:t>dacă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val="en-US"/>
                <w14:ligatures w14:val="none"/>
              </w:rPr>
              <w:t>manifestările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val="en-US"/>
                <w14:ligatures w14:val="none"/>
              </w:rPr>
              <w:t xml:space="preserve"> au o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val="en-US"/>
                <w14:ligatures w14:val="none"/>
              </w:rPr>
              <w:t>durată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val="en-US"/>
                <w14:ligatures w14:val="none"/>
              </w:rPr>
              <w:t>mai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val="en-US"/>
                <w14:ligatures w14:val="none"/>
              </w:rPr>
              <w:t xml:space="preserve"> mare de 3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val="en-US"/>
                <w14:ligatures w14:val="none"/>
              </w:rPr>
              <w:t>zile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val="en-US"/>
                <w14:ligatures w14:val="none"/>
              </w:rPr>
              <w:t xml:space="preserve">.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val="en-US"/>
                <w14:ligatures w14:val="none"/>
              </w:rPr>
              <w:t>Acţiunile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val="en-US"/>
                <w14:ligatures w14:val="none"/>
              </w:rPr>
              <w:t xml:space="preserve"> de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val="en-US"/>
                <w14:ligatures w14:val="none"/>
              </w:rPr>
              <w:t>caritate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val="en-US"/>
                <w14:ligatures w14:val="none"/>
              </w:rPr>
              <w:t>și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val="en-US"/>
                <w14:ligatures w14:val="none"/>
              </w:rPr>
              <w:t>umanitare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val="en-US"/>
                <w14:ligatures w14:val="none"/>
              </w:rPr>
              <w:t xml:space="preserve"> sunt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val="en-US"/>
                <w14:ligatures w14:val="none"/>
              </w:rPr>
              <w:t>scutite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val="en-US"/>
                <w14:ligatures w14:val="none"/>
              </w:rPr>
              <w:t xml:space="preserve"> de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val="en-US"/>
                <w14:ligatures w14:val="none"/>
              </w:rPr>
              <w:t>taxe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val="en-US"/>
                <w14:ligatures w14:val="none"/>
              </w:rPr>
              <w:t xml:space="preserve">.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val="en-US"/>
                <w14:ligatures w14:val="none"/>
              </w:rPr>
              <w:t>Acțiunile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val="en-US"/>
                <w14:ligatures w14:val="none"/>
              </w:rPr>
              <w:t xml:space="preserve"> /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val="en-US"/>
                <w14:ligatures w14:val="none"/>
              </w:rPr>
              <w:t>evenimentele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val="en-US"/>
                <w14:ligatures w14:val="none"/>
              </w:rPr>
              <w:t>organizate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val="en-US"/>
                <w14:ligatures w14:val="none"/>
              </w:rPr>
              <w:t xml:space="preserve"> de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val="en-US"/>
                <w14:ligatures w14:val="none"/>
              </w:rPr>
              <w:t>toate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val="en-US"/>
                <w14:ligatures w14:val="none"/>
              </w:rPr>
              <w:t>instituțiile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val="en-US"/>
                <w14:ligatures w14:val="none"/>
              </w:rPr>
              <w:t>și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val="en-US"/>
                <w14:ligatures w14:val="none"/>
              </w:rPr>
              <w:t>serviciile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val="en-US"/>
                <w14:ligatures w14:val="none"/>
              </w:rPr>
              <w:t>publice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val="en-US"/>
                <w14:ligatures w14:val="none"/>
              </w:rPr>
              <w:t xml:space="preserve"> de sub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val="en-US"/>
                <w14:ligatures w14:val="none"/>
              </w:rPr>
              <w:t>autoritatea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val="en-US"/>
                <w14:ligatures w14:val="none"/>
              </w:rPr>
              <w:t>municipiului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val="en-US"/>
                <w14:ligatures w14:val="none"/>
              </w:rPr>
              <w:t xml:space="preserve"> Târgu Mureș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val="en-US"/>
                <w14:ligatures w14:val="none"/>
              </w:rPr>
              <w:t>sau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val="en-US"/>
                <w14:ligatures w14:val="none"/>
              </w:rPr>
              <w:t>în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val="en-US"/>
                <w14:ligatures w14:val="none"/>
              </w:rPr>
              <w:t xml:space="preserve"> care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val="en-US"/>
                <w14:ligatures w14:val="none"/>
              </w:rPr>
              <w:t>Primăria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val="en-US"/>
                <w14:ligatures w14:val="none"/>
              </w:rPr>
              <w:t xml:space="preserve"> Târgu Mureș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val="en-US"/>
                <w14:ligatures w14:val="none"/>
              </w:rPr>
              <w:t>este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val="en-US"/>
                <w14:ligatures w14:val="none"/>
              </w:rPr>
              <w:t>partener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val="en-US"/>
                <w14:ligatures w14:val="none"/>
              </w:rPr>
              <w:t xml:space="preserve">, sunt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val="en-US"/>
                <w14:ligatures w14:val="none"/>
              </w:rPr>
              <w:t>scutite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val="en-US"/>
                <w14:ligatures w14:val="none"/>
              </w:rPr>
              <w:t xml:space="preserve"> de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val="en-US"/>
                <w14:ligatures w14:val="none"/>
              </w:rPr>
              <w:t>taxă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val="en-US"/>
                <w14:ligatures w14:val="none"/>
              </w:rPr>
              <w:t>.</w:t>
            </w:r>
          </w:p>
          <w:p w14:paraId="4B9DD893" w14:textId="77777777" w:rsidR="00172FDA" w:rsidRPr="00172FDA" w:rsidRDefault="00172FDA" w:rsidP="00172FDA">
            <w:pPr>
              <w:autoSpaceDE w:val="0"/>
              <w:autoSpaceDN w:val="0"/>
              <w:spacing w:after="0" w:line="209" w:lineRule="auto"/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</w:pPr>
            <w:proofErr w:type="spellStart"/>
            <w:r w:rsidRPr="00172FDA">
              <w:rPr>
                <w:rFonts w:ascii="Times New Roman" w:eastAsia="Times New Roman" w:hAnsi="Times New Roman" w:cs="Times New Roman"/>
                <w:b/>
                <w:color w:val="000000"/>
                <w:w w:val="98"/>
                <w:kern w:val="0"/>
                <w:lang w:val="en-US"/>
                <w14:ligatures w14:val="none"/>
              </w:rPr>
              <w:t>Tarifele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b/>
                <w:color w:val="000000"/>
                <w:w w:val="98"/>
                <w:kern w:val="0"/>
                <w:lang w:val="en-US"/>
                <w14:ligatures w14:val="none"/>
              </w:rPr>
              <w:t xml:space="preserve"> de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b/>
                <w:color w:val="000000"/>
                <w:w w:val="98"/>
                <w:kern w:val="0"/>
                <w:lang w:val="en-US"/>
                <w14:ligatures w14:val="none"/>
              </w:rPr>
              <w:t>închiriere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b/>
                <w:color w:val="000000"/>
                <w:w w:val="98"/>
                <w:kern w:val="0"/>
                <w:lang w:val="en-US"/>
                <w14:ligatures w14:val="none"/>
              </w:rPr>
              <w:t xml:space="preserve"> se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b/>
                <w:color w:val="000000"/>
                <w:w w:val="98"/>
                <w:kern w:val="0"/>
                <w:lang w:val="en-US"/>
                <w14:ligatures w14:val="none"/>
              </w:rPr>
              <w:t>reduc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b/>
                <w:color w:val="000000"/>
                <w:w w:val="98"/>
                <w:kern w:val="0"/>
                <w:lang w:val="en-US"/>
                <w14:ligatures w14:val="none"/>
              </w:rPr>
              <w:t xml:space="preserve">,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b/>
                <w:color w:val="000000"/>
                <w:w w:val="98"/>
                <w:kern w:val="0"/>
                <w:lang w:val="en-US"/>
                <w14:ligatures w14:val="none"/>
              </w:rPr>
              <w:t>acordându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b/>
                <w:color w:val="000000"/>
                <w:w w:val="98"/>
                <w:kern w:val="0"/>
                <w:lang w:val="en-US"/>
                <w14:ligatures w14:val="none"/>
              </w:rPr>
              <w:t xml:space="preserve">-se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b/>
                <w:color w:val="000000"/>
                <w:w w:val="98"/>
                <w:kern w:val="0"/>
                <w:lang w:val="en-US"/>
                <w14:ligatures w14:val="none"/>
              </w:rPr>
              <w:t>tarife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b/>
                <w:color w:val="000000"/>
                <w:w w:val="98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b/>
                <w:color w:val="000000"/>
                <w:w w:val="98"/>
                <w:kern w:val="0"/>
                <w:lang w:val="en-US"/>
                <w14:ligatures w14:val="none"/>
              </w:rPr>
              <w:t>preferențiale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b/>
                <w:color w:val="000000"/>
                <w:w w:val="98"/>
                <w:kern w:val="0"/>
                <w:lang w:val="en-US"/>
                <w14:ligatures w14:val="none"/>
              </w:rPr>
              <w:t xml:space="preserve"> cu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b/>
                <w:color w:val="000000"/>
                <w:w w:val="98"/>
                <w:kern w:val="0"/>
                <w:lang w:val="en-US"/>
                <w14:ligatures w14:val="none"/>
              </w:rPr>
              <w:t>ocazia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b/>
                <w:color w:val="000000"/>
                <w:w w:val="98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b/>
                <w:color w:val="000000"/>
                <w:w w:val="98"/>
                <w:kern w:val="0"/>
                <w:lang w:val="en-US"/>
                <w14:ligatures w14:val="none"/>
              </w:rPr>
              <w:t>unor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b/>
                <w:color w:val="000000"/>
                <w:w w:val="98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b/>
                <w:color w:val="000000"/>
                <w:w w:val="98"/>
                <w:kern w:val="0"/>
                <w:lang w:val="en-US"/>
                <w14:ligatures w14:val="none"/>
              </w:rPr>
              <w:t>acțiuni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b/>
                <w:color w:val="000000"/>
                <w:w w:val="98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b/>
                <w:color w:val="000000"/>
                <w:w w:val="98"/>
                <w:kern w:val="0"/>
                <w:lang w:val="en-US"/>
                <w14:ligatures w14:val="none"/>
              </w:rPr>
              <w:t>non profit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b/>
                <w:color w:val="000000"/>
                <w:w w:val="98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b/>
                <w:color w:val="000000"/>
                <w:w w:val="98"/>
                <w:kern w:val="0"/>
                <w:lang w:val="en-US"/>
                <w14:ligatures w14:val="none"/>
              </w:rPr>
              <w:t>sau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b/>
                <w:color w:val="000000"/>
                <w:w w:val="98"/>
                <w:kern w:val="0"/>
                <w:lang w:val="en-US"/>
                <w14:ligatures w14:val="none"/>
              </w:rPr>
              <w:t xml:space="preserve"> de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b/>
                <w:color w:val="000000"/>
                <w:w w:val="98"/>
                <w:kern w:val="0"/>
                <w:lang w:val="en-US"/>
                <w14:ligatures w14:val="none"/>
              </w:rPr>
              <w:t>interes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b/>
                <w:color w:val="000000"/>
                <w:w w:val="98"/>
                <w:kern w:val="0"/>
                <w:lang w:val="en-US"/>
                <w14:ligatures w14:val="none"/>
              </w:rPr>
              <w:t xml:space="preserve"> major,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b/>
                <w:color w:val="000000"/>
                <w:w w:val="98"/>
                <w:kern w:val="0"/>
                <w:lang w:val="en-US"/>
                <w14:ligatures w14:val="none"/>
              </w:rPr>
              <w:t>dar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b/>
                <w:color w:val="000000"/>
                <w:w w:val="98"/>
                <w:kern w:val="0"/>
                <w:lang w:val="en-US"/>
                <w14:ligatures w14:val="none"/>
              </w:rPr>
              <w:t xml:space="preserve"> nu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b/>
                <w:color w:val="000000"/>
                <w:w w:val="98"/>
                <w:kern w:val="0"/>
                <w:lang w:val="en-US"/>
                <w14:ligatures w14:val="none"/>
              </w:rPr>
              <w:t>mai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b/>
                <w:color w:val="000000"/>
                <w:w w:val="98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b/>
                <w:color w:val="000000"/>
                <w:w w:val="98"/>
                <w:kern w:val="0"/>
                <w:lang w:val="en-US"/>
                <w14:ligatures w14:val="none"/>
              </w:rPr>
              <w:t>mult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b/>
                <w:color w:val="000000"/>
                <w:w w:val="98"/>
                <w:kern w:val="0"/>
                <w:lang w:val="en-US"/>
                <w14:ligatures w14:val="none"/>
              </w:rPr>
              <w:t xml:space="preserve"> de 60%.</w:t>
            </w:r>
          </w:p>
        </w:tc>
      </w:tr>
      <w:tr w:rsidR="00172FDA" w:rsidRPr="00172FDA" w14:paraId="5313CC2B" w14:textId="77777777" w:rsidTr="00555C73">
        <w:trPr>
          <w:trHeight w:hRule="exact" w:val="760"/>
        </w:trPr>
        <w:tc>
          <w:tcPr>
            <w:tcW w:w="56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left w:w="0" w:type="dxa"/>
              <w:right w:w="0" w:type="dxa"/>
            </w:tcMar>
          </w:tcPr>
          <w:p w14:paraId="3149CB52" w14:textId="77777777" w:rsidR="00172FDA" w:rsidRPr="00172FDA" w:rsidRDefault="00172FDA" w:rsidP="00172FDA">
            <w:pPr>
              <w:autoSpaceDE w:val="0"/>
              <w:autoSpaceDN w:val="0"/>
              <w:spacing w:after="0" w:line="230" w:lineRule="auto"/>
              <w:ind w:left="80"/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7</w:t>
            </w:r>
          </w:p>
        </w:tc>
        <w:tc>
          <w:tcPr>
            <w:tcW w:w="496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left w:w="0" w:type="dxa"/>
              <w:right w:w="0" w:type="dxa"/>
            </w:tcMar>
          </w:tcPr>
          <w:p w14:paraId="7709D6A3" w14:textId="77777777" w:rsidR="00172FDA" w:rsidRPr="00172FDA" w:rsidRDefault="00172FDA" w:rsidP="00172FDA">
            <w:pPr>
              <w:autoSpaceDE w:val="0"/>
              <w:autoSpaceDN w:val="0"/>
              <w:spacing w:after="0" w:line="247" w:lineRule="auto"/>
              <w:ind w:left="80"/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</w:pPr>
            <w:proofErr w:type="spellStart"/>
            <w:r w:rsidRPr="00172FDA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Taxă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închiriere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spații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culturale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pentru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 xml:space="preserve"> ONG-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uri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și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instituții</w:t>
            </w:r>
            <w:proofErr w:type="spellEnd"/>
          </w:p>
        </w:tc>
        <w:tc>
          <w:tcPr>
            <w:tcW w:w="15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left w:w="0" w:type="dxa"/>
              <w:right w:w="0" w:type="dxa"/>
            </w:tcMar>
          </w:tcPr>
          <w:p w14:paraId="4F7C2C5A" w14:textId="77777777" w:rsidR="00172FDA" w:rsidRPr="00172FDA" w:rsidRDefault="00172FDA" w:rsidP="00172FDA">
            <w:pPr>
              <w:autoSpaceDE w:val="0"/>
              <w:autoSpaceDN w:val="0"/>
              <w:spacing w:after="0" w:line="230" w:lineRule="auto"/>
              <w:ind w:left="80"/>
              <w:jc w:val="center"/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Lei/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mp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/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lună</w:t>
            </w:r>
            <w:proofErr w:type="spellEnd"/>
          </w:p>
        </w:tc>
        <w:tc>
          <w:tcPr>
            <w:tcW w:w="11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left w:w="0" w:type="dxa"/>
              <w:right w:w="0" w:type="dxa"/>
            </w:tcMar>
          </w:tcPr>
          <w:p w14:paraId="69BE67F6" w14:textId="77777777" w:rsidR="00172FDA" w:rsidRPr="00172FDA" w:rsidRDefault="00172FDA" w:rsidP="00172FDA">
            <w:pPr>
              <w:autoSpaceDE w:val="0"/>
              <w:autoSpaceDN w:val="0"/>
              <w:spacing w:after="0" w:line="230" w:lineRule="auto"/>
              <w:ind w:right="78"/>
              <w:jc w:val="right"/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22,00</w:t>
            </w:r>
          </w:p>
        </w:tc>
        <w:tc>
          <w:tcPr>
            <w:tcW w:w="111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left w:w="0" w:type="dxa"/>
              <w:right w:w="0" w:type="dxa"/>
            </w:tcMar>
          </w:tcPr>
          <w:p w14:paraId="48A73E74" w14:textId="77777777" w:rsidR="00172FDA" w:rsidRPr="00172FDA" w:rsidRDefault="00172FDA" w:rsidP="00172FDA">
            <w:pPr>
              <w:autoSpaceDE w:val="0"/>
              <w:autoSpaceDN w:val="0"/>
              <w:spacing w:after="0" w:line="230" w:lineRule="auto"/>
              <w:ind w:right="82"/>
              <w:jc w:val="right"/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25,00</w:t>
            </w:r>
          </w:p>
        </w:tc>
      </w:tr>
      <w:tr w:rsidR="00172FDA" w:rsidRPr="00172FDA" w14:paraId="04C9FEC4" w14:textId="77777777" w:rsidTr="00555C73">
        <w:trPr>
          <w:trHeight w:hRule="exact" w:val="460"/>
        </w:trPr>
        <w:tc>
          <w:tcPr>
            <w:tcW w:w="56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left w:w="0" w:type="dxa"/>
              <w:right w:w="0" w:type="dxa"/>
            </w:tcMar>
          </w:tcPr>
          <w:p w14:paraId="398C7A45" w14:textId="77777777" w:rsidR="00172FDA" w:rsidRPr="00172FDA" w:rsidRDefault="00172FDA" w:rsidP="00172FDA">
            <w:pPr>
              <w:autoSpaceDE w:val="0"/>
              <w:autoSpaceDN w:val="0"/>
              <w:spacing w:after="0" w:line="230" w:lineRule="auto"/>
              <w:ind w:left="80"/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8</w:t>
            </w:r>
          </w:p>
        </w:tc>
        <w:tc>
          <w:tcPr>
            <w:tcW w:w="496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left w:w="0" w:type="dxa"/>
              <w:right w:w="0" w:type="dxa"/>
            </w:tcMar>
          </w:tcPr>
          <w:p w14:paraId="5D3B6B14" w14:textId="77777777" w:rsidR="00172FDA" w:rsidRPr="00172FDA" w:rsidRDefault="00172FDA" w:rsidP="00172FDA">
            <w:pPr>
              <w:autoSpaceDE w:val="0"/>
              <w:autoSpaceDN w:val="0"/>
              <w:spacing w:after="0" w:line="230" w:lineRule="auto"/>
              <w:ind w:left="80"/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</w:pPr>
            <w:proofErr w:type="spellStart"/>
            <w:r w:rsidRPr="00172FDA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Taxă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pentru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activități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conexe</w:t>
            </w:r>
            <w:proofErr w:type="spellEnd"/>
          </w:p>
        </w:tc>
        <w:tc>
          <w:tcPr>
            <w:tcW w:w="15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left w:w="0" w:type="dxa"/>
              <w:right w:w="0" w:type="dxa"/>
            </w:tcMar>
          </w:tcPr>
          <w:p w14:paraId="4B87B914" w14:textId="77777777" w:rsidR="00172FDA" w:rsidRPr="00172FDA" w:rsidRDefault="00172FDA" w:rsidP="00172FDA">
            <w:pPr>
              <w:autoSpaceDE w:val="0"/>
              <w:autoSpaceDN w:val="0"/>
              <w:spacing w:after="0" w:line="230" w:lineRule="auto"/>
              <w:ind w:left="80"/>
              <w:jc w:val="center"/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Lei/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mp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/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lună</w:t>
            </w:r>
            <w:proofErr w:type="spellEnd"/>
          </w:p>
        </w:tc>
        <w:tc>
          <w:tcPr>
            <w:tcW w:w="11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left w:w="0" w:type="dxa"/>
              <w:right w:w="0" w:type="dxa"/>
            </w:tcMar>
          </w:tcPr>
          <w:p w14:paraId="30D413CD" w14:textId="77777777" w:rsidR="00172FDA" w:rsidRPr="00172FDA" w:rsidRDefault="00172FDA" w:rsidP="00172FDA">
            <w:pPr>
              <w:autoSpaceDE w:val="0"/>
              <w:autoSpaceDN w:val="0"/>
              <w:spacing w:after="0" w:line="230" w:lineRule="auto"/>
              <w:ind w:right="78"/>
              <w:jc w:val="right"/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2,50</w:t>
            </w:r>
          </w:p>
        </w:tc>
        <w:tc>
          <w:tcPr>
            <w:tcW w:w="111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left w:w="0" w:type="dxa"/>
              <w:right w:w="0" w:type="dxa"/>
            </w:tcMar>
          </w:tcPr>
          <w:p w14:paraId="530869A7" w14:textId="77777777" w:rsidR="00172FDA" w:rsidRPr="00172FDA" w:rsidRDefault="00172FDA" w:rsidP="00172FDA">
            <w:pPr>
              <w:autoSpaceDE w:val="0"/>
              <w:autoSpaceDN w:val="0"/>
              <w:spacing w:after="0" w:line="230" w:lineRule="auto"/>
              <w:ind w:right="82"/>
              <w:jc w:val="right"/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3,00</w:t>
            </w:r>
          </w:p>
        </w:tc>
      </w:tr>
      <w:tr w:rsidR="00172FDA" w:rsidRPr="00172FDA" w14:paraId="7745A409" w14:textId="77777777" w:rsidTr="00555C73">
        <w:trPr>
          <w:trHeight w:hRule="exact" w:val="760"/>
        </w:trPr>
        <w:tc>
          <w:tcPr>
            <w:tcW w:w="56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left w:w="0" w:type="dxa"/>
              <w:right w:w="0" w:type="dxa"/>
            </w:tcMar>
          </w:tcPr>
          <w:p w14:paraId="543F6989" w14:textId="77777777" w:rsidR="00172FDA" w:rsidRPr="00172FDA" w:rsidRDefault="00172FDA" w:rsidP="00172FDA">
            <w:pPr>
              <w:autoSpaceDE w:val="0"/>
              <w:autoSpaceDN w:val="0"/>
              <w:spacing w:after="0" w:line="230" w:lineRule="auto"/>
              <w:ind w:left="80"/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9</w:t>
            </w:r>
          </w:p>
        </w:tc>
        <w:tc>
          <w:tcPr>
            <w:tcW w:w="496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left w:w="0" w:type="dxa"/>
              <w:right w:w="0" w:type="dxa"/>
            </w:tcMar>
          </w:tcPr>
          <w:p w14:paraId="1FC09FC9" w14:textId="77777777" w:rsidR="00172FDA" w:rsidRPr="00172FDA" w:rsidRDefault="00172FDA" w:rsidP="00172FDA">
            <w:pPr>
              <w:autoSpaceDE w:val="0"/>
              <w:autoSpaceDN w:val="0"/>
              <w:spacing w:after="0" w:line="247" w:lineRule="auto"/>
              <w:ind w:left="80"/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</w:pPr>
            <w:proofErr w:type="spellStart"/>
            <w:r w:rsidRPr="00172FDA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Taxă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ocupare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domeniu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 xml:space="preserve"> public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pentru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producători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 xml:space="preserve">/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meșteri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/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artiști</w:t>
            </w:r>
            <w:proofErr w:type="spellEnd"/>
          </w:p>
        </w:tc>
        <w:tc>
          <w:tcPr>
            <w:tcW w:w="15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left w:w="0" w:type="dxa"/>
              <w:right w:w="0" w:type="dxa"/>
            </w:tcMar>
          </w:tcPr>
          <w:p w14:paraId="3BBEB4E4" w14:textId="77777777" w:rsidR="00172FDA" w:rsidRPr="00172FDA" w:rsidRDefault="00172FDA" w:rsidP="00172FDA">
            <w:pPr>
              <w:autoSpaceDE w:val="0"/>
              <w:autoSpaceDN w:val="0"/>
              <w:spacing w:after="0" w:line="230" w:lineRule="auto"/>
              <w:ind w:left="80"/>
              <w:jc w:val="center"/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Lei/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mp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/zi</w:t>
            </w:r>
          </w:p>
        </w:tc>
        <w:tc>
          <w:tcPr>
            <w:tcW w:w="11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left w:w="0" w:type="dxa"/>
              <w:right w:w="0" w:type="dxa"/>
            </w:tcMar>
          </w:tcPr>
          <w:p w14:paraId="1E2E64A0" w14:textId="77777777" w:rsidR="00172FDA" w:rsidRPr="00172FDA" w:rsidRDefault="00172FDA" w:rsidP="00172FDA">
            <w:pPr>
              <w:autoSpaceDE w:val="0"/>
              <w:autoSpaceDN w:val="0"/>
              <w:spacing w:after="0" w:line="230" w:lineRule="auto"/>
              <w:ind w:right="78"/>
              <w:jc w:val="right"/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2,00</w:t>
            </w:r>
          </w:p>
        </w:tc>
        <w:tc>
          <w:tcPr>
            <w:tcW w:w="111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left w:w="0" w:type="dxa"/>
              <w:right w:w="0" w:type="dxa"/>
            </w:tcMar>
          </w:tcPr>
          <w:p w14:paraId="74D700C6" w14:textId="77777777" w:rsidR="00172FDA" w:rsidRPr="00172FDA" w:rsidRDefault="00172FDA" w:rsidP="00172FDA">
            <w:pPr>
              <w:autoSpaceDE w:val="0"/>
              <w:autoSpaceDN w:val="0"/>
              <w:spacing w:after="0" w:line="230" w:lineRule="auto"/>
              <w:ind w:right="82"/>
              <w:jc w:val="right"/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3,00</w:t>
            </w:r>
          </w:p>
        </w:tc>
      </w:tr>
    </w:tbl>
    <w:p w14:paraId="45B2F411" w14:textId="77777777" w:rsidR="00172FDA" w:rsidRPr="00172FDA" w:rsidRDefault="00172FDA" w:rsidP="00172FDA">
      <w:pPr>
        <w:spacing w:after="0" w:line="240" w:lineRule="auto"/>
        <w:ind w:left="851"/>
        <w:rPr>
          <w:rFonts w:ascii="Times New Roman" w:eastAsia="Times New Roman" w:hAnsi="Times New Roman" w:cs="Times New Roman"/>
          <w:b/>
          <w:kern w:val="0"/>
          <w:lang w:val="en-US"/>
          <w14:ligatures w14:val="none"/>
        </w:rPr>
      </w:pPr>
    </w:p>
    <w:p w14:paraId="7D4A0152" w14:textId="77777777" w:rsidR="00172FDA" w:rsidRPr="00172FDA" w:rsidRDefault="00172FDA" w:rsidP="00172FDA">
      <w:pPr>
        <w:spacing w:after="0" w:line="240" w:lineRule="auto"/>
        <w:ind w:left="851"/>
        <w:rPr>
          <w:rFonts w:ascii="Times New Roman" w:eastAsia="Times New Roman" w:hAnsi="Times New Roman" w:cs="Times New Roman"/>
          <w:b/>
          <w:kern w:val="0"/>
          <w:lang w:val="en-US"/>
          <w14:ligatures w14:val="none"/>
        </w:rPr>
      </w:pPr>
      <w:r w:rsidRPr="00172FDA">
        <w:rPr>
          <w:rFonts w:ascii="Times New Roman" w:eastAsia="Times New Roman" w:hAnsi="Times New Roman" w:cs="Times New Roman"/>
          <w:b/>
          <w:kern w:val="0"/>
          <w:lang w:val="en-US"/>
          <w14:ligatures w14:val="none"/>
        </w:rPr>
        <w:t>COMPLEXUL ,,WEEKEND’’</w:t>
      </w:r>
    </w:p>
    <w:p w14:paraId="1B219C21" w14:textId="77777777" w:rsidR="00172FDA" w:rsidRPr="00172FDA" w:rsidRDefault="00172FDA" w:rsidP="00172FDA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lang w:val="en-US"/>
          <w14:ligatures w14:val="none"/>
        </w:rPr>
      </w:pPr>
    </w:p>
    <w:p w14:paraId="736F62D8" w14:textId="77777777" w:rsidR="00172FDA" w:rsidRPr="00172FDA" w:rsidRDefault="00172FDA" w:rsidP="00172FDA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lang w:val="en-US"/>
          <w14:ligatures w14:val="none"/>
        </w:rPr>
      </w:pPr>
    </w:p>
    <w:tbl>
      <w:tblPr>
        <w:tblW w:w="10631" w:type="dxa"/>
        <w:tblInd w:w="7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508"/>
        <w:gridCol w:w="4392"/>
        <w:gridCol w:w="8"/>
        <w:gridCol w:w="1280"/>
        <w:gridCol w:w="1196"/>
        <w:gridCol w:w="14"/>
        <w:gridCol w:w="12"/>
        <w:gridCol w:w="18"/>
        <w:gridCol w:w="1370"/>
        <w:gridCol w:w="833"/>
      </w:tblGrid>
      <w:tr w:rsidR="00172FDA" w:rsidRPr="00172FDA" w14:paraId="346506E0" w14:textId="77777777" w:rsidTr="00BD5BB3">
        <w:trPr>
          <w:trHeight w:val="255"/>
        </w:trPr>
        <w:tc>
          <w:tcPr>
            <w:tcW w:w="1508" w:type="dxa"/>
            <w:vMerge w:val="restart"/>
          </w:tcPr>
          <w:p w14:paraId="132FF5E7" w14:textId="77777777" w:rsidR="00172FDA" w:rsidRPr="00172FDA" w:rsidRDefault="00172FDA" w:rsidP="00172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</w:pPr>
            <w:bookmarkStart w:id="1" w:name="_Hlk83637343"/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>Nr.</w:t>
            </w:r>
          </w:p>
          <w:p w14:paraId="31F95518" w14:textId="77777777" w:rsidR="00172FDA" w:rsidRPr="00172FDA" w:rsidRDefault="00172FDA" w:rsidP="00172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</w:pPr>
            <w:proofErr w:type="spellStart"/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>Crt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>.</w:t>
            </w:r>
          </w:p>
        </w:tc>
        <w:tc>
          <w:tcPr>
            <w:tcW w:w="4392" w:type="dxa"/>
            <w:vMerge w:val="restart"/>
          </w:tcPr>
          <w:p w14:paraId="454239B5" w14:textId="77777777" w:rsidR="00172FDA" w:rsidRPr="00172FDA" w:rsidRDefault="00172FDA" w:rsidP="00172FDA">
            <w:pPr>
              <w:spacing w:after="0" w:line="240" w:lineRule="auto"/>
              <w:ind w:left="-814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</w:pPr>
            <w:proofErr w:type="spellStart"/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>Specificaţie</w:t>
            </w:r>
            <w:proofErr w:type="spellEnd"/>
          </w:p>
        </w:tc>
        <w:tc>
          <w:tcPr>
            <w:tcW w:w="4731" w:type="dxa"/>
            <w:gridSpan w:val="8"/>
          </w:tcPr>
          <w:p w14:paraId="18ACB33E" w14:textId="77777777" w:rsidR="00172FDA" w:rsidRPr="00172FDA" w:rsidRDefault="00172FDA" w:rsidP="00172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>ANUL</w:t>
            </w:r>
          </w:p>
        </w:tc>
      </w:tr>
      <w:tr w:rsidR="00172FDA" w:rsidRPr="00172FDA" w14:paraId="35E39D6F" w14:textId="77777777" w:rsidTr="00BD5BB3">
        <w:trPr>
          <w:trHeight w:val="285"/>
        </w:trPr>
        <w:tc>
          <w:tcPr>
            <w:tcW w:w="1508" w:type="dxa"/>
            <w:vMerge/>
          </w:tcPr>
          <w:p w14:paraId="22C57F71" w14:textId="77777777" w:rsidR="00172FDA" w:rsidRPr="00172FDA" w:rsidRDefault="00172FDA" w:rsidP="00172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</w:pPr>
          </w:p>
        </w:tc>
        <w:tc>
          <w:tcPr>
            <w:tcW w:w="4392" w:type="dxa"/>
            <w:vMerge/>
          </w:tcPr>
          <w:p w14:paraId="0DB6D125" w14:textId="77777777" w:rsidR="00172FDA" w:rsidRPr="00172FDA" w:rsidRDefault="00172FDA" w:rsidP="00172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</w:pPr>
          </w:p>
        </w:tc>
        <w:tc>
          <w:tcPr>
            <w:tcW w:w="1288" w:type="dxa"/>
            <w:gridSpan w:val="2"/>
          </w:tcPr>
          <w:p w14:paraId="398229AC" w14:textId="77777777" w:rsidR="00172FDA" w:rsidRPr="00172FDA" w:rsidRDefault="00172FDA" w:rsidP="00172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>2026</w:t>
            </w:r>
          </w:p>
          <w:p w14:paraId="51856BEC" w14:textId="77777777" w:rsidR="00172FDA" w:rsidRPr="00172FDA" w:rsidRDefault="00172FDA" w:rsidP="00172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</w:pPr>
            <w:proofErr w:type="spellStart"/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>sezon</w:t>
            </w:r>
            <w:proofErr w:type="spellEnd"/>
          </w:p>
        </w:tc>
        <w:tc>
          <w:tcPr>
            <w:tcW w:w="1210" w:type="dxa"/>
            <w:gridSpan w:val="2"/>
          </w:tcPr>
          <w:p w14:paraId="068A1EAB" w14:textId="77777777" w:rsidR="00172FDA" w:rsidRPr="00172FDA" w:rsidRDefault="00172FDA" w:rsidP="00172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>2027</w:t>
            </w:r>
          </w:p>
          <w:p w14:paraId="7BC7491B" w14:textId="77777777" w:rsidR="00172FDA" w:rsidRPr="00172FDA" w:rsidRDefault="00172FDA" w:rsidP="00172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</w:pPr>
            <w:proofErr w:type="spellStart"/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>sezon</w:t>
            </w:r>
            <w:proofErr w:type="spellEnd"/>
          </w:p>
        </w:tc>
        <w:tc>
          <w:tcPr>
            <w:tcW w:w="1400" w:type="dxa"/>
            <w:gridSpan w:val="3"/>
          </w:tcPr>
          <w:p w14:paraId="274C797C" w14:textId="77777777" w:rsidR="00172FDA" w:rsidRPr="00172FDA" w:rsidRDefault="00172FDA" w:rsidP="00172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 xml:space="preserve">2026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>extrasezon</w:t>
            </w:r>
            <w:proofErr w:type="spellEnd"/>
          </w:p>
        </w:tc>
        <w:tc>
          <w:tcPr>
            <w:tcW w:w="833" w:type="dxa"/>
          </w:tcPr>
          <w:p w14:paraId="3BDD5A72" w14:textId="77777777" w:rsidR="00172FDA" w:rsidRPr="00172FDA" w:rsidRDefault="00172FDA" w:rsidP="00172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 xml:space="preserve">2027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>extrasezon</w:t>
            </w:r>
            <w:proofErr w:type="spellEnd"/>
          </w:p>
        </w:tc>
      </w:tr>
      <w:tr w:rsidR="00172FDA" w:rsidRPr="00172FDA" w14:paraId="2701B266" w14:textId="77777777" w:rsidTr="00BD5BB3">
        <w:tc>
          <w:tcPr>
            <w:tcW w:w="1508" w:type="dxa"/>
          </w:tcPr>
          <w:p w14:paraId="781B72E1" w14:textId="77777777" w:rsidR="00172FDA" w:rsidRPr="00172FDA" w:rsidRDefault="00172FDA" w:rsidP="00172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0</w:t>
            </w:r>
          </w:p>
        </w:tc>
        <w:tc>
          <w:tcPr>
            <w:tcW w:w="4392" w:type="dxa"/>
          </w:tcPr>
          <w:p w14:paraId="50130D7C" w14:textId="77777777" w:rsidR="00172FDA" w:rsidRPr="00172FDA" w:rsidRDefault="00172FDA" w:rsidP="00172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1</w:t>
            </w:r>
          </w:p>
        </w:tc>
        <w:tc>
          <w:tcPr>
            <w:tcW w:w="1288" w:type="dxa"/>
            <w:gridSpan w:val="2"/>
          </w:tcPr>
          <w:p w14:paraId="05F92FAF" w14:textId="77777777" w:rsidR="00172FDA" w:rsidRPr="00172FDA" w:rsidRDefault="00172FDA" w:rsidP="00172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2</w:t>
            </w:r>
          </w:p>
        </w:tc>
        <w:tc>
          <w:tcPr>
            <w:tcW w:w="1210" w:type="dxa"/>
            <w:gridSpan w:val="2"/>
          </w:tcPr>
          <w:p w14:paraId="43A6F3B0" w14:textId="77777777" w:rsidR="00172FDA" w:rsidRPr="00172FDA" w:rsidRDefault="00172FDA" w:rsidP="00172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3</w:t>
            </w:r>
          </w:p>
        </w:tc>
        <w:tc>
          <w:tcPr>
            <w:tcW w:w="1400" w:type="dxa"/>
            <w:gridSpan w:val="3"/>
          </w:tcPr>
          <w:p w14:paraId="76DF79BB" w14:textId="77777777" w:rsidR="00172FDA" w:rsidRPr="00172FDA" w:rsidRDefault="00172FDA" w:rsidP="00172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4</w:t>
            </w:r>
          </w:p>
        </w:tc>
        <w:tc>
          <w:tcPr>
            <w:tcW w:w="833" w:type="dxa"/>
          </w:tcPr>
          <w:p w14:paraId="764DF01E" w14:textId="77777777" w:rsidR="00172FDA" w:rsidRPr="00172FDA" w:rsidRDefault="00172FDA" w:rsidP="00172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5</w:t>
            </w:r>
          </w:p>
        </w:tc>
      </w:tr>
      <w:bookmarkEnd w:id="1"/>
      <w:tr w:rsidR="00172FDA" w:rsidRPr="00172FDA" w14:paraId="2AE30950" w14:textId="77777777" w:rsidTr="00BD5BB3">
        <w:trPr>
          <w:trHeight w:val="1029"/>
        </w:trPr>
        <w:tc>
          <w:tcPr>
            <w:tcW w:w="1508" w:type="dxa"/>
          </w:tcPr>
          <w:p w14:paraId="0725C481" w14:textId="77777777" w:rsidR="00172FDA" w:rsidRPr="00172FDA" w:rsidRDefault="00172FDA" w:rsidP="00172F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1.</w:t>
            </w:r>
          </w:p>
        </w:tc>
        <w:tc>
          <w:tcPr>
            <w:tcW w:w="4392" w:type="dxa"/>
          </w:tcPr>
          <w:p w14:paraId="4EF04D59" w14:textId="77777777" w:rsidR="00172FDA" w:rsidRPr="00172FDA" w:rsidRDefault="00172FDA" w:rsidP="00172F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Tarif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ocupare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teren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pentru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suprafeţele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de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teren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adiacente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fiecărei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locaţii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, 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utilizate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în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mod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exclusiv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, de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proprietarii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construcţiilor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, cu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trotuare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betonate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sau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pavate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 lei/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mp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./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lună</w:t>
            </w:r>
            <w:proofErr w:type="spellEnd"/>
          </w:p>
        </w:tc>
        <w:tc>
          <w:tcPr>
            <w:tcW w:w="1288" w:type="dxa"/>
            <w:gridSpan w:val="2"/>
          </w:tcPr>
          <w:p w14:paraId="73D429EB" w14:textId="77777777" w:rsidR="00172FDA" w:rsidRPr="00172FDA" w:rsidRDefault="00172FDA" w:rsidP="00172F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3,70</w:t>
            </w:r>
          </w:p>
        </w:tc>
        <w:tc>
          <w:tcPr>
            <w:tcW w:w="1210" w:type="dxa"/>
            <w:gridSpan w:val="2"/>
          </w:tcPr>
          <w:p w14:paraId="2D590D5D" w14:textId="77777777" w:rsidR="00172FDA" w:rsidRPr="00172FDA" w:rsidRDefault="00172FDA" w:rsidP="00172F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4,00</w:t>
            </w:r>
          </w:p>
        </w:tc>
        <w:tc>
          <w:tcPr>
            <w:tcW w:w="1400" w:type="dxa"/>
            <w:gridSpan w:val="3"/>
          </w:tcPr>
          <w:p w14:paraId="4C627F54" w14:textId="77777777" w:rsidR="00172FDA" w:rsidRPr="00172FDA" w:rsidRDefault="00172FDA" w:rsidP="00172F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1,50</w:t>
            </w:r>
          </w:p>
        </w:tc>
        <w:tc>
          <w:tcPr>
            <w:tcW w:w="833" w:type="dxa"/>
          </w:tcPr>
          <w:p w14:paraId="79BB8B7C" w14:textId="77777777" w:rsidR="00172FDA" w:rsidRPr="00172FDA" w:rsidRDefault="00172FDA" w:rsidP="00172F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2,00</w:t>
            </w:r>
          </w:p>
        </w:tc>
      </w:tr>
      <w:tr w:rsidR="00172FDA" w:rsidRPr="00172FDA" w14:paraId="30451F31" w14:textId="77777777" w:rsidTr="00BD5BB3">
        <w:trPr>
          <w:trHeight w:val="70"/>
        </w:trPr>
        <w:tc>
          <w:tcPr>
            <w:tcW w:w="1508" w:type="dxa"/>
          </w:tcPr>
          <w:p w14:paraId="62E8FFE0" w14:textId="77777777" w:rsidR="00172FDA" w:rsidRPr="00172FDA" w:rsidRDefault="00172FDA" w:rsidP="00172F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2.</w:t>
            </w:r>
          </w:p>
          <w:p w14:paraId="1FAD2EF6" w14:textId="77777777" w:rsidR="00172FDA" w:rsidRPr="00172FDA" w:rsidRDefault="00172FDA" w:rsidP="00172F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</w:p>
        </w:tc>
        <w:tc>
          <w:tcPr>
            <w:tcW w:w="4392" w:type="dxa"/>
          </w:tcPr>
          <w:p w14:paraId="51EF4D23" w14:textId="77777777" w:rsidR="00172FDA" w:rsidRPr="00172FDA" w:rsidRDefault="00172FDA" w:rsidP="00172F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Tarif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ocupare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teren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cu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construcţii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utilizate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pentru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depozite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marfă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,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en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-gros lei/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mp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/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lună</w:t>
            </w:r>
            <w:proofErr w:type="spellEnd"/>
          </w:p>
        </w:tc>
        <w:tc>
          <w:tcPr>
            <w:tcW w:w="1288" w:type="dxa"/>
            <w:gridSpan w:val="2"/>
          </w:tcPr>
          <w:p w14:paraId="646F1346" w14:textId="77777777" w:rsidR="00172FDA" w:rsidRPr="00172FDA" w:rsidRDefault="00172FDA" w:rsidP="00172F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810,00</w:t>
            </w:r>
          </w:p>
        </w:tc>
        <w:tc>
          <w:tcPr>
            <w:tcW w:w="1210" w:type="dxa"/>
            <w:gridSpan w:val="2"/>
          </w:tcPr>
          <w:p w14:paraId="14436349" w14:textId="77777777" w:rsidR="00172FDA" w:rsidRPr="00172FDA" w:rsidRDefault="00172FDA" w:rsidP="00172F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900,00</w:t>
            </w:r>
          </w:p>
        </w:tc>
        <w:tc>
          <w:tcPr>
            <w:tcW w:w="1400" w:type="dxa"/>
            <w:gridSpan w:val="3"/>
          </w:tcPr>
          <w:p w14:paraId="7844AED9" w14:textId="77777777" w:rsidR="00172FDA" w:rsidRPr="00172FDA" w:rsidRDefault="00172FDA" w:rsidP="00172F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810,00</w:t>
            </w:r>
          </w:p>
        </w:tc>
        <w:tc>
          <w:tcPr>
            <w:tcW w:w="833" w:type="dxa"/>
          </w:tcPr>
          <w:p w14:paraId="7DF4B809" w14:textId="77777777" w:rsidR="00172FDA" w:rsidRPr="00172FDA" w:rsidRDefault="00172FDA" w:rsidP="00172F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900,00</w:t>
            </w:r>
          </w:p>
        </w:tc>
      </w:tr>
      <w:tr w:rsidR="00172FDA" w:rsidRPr="00172FDA" w14:paraId="3AD1D274" w14:textId="77777777" w:rsidTr="00BD5BB3">
        <w:tc>
          <w:tcPr>
            <w:tcW w:w="1508" w:type="dxa"/>
          </w:tcPr>
          <w:p w14:paraId="66CA6042" w14:textId="77777777" w:rsidR="00172FDA" w:rsidRPr="00172FDA" w:rsidRDefault="00172FDA" w:rsidP="00172F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3.</w:t>
            </w:r>
          </w:p>
        </w:tc>
        <w:tc>
          <w:tcPr>
            <w:tcW w:w="4392" w:type="dxa"/>
          </w:tcPr>
          <w:p w14:paraId="7CDBAC6C" w14:textId="77777777" w:rsidR="00172FDA" w:rsidRPr="00172FDA" w:rsidRDefault="00172FDA" w:rsidP="00172F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Tarif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ocupare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teren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cu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construcţii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pentru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activităţi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de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agrement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(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spaţii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dotate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cu mese de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biliard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,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tenis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de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masă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,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jocuri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mecanice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, dart etc.) lei/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mp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./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lună</w:t>
            </w:r>
            <w:proofErr w:type="spellEnd"/>
          </w:p>
        </w:tc>
        <w:tc>
          <w:tcPr>
            <w:tcW w:w="1288" w:type="dxa"/>
            <w:gridSpan w:val="2"/>
          </w:tcPr>
          <w:p w14:paraId="1272B362" w14:textId="77777777" w:rsidR="00172FDA" w:rsidRPr="00172FDA" w:rsidRDefault="00172FDA" w:rsidP="00172F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7,00</w:t>
            </w:r>
          </w:p>
        </w:tc>
        <w:tc>
          <w:tcPr>
            <w:tcW w:w="1210" w:type="dxa"/>
            <w:gridSpan w:val="2"/>
          </w:tcPr>
          <w:p w14:paraId="55586BBA" w14:textId="77777777" w:rsidR="00172FDA" w:rsidRPr="00172FDA" w:rsidRDefault="00172FDA" w:rsidP="00172F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8,00</w:t>
            </w:r>
          </w:p>
        </w:tc>
        <w:tc>
          <w:tcPr>
            <w:tcW w:w="1400" w:type="dxa"/>
            <w:gridSpan w:val="3"/>
          </w:tcPr>
          <w:p w14:paraId="3C299018" w14:textId="77777777" w:rsidR="00172FDA" w:rsidRPr="00172FDA" w:rsidRDefault="00172FDA" w:rsidP="00172F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7,00</w:t>
            </w:r>
          </w:p>
        </w:tc>
        <w:tc>
          <w:tcPr>
            <w:tcW w:w="833" w:type="dxa"/>
          </w:tcPr>
          <w:p w14:paraId="2189B42C" w14:textId="77777777" w:rsidR="00172FDA" w:rsidRPr="00172FDA" w:rsidRDefault="00172FDA" w:rsidP="00172F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8,00</w:t>
            </w:r>
          </w:p>
        </w:tc>
      </w:tr>
      <w:tr w:rsidR="00172FDA" w:rsidRPr="00172FDA" w14:paraId="4D6E42F5" w14:textId="77777777" w:rsidTr="00BD5BB3">
        <w:trPr>
          <w:trHeight w:val="735"/>
        </w:trPr>
        <w:tc>
          <w:tcPr>
            <w:tcW w:w="1508" w:type="dxa"/>
          </w:tcPr>
          <w:p w14:paraId="1E837725" w14:textId="77777777" w:rsidR="00172FDA" w:rsidRPr="00172FDA" w:rsidRDefault="00172FDA" w:rsidP="00172F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4.</w:t>
            </w:r>
          </w:p>
        </w:tc>
        <w:tc>
          <w:tcPr>
            <w:tcW w:w="4392" w:type="dxa"/>
          </w:tcPr>
          <w:p w14:paraId="347E9977" w14:textId="77777777" w:rsidR="00172FDA" w:rsidRPr="00172FDA" w:rsidRDefault="00172FDA" w:rsidP="00172F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Tarif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ocupare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teren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cu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constructie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pentru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 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discotecă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(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cladire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),  lei/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mp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/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lună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:</w:t>
            </w:r>
          </w:p>
        </w:tc>
        <w:tc>
          <w:tcPr>
            <w:tcW w:w="1288" w:type="dxa"/>
            <w:gridSpan w:val="2"/>
          </w:tcPr>
          <w:p w14:paraId="77D22798" w14:textId="77777777" w:rsidR="00172FDA" w:rsidRPr="00172FDA" w:rsidRDefault="00172FDA" w:rsidP="00172F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110,00</w:t>
            </w:r>
          </w:p>
        </w:tc>
        <w:tc>
          <w:tcPr>
            <w:tcW w:w="1210" w:type="dxa"/>
            <w:gridSpan w:val="2"/>
          </w:tcPr>
          <w:p w14:paraId="5445E95B" w14:textId="77777777" w:rsidR="00172FDA" w:rsidRPr="00172FDA" w:rsidRDefault="00172FDA" w:rsidP="00172F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130,00</w:t>
            </w:r>
          </w:p>
        </w:tc>
        <w:tc>
          <w:tcPr>
            <w:tcW w:w="1400" w:type="dxa"/>
            <w:gridSpan w:val="3"/>
          </w:tcPr>
          <w:p w14:paraId="19161AB5" w14:textId="77777777" w:rsidR="00172FDA" w:rsidRPr="00172FDA" w:rsidRDefault="00172FDA" w:rsidP="00172F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110,00</w:t>
            </w:r>
          </w:p>
        </w:tc>
        <w:tc>
          <w:tcPr>
            <w:tcW w:w="833" w:type="dxa"/>
          </w:tcPr>
          <w:p w14:paraId="000B52A5" w14:textId="77777777" w:rsidR="00172FDA" w:rsidRPr="00172FDA" w:rsidRDefault="00172FDA" w:rsidP="00172F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130,00</w:t>
            </w:r>
          </w:p>
        </w:tc>
      </w:tr>
      <w:tr w:rsidR="00172FDA" w:rsidRPr="00172FDA" w14:paraId="2FB65551" w14:textId="77777777" w:rsidTr="00BD5BB3">
        <w:trPr>
          <w:trHeight w:val="814"/>
        </w:trPr>
        <w:tc>
          <w:tcPr>
            <w:tcW w:w="1508" w:type="dxa"/>
          </w:tcPr>
          <w:p w14:paraId="1A0B81A1" w14:textId="77777777" w:rsidR="00172FDA" w:rsidRPr="00172FDA" w:rsidRDefault="00172FDA" w:rsidP="00172F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lastRenderedPageBreak/>
              <w:t>5.</w:t>
            </w:r>
          </w:p>
        </w:tc>
        <w:tc>
          <w:tcPr>
            <w:tcW w:w="4392" w:type="dxa"/>
          </w:tcPr>
          <w:p w14:paraId="4678CFAF" w14:textId="77777777" w:rsidR="00172FDA" w:rsidRPr="00172FDA" w:rsidRDefault="00172FDA" w:rsidP="00172F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Tarif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ocupare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teren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cu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spaţii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pentru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activitate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comercială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(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alimentaţie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publică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)   lei/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mp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/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lună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:</w:t>
            </w:r>
          </w:p>
        </w:tc>
        <w:tc>
          <w:tcPr>
            <w:tcW w:w="1288" w:type="dxa"/>
            <w:gridSpan w:val="2"/>
          </w:tcPr>
          <w:p w14:paraId="23C45061" w14:textId="77777777" w:rsidR="00172FDA" w:rsidRPr="00172FDA" w:rsidRDefault="00172FDA" w:rsidP="00172F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</w:p>
        </w:tc>
        <w:tc>
          <w:tcPr>
            <w:tcW w:w="1210" w:type="dxa"/>
            <w:gridSpan w:val="2"/>
          </w:tcPr>
          <w:p w14:paraId="3D4C70FB" w14:textId="77777777" w:rsidR="00172FDA" w:rsidRPr="00172FDA" w:rsidRDefault="00172FDA" w:rsidP="00172F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</w:p>
        </w:tc>
        <w:tc>
          <w:tcPr>
            <w:tcW w:w="1400" w:type="dxa"/>
            <w:gridSpan w:val="3"/>
          </w:tcPr>
          <w:p w14:paraId="38971B8F" w14:textId="77777777" w:rsidR="00172FDA" w:rsidRPr="00172FDA" w:rsidRDefault="00172FDA" w:rsidP="00172F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</w:p>
        </w:tc>
        <w:tc>
          <w:tcPr>
            <w:tcW w:w="833" w:type="dxa"/>
          </w:tcPr>
          <w:p w14:paraId="180916A4" w14:textId="77777777" w:rsidR="00172FDA" w:rsidRPr="00172FDA" w:rsidRDefault="00172FDA" w:rsidP="00172F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</w:p>
        </w:tc>
      </w:tr>
      <w:tr w:rsidR="00172FDA" w:rsidRPr="00172FDA" w14:paraId="22BEE07F" w14:textId="77777777" w:rsidTr="00BD5BB3">
        <w:trPr>
          <w:trHeight w:val="278"/>
        </w:trPr>
        <w:tc>
          <w:tcPr>
            <w:tcW w:w="1508" w:type="dxa"/>
          </w:tcPr>
          <w:p w14:paraId="00F3BFB3" w14:textId="77777777" w:rsidR="00172FDA" w:rsidRPr="00172FDA" w:rsidRDefault="00172FDA" w:rsidP="00172F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5.1.</w:t>
            </w:r>
          </w:p>
        </w:tc>
        <w:tc>
          <w:tcPr>
            <w:tcW w:w="4392" w:type="dxa"/>
          </w:tcPr>
          <w:p w14:paraId="220DDD24" w14:textId="77777777" w:rsidR="00172FDA" w:rsidRPr="00172FDA" w:rsidRDefault="00172FDA" w:rsidP="00172F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~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terasă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cu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activitate</w:t>
            </w:r>
            <w:proofErr w:type="spellEnd"/>
          </w:p>
        </w:tc>
        <w:tc>
          <w:tcPr>
            <w:tcW w:w="1288" w:type="dxa"/>
            <w:gridSpan w:val="2"/>
          </w:tcPr>
          <w:p w14:paraId="08E980E1" w14:textId="77777777" w:rsidR="00172FDA" w:rsidRPr="00172FDA" w:rsidRDefault="00172FDA" w:rsidP="00172F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25,00</w:t>
            </w:r>
          </w:p>
        </w:tc>
        <w:tc>
          <w:tcPr>
            <w:tcW w:w="1210" w:type="dxa"/>
            <w:gridSpan w:val="2"/>
          </w:tcPr>
          <w:p w14:paraId="0101EBB5" w14:textId="77777777" w:rsidR="00172FDA" w:rsidRPr="00172FDA" w:rsidRDefault="00172FDA" w:rsidP="00172F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25,00</w:t>
            </w:r>
          </w:p>
        </w:tc>
        <w:tc>
          <w:tcPr>
            <w:tcW w:w="1400" w:type="dxa"/>
            <w:gridSpan w:val="3"/>
          </w:tcPr>
          <w:p w14:paraId="41BC1DD0" w14:textId="77777777" w:rsidR="00172FDA" w:rsidRPr="00172FDA" w:rsidRDefault="00172FDA" w:rsidP="00172F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2,50</w:t>
            </w:r>
          </w:p>
        </w:tc>
        <w:tc>
          <w:tcPr>
            <w:tcW w:w="833" w:type="dxa"/>
          </w:tcPr>
          <w:p w14:paraId="68D08659" w14:textId="77777777" w:rsidR="00172FDA" w:rsidRPr="00172FDA" w:rsidRDefault="00172FDA" w:rsidP="00172F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2,50</w:t>
            </w:r>
          </w:p>
        </w:tc>
      </w:tr>
      <w:tr w:rsidR="00172FDA" w:rsidRPr="00172FDA" w14:paraId="12857910" w14:textId="77777777" w:rsidTr="00BD5BB3">
        <w:trPr>
          <w:trHeight w:val="278"/>
        </w:trPr>
        <w:tc>
          <w:tcPr>
            <w:tcW w:w="1508" w:type="dxa"/>
          </w:tcPr>
          <w:p w14:paraId="0FB72BA6" w14:textId="77777777" w:rsidR="00172FDA" w:rsidRPr="00172FDA" w:rsidRDefault="00172FDA" w:rsidP="00172F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</w:p>
        </w:tc>
        <w:tc>
          <w:tcPr>
            <w:tcW w:w="9123" w:type="dxa"/>
            <w:gridSpan w:val="9"/>
          </w:tcPr>
          <w:p w14:paraId="01124C09" w14:textId="77777777" w:rsidR="00172FDA" w:rsidRPr="00172FDA" w:rsidRDefault="00172FDA" w:rsidP="00172F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kern w:val="0"/>
                <w:szCs w:val="20"/>
                <w:lang w:val="fr-FR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b/>
                <w:i/>
                <w:kern w:val="0"/>
                <w:szCs w:val="20"/>
                <w:lang w:val="fr-FR"/>
                <w14:ligatures w14:val="none"/>
              </w:rPr>
              <w:t>Conform HCL nr.68/28.02.2008 Anexa 1, persoanele fizice sau juridice care desfăşoară activitate de alimentaţie publică ”la cerere se închiriază anual şi teren pentru terasă pe bază de hotărâre a Consiliului Local“</w:t>
            </w:r>
          </w:p>
          <w:p w14:paraId="35FBA8BF" w14:textId="77777777" w:rsidR="00172FDA" w:rsidRPr="00172FDA" w:rsidRDefault="00172FDA" w:rsidP="00172F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b/>
                <w:i/>
                <w:kern w:val="0"/>
                <w:szCs w:val="20"/>
                <w:lang w:val="fr-FR"/>
                <w14:ligatures w14:val="none"/>
              </w:rPr>
              <w:t>Termenul  pentru închirierea teraselor este de 4 luni,  în sezon între 01.05.2026 –30.09.2026.</w:t>
            </w:r>
          </w:p>
        </w:tc>
      </w:tr>
      <w:tr w:rsidR="00172FDA" w:rsidRPr="00172FDA" w14:paraId="127EE42E" w14:textId="77777777" w:rsidTr="00BD5BB3">
        <w:trPr>
          <w:trHeight w:val="409"/>
        </w:trPr>
        <w:tc>
          <w:tcPr>
            <w:tcW w:w="1508" w:type="dxa"/>
            <w:tcBorders>
              <w:right w:val="single" w:sz="4" w:space="0" w:color="auto"/>
            </w:tcBorders>
          </w:tcPr>
          <w:p w14:paraId="2582194E" w14:textId="77777777" w:rsidR="00172FDA" w:rsidRPr="00172FDA" w:rsidRDefault="00172FDA" w:rsidP="00172F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5.2.</w:t>
            </w:r>
          </w:p>
        </w:tc>
        <w:tc>
          <w:tcPr>
            <w:tcW w:w="4392" w:type="dxa"/>
            <w:tcBorders>
              <w:left w:val="single" w:sz="4" w:space="0" w:color="auto"/>
              <w:right w:val="single" w:sz="4" w:space="0" w:color="auto"/>
            </w:tcBorders>
          </w:tcPr>
          <w:p w14:paraId="0B118B8C" w14:textId="77777777" w:rsidR="00172FDA" w:rsidRPr="00172FDA" w:rsidRDefault="00172FDA" w:rsidP="00172F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~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terasă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în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conservare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(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fără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activitate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)</w:t>
            </w:r>
          </w:p>
        </w:tc>
        <w:tc>
          <w:tcPr>
            <w:tcW w:w="128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3B2334E7" w14:textId="77777777" w:rsidR="00172FDA" w:rsidRPr="00172FDA" w:rsidRDefault="00172FDA" w:rsidP="00172F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val="fr-FR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fr-FR"/>
                <w14:ligatures w14:val="none"/>
              </w:rPr>
              <w:t>1,50</w:t>
            </w:r>
          </w:p>
        </w:tc>
        <w:tc>
          <w:tcPr>
            <w:tcW w:w="1222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50B160DA" w14:textId="77777777" w:rsidR="00172FDA" w:rsidRPr="00172FDA" w:rsidRDefault="00172FDA" w:rsidP="00172F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val="fr-FR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fr-FR"/>
                <w14:ligatures w14:val="none"/>
              </w:rPr>
              <w:t>2,00</w:t>
            </w:r>
          </w:p>
        </w:tc>
        <w:tc>
          <w:tcPr>
            <w:tcW w:w="138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3FDD6A5B" w14:textId="77777777" w:rsidR="00172FDA" w:rsidRPr="00172FDA" w:rsidRDefault="00172FDA" w:rsidP="00172F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val="fr-FR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fr-FR"/>
                <w14:ligatures w14:val="none"/>
              </w:rPr>
              <w:t>1,50</w:t>
            </w:r>
          </w:p>
        </w:tc>
        <w:tc>
          <w:tcPr>
            <w:tcW w:w="833" w:type="dxa"/>
            <w:tcBorders>
              <w:left w:val="single" w:sz="4" w:space="0" w:color="auto"/>
            </w:tcBorders>
          </w:tcPr>
          <w:p w14:paraId="2C45F2C3" w14:textId="77777777" w:rsidR="00172FDA" w:rsidRPr="00172FDA" w:rsidRDefault="00172FDA" w:rsidP="00172F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val="fr-FR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fr-FR"/>
                <w14:ligatures w14:val="none"/>
              </w:rPr>
              <w:t>2,00</w:t>
            </w:r>
          </w:p>
        </w:tc>
      </w:tr>
      <w:tr w:rsidR="00172FDA" w:rsidRPr="00172FDA" w14:paraId="16F78118" w14:textId="77777777" w:rsidTr="00BD5BB3">
        <w:trPr>
          <w:trHeight w:val="409"/>
        </w:trPr>
        <w:tc>
          <w:tcPr>
            <w:tcW w:w="1508" w:type="dxa"/>
            <w:tcBorders>
              <w:bottom w:val="single" w:sz="4" w:space="0" w:color="auto"/>
              <w:right w:val="single" w:sz="4" w:space="0" w:color="auto"/>
            </w:tcBorders>
          </w:tcPr>
          <w:p w14:paraId="29047B2D" w14:textId="77777777" w:rsidR="00172FDA" w:rsidRPr="00172FDA" w:rsidRDefault="00172FDA" w:rsidP="00172F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fr-FR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fr-FR"/>
                <w14:ligatures w14:val="none"/>
              </w:rPr>
              <w:t>6.</w:t>
            </w:r>
          </w:p>
        </w:tc>
        <w:tc>
          <w:tcPr>
            <w:tcW w:w="9123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6253F" w14:textId="77777777" w:rsidR="00172FDA" w:rsidRPr="00172FDA" w:rsidRDefault="00172FDA" w:rsidP="00172F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fr-FR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b/>
                <w:bCs/>
                <w:kern w:val="0"/>
                <w:lang w:val="fr-FR"/>
                <w14:ligatures w14:val="none"/>
              </w:rPr>
              <w:t>Taxă ocupare domeniu public și privat al Municipiului cu construcții (în cazul expirării contractului de concesiune, închiriere sau alte forme de atribuire conform legii)</w:t>
            </w:r>
            <w:r w:rsidRPr="00172FDA">
              <w:rPr>
                <w:rFonts w:ascii="Times New Roman" w:eastAsia="Times New Roman" w:hAnsi="Times New Roman" w:cs="Times New Roman"/>
                <w:kern w:val="0"/>
                <w:lang w:val="fr-FR"/>
                <w14:ligatures w14:val="none"/>
              </w:rPr>
              <w:t xml:space="preserve"> </w:t>
            </w:r>
            <w:r w:rsidRPr="00172FDA">
              <w:rPr>
                <w:rFonts w:ascii="Times New Roman" w:eastAsia="Times New Roman" w:hAnsi="Times New Roman" w:cs="Times New Roman"/>
                <w:b/>
                <w:bCs/>
                <w:kern w:val="0"/>
                <w:lang w:val="fr-FR"/>
                <w14:ligatures w14:val="none"/>
              </w:rPr>
              <w:t xml:space="preserve">lei/mp/an </w:t>
            </w:r>
          </w:p>
          <w:p w14:paraId="1CFFA8B2" w14:textId="77777777" w:rsidR="00172FDA" w:rsidRPr="00172FDA" w:rsidRDefault="00172FDA" w:rsidP="00172F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fr-FR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b/>
                <w:bCs/>
                <w:kern w:val="0"/>
                <w:lang w:val="fr-FR"/>
                <w14:ligatures w14:val="none"/>
              </w:rPr>
              <w:t>pe anul 2026</w:t>
            </w:r>
          </w:p>
        </w:tc>
      </w:tr>
      <w:tr w:rsidR="00172FDA" w:rsidRPr="00172FDA" w14:paraId="6A5ED62D" w14:textId="77777777" w:rsidTr="00BD5BB3">
        <w:trPr>
          <w:trHeight w:val="68"/>
        </w:trPr>
        <w:tc>
          <w:tcPr>
            <w:tcW w:w="1508" w:type="dxa"/>
            <w:tcBorders>
              <w:top w:val="single" w:sz="4" w:space="0" w:color="auto"/>
              <w:right w:val="single" w:sz="4" w:space="0" w:color="auto"/>
            </w:tcBorders>
          </w:tcPr>
          <w:p w14:paraId="302033B0" w14:textId="77777777" w:rsidR="00172FDA" w:rsidRPr="00172FDA" w:rsidRDefault="00172FDA" w:rsidP="00172F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fr-FR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fr-FR"/>
                <w14:ligatures w14:val="none"/>
              </w:rPr>
              <w:t>6.1</w:t>
            </w:r>
          </w:p>
        </w:tc>
        <w:tc>
          <w:tcPr>
            <w:tcW w:w="6920" w:type="dxa"/>
            <w:gridSpan w:val="7"/>
            <w:tcBorders>
              <w:top w:val="single" w:sz="4" w:space="0" w:color="auto"/>
              <w:right w:val="single" w:sz="4" w:space="0" w:color="auto"/>
            </w:tcBorders>
          </w:tcPr>
          <w:p w14:paraId="5E6BA2BB" w14:textId="77777777" w:rsidR="00172FDA" w:rsidRPr="00172FDA" w:rsidRDefault="00172FDA" w:rsidP="00172F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fr-FR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fr-FR"/>
                <w14:ligatures w14:val="none"/>
              </w:rPr>
              <w:t>Alimentație publică</w:t>
            </w:r>
          </w:p>
        </w:tc>
        <w:tc>
          <w:tcPr>
            <w:tcW w:w="1370" w:type="dxa"/>
            <w:tcBorders>
              <w:top w:val="single" w:sz="4" w:space="0" w:color="auto"/>
              <w:right w:val="single" w:sz="4" w:space="0" w:color="auto"/>
            </w:tcBorders>
          </w:tcPr>
          <w:p w14:paraId="624EB7D3" w14:textId="77777777" w:rsidR="00172FDA" w:rsidRPr="00172FDA" w:rsidRDefault="00172FDA" w:rsidP="00172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fr-FR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fr-FR"/>
                <w14:ligatures w14:val="none"/>
              </w:rPr>
              <w:t>169,00</w:t>
            </w:r>
          </w:p>
        </w:tc>
        <w:tc>
          <w:tcPr>
            <w:tcW w:w="833" w:type="dxa"/>
            <w:tcBorders>
              <w:top w:val="single" w:sz="4" w:space="0" w:color="auto"/>
              <w:right w:val="single" w:sz="4" w:space="0" w:color="auto"/>
            </w:tcBorders>
          </w:tcPr>
          <w:p w14:paraId="00EEF5F8" w14:textId="77777777" w:rsidR="00172FDA" w:rsidRPr="00172FDA" w:rsidRDefault="00172FDA" w:rsidP="00172F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val="fr-FR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fr-FR"/>
                <w14:ligatures w14:val="none"/>
              </w:rPr>
              <w:t>-</w:t>
            </w:r>
          </w:p>
        </w:tc>
      </w:tr>
      <w:tr w:rsidR="00172FDA" w:rsidRPr="00172FDA" w14:paraId="27BDE3AC" w14:textId="77777777" w:rsidTr="00BD5BB3">
        <w:trPr>
          <w:trHeight w:val="68"/>
        </w:trPr>
        <w:tc>
          <w:tcPr>
            <w:tcW w:w="1508" w:type="dxa"/>
            <w:tcBorders>
              <w:top w:val="single" w:sz="4" w:space="0" w:color="auto"/>
              <w:right w:val="single" w:sz="4" w:space="0" w:color="auto"/>
            </w:tcBorders>
          </w:tcPr>
          <w:p w14:paraId="534B6732" w14:textId="77777777" w:rsidR="00172FDA" w:rsidRPr="00172FDA" w:rsidRDefault="00172FDA" w:rsidP="00172F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fr-FR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fr-FR"/>
                <w14:ligatures w14:val="none"/>
              </w:rPr>
              <w:t>6.2</w:t>
            </w:r>
          </w:p>
        </w:tc>
        <w:tc>
          <w:tcPr>
            <w:tcW w:w="6920" w:type="dxa"/>
            <w:gridSpan w:val="7"/>
            <w:tcBorders>
              <w:top w:val="single" w:sz="4" w:space="0" w:color="auto"/>
              <w:right w:val="single" w:sz="4" w:space="0" w:color="auto"/>
            </w:tcBorders>
          </w:tcPr>
          <w:p w14:paraId="0EC2CF38" w14:textId="77777777" w:rsidR="00172FDA" w:rsidRPr="00172FDA" w:rsidRDefault="00172FDA" w:rsidP="00172F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fr-FR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fr-FR"/>
                <w14:ligatures w14:val="none"/>
              </w:rPr>
              <w:t>Servicii culturale educative, sportive și de  agrement</w:t>
            </w:r>
          </w:p>
        </w:tc>
        <w:tc>
          <w:tcPr>
            <w:tcW w:w="1370" w:type="dxa"/>
            <w:tcBorders>
              <w:top w:val="single" w:sz="4" w:space="0" w:color="auto"/>
              <w:right w:val="single" w:sz="4" w:space="0" w:color="auto"/>
            </w:tcBorders>
          </w:tcPr>
          <w:p w14:paraId="629459F4" w14:textId="77777777" w:rsidR="00172FDA" w:rsidRPr="00172FDA" w:rsidRDefault="00172FDA" w:rsidP="00172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fr-FR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fr-FR"/>
                <w14:ligatures w14:val="none"/>
              </w:rPr>
              <w:t xml:space="preserve"> 48,75</w:t>
            </w:r>
          </w:p>
        </w:tc>
        <w:tc>
          <w:tcPr>
            <w:tcW w:w="833" w:type="dxa"/>
            <w:tcBorders>
              <w:top w:val="single" w:sz="4" w:space="0" w:color="auto"/>
              <w:right w:val="single" w:sz="4" w:space="0" w:color="auto"/>
            </w:tcBorders>
          </w:tcPr>
          <w:p w14:paraId="704BD1D6" w14:textId="77777777" w:rsidR="00172FDA" w:rsidRPr="00172FDA" w:rsidRDefault="00172FDA" w:rsidP="00172F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val="fr-FR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fr-FR"/>
                <w14:ligatures w14:val="none"/>
              </w:rPr>
              <w:t>-</w:t>
            </w:r>
          </w:p>
        </w:tc>
      </w:tr>
      <w:tr w:rsidR="00172FDA" w:rsidRPr="00172FDA" w14:paraId="7F334856" w14:textId="77777777" w:rsidTr="00BD5BB3">
        <w:trPr>
          <w:trHeight w:val="68"/>
        </w:trPr>
        <w:tc>
          <w:tcPr>
            <w:tcW w:w="1508" w:type="dxa"/>
            <w:tcBorders>
              <w:top w:val="single" w:sz="4" w:space="0" w:color="auto"/>
              <w:right w:val="single" w:sz="4" w:space="0" w:color="auto"/>
            </w:tcBorders>
          </w:tcPr>
          <w:p w14:paraId="3AD40ABC" w14:textId="77777777" w:rsidR="00172FDA" w:rsidRPr="00172FDA" w:rsidRDefault="00172FDA" w:rsidP="00172F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fr-FR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fr-FR"/>
                <w14:ligatures w14:val="none"/>
              </w:rPr>
              <w:t>6.3</w:t>
            </w:r>
          </w:p>
        </w:tc>
        <w:tc>
          <w:tcPr>
            <w:tcW w:w="6920" w:type="dxa"/>
            <w:gridSpan w:val="7"/>
            <w:tcBorders>
              <w:top w:val="single" w:sz="4" w:space="0" w:color="auto"/>
              <w:right w:val="single" w:sz="4" w:space="0" w:color="auto"/>
            </w:tcBorders>
          </w:tcPr>
          <w:p w14:paraId="73ACB28C" w14:textId="77777777" w:rsidR="00172FDA" w:rsidRPr="00172FDA" w:rsidRDefault="00172FDA" w:rsidP="00172F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fr-FR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fr-FR"/>
                <w14:ligatures w14:val="none"/>
              </w:rPr>
              <w:t>Cabane de odihnă</w:t>
            </w:r>
          </w:p>
        </w:tc>
        <w:tc>
          <w:tcPr>
            <w:tcW w:w="1370" w:type="dxa"/>
            <w:tcBorders>
              <w:top w:val="single" w:sz="4" w:space="0" w:color="auto"/>
              <w:right w:val="single" w:sz="4" w:space="0" w:color="auto"/>
            </w:tcBorders>
          </w:tcPr>
          <w:p w14:paraId="434AA669" w14:textId="77777777" w:rsidR="00172FDA" w:rsidRPr="00172FDA" w:rsidRDefault="00172FDA" w:rsidP="00172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fr-FR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fr-FR"/>
                <w14:ligatures w14:val="none"/>
              </w:rPr>
              <w:t xml:space="preserve"> 41,60</w:t>
            </w:r>
          </w:p>
        </w:tc>
        <w:tc>
          <w:tcPr>
            <w:tcW w:w="833" w:type="dxa"/>
            <w:tcBorders>
              <w:top w:val="single" w:sz="4" w:space="0" w:color="auto"/>
              <w:right w:val="single" w:sz="4" w:space="0" w:color="auto"/>
            </w:tcBorders>
          </w:tcPr>
          <w:p w14:paraId="21DEE63C" w14:textId="77777777" w:rsidR="00172FDA" w:rsidRPr="00172FDA" w:rsidRDefault="00172FDA" w:rsidP="00172F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val="fr-FR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fr-FR"/>
                <w14:ligatures w14:val="none"/>
              </w:rPr>
              <w:t>-</w:t>
            </w:r>
          </w:p>
        </w:tc>
      </w:tr>
      <w:tr w:rsidR="00172FDA" w:rsidRPr="00172FDA" w14:paraId="5962F072" w14:textId="77777777" w:rsidTr="00BD5BB3">
        <w:trPr>
          <w:trHeight w:val="68"/>
        </w:trPr>
        <w:tc>
          <w:tcPr>
            <w:tcW w:w="1508" w:type="dxa"/>
            <w:tcBorders>
              <w:top w:val="single" w:sz="4" w:space="0" w:color="auto"/>
              <w:right w:val="single" w:sz="4" w:space="0" w:color="auto"/>
            </w:tcBorders>
          </w:tcPr>
          <w:p w14:paraId="6D6B0273" w14:textId="77777777" w:rsidR="00172FDA" w:rsidRPr="00172FDA" w:rsidRDefault="00172FDA" w:rsidP="00172F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fr-FR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fr-FR"/>
                <w14:ligatures w14:val="none"/>
              </w:rPr>
              <w:t>7.</w:t>
            </w:r>
          </w:p>
        </w:tc>
        <w:tc>
          <w:tcPr>
            <w:tcW w:w="9123" w:type="dxa"/>
            <w:gridSpan w:val="9"/>
            <w:tcBorders>
              <w:top w:val="single" w:sz="4" w:space="0" w:color="auto"/>
              <w:right w:val="single" w:sz="4" w:space="0" w:color="auto"/>
            </w:tcBorders>
          </w:tcPr>
          <w:p w14:paraId="3D49F5AE" w14:textId="77777777" w:rsidR="00172FDA" w:rsidRPr="00172FDA" w:rsidRDefault="00172FDA" w:rsidP="00172F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fr-FR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b/>
                <w:bCs/>
                <w:kern w:val="0"/>
                <w:lang w:val="fr-FR"/>
                <w14:ligatures w14:val="none"/>
              </w:rPr>
              <w:t>Taxă ocupare domeniu public și privat al Municipiului cu construcții (în cazul expirării contractului de concesiune, închiriere sau alte forme de atribuire conform legii)</w:t>
            </w:r>
            <w:r w:rsidRPr="00172FDA">
              <w:rPr>
                <w:rFonts w:ascii="Times New Roman" w:eastAsia="Times New Roman" w:hAnsi="Times New Roman" w:cs="Times New Roman"/>
                <w:kern w:val="0"/>
                <w:lang w:val="fr-FR"/>
                <w14:ligatures w14:val="none"/>
              </w:rPr>
              <w:t xml:space="preserve"> </w:t>
            </w:r>
            <w:r w:rsidRPr="00172FDA">
              <w:rPr>
                <w:rFonts w:ascii="Times New Roman" w:eastAsia="Times New Roman" w:hAnsi="Times New Roman" w:cs="Times New Roman"/>
                <w:b/>
                <w:bCs/>
                <w:kern w:val="0"/>
                <w:lang w:val="fr-FR"/>
                <w14:ligatures w14:val="none"/>
              </w:rPr>
              <w:t>lei/mp/lun</w:t>
            </w:r>
            <w:r w:rsidRPr="00172FDA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ă pe anul 2027</w:t>
            </w:r>
          </w:p>
        </w:tc>
      </w:tr>
      <w:tr w:rsidR="00172FDA" w:rsidRPr="00172FDA" w14:paraId="33F95516" w14:textId="77777777" w:rsidTr="00BD5BB3">
        <w:trPr>
          <w:trHeight w:val="68"/>
        </w:trPr>
        <w:tc>
          <w:tcPr>
            <w:tcW w:w="1508" w:type="dxa"/>
            <w:tcBorders>
              <w:top w:val="single" w:sz="4" w:space="0" w:color="auto"/>
              <w:right w:val="single" w:sz="4" w:space="0" w:color="auto"/>
            </w:tcBorders>
          </w:tcPr>
          <w:p w14:paraId="43AF3642" w14:textId="77777777" w:rsidR="00172FDA" w:rsidRPr="00172FDA" w:rsidRDefault="00172FDA" w:rsidP="00172F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fr-FR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fr-FR"/>
                <w14:ligatures w14:val="none"/>
              </w:rPr>
              <w:t>7.1</w:t>
            </w:r>
          </w:p>
        </w:tc>
        <w:tc>
          <w:tcPr>
            <w:tcW w:w="4400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14:paraId="33C14A95" w14:textId="77777777" w:rsidR="00172FDA" w:rsidRPr="00172FDA" w:rsidRDefault="00172FDA" w:rsidP="00172F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fr-FR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fr-FR"/>
                <w14:ligatures w14:val="none"/>
              </w:rPr>
              <w:t>Alimentație publică</w:t>
            </w:r>
          </w:p>
        </w:tc>
        <w:tc>
          <w:tcPr>
            <w:tcW w:w="1280" w:type="dxa"/>
            <w:tcBorders>
              <w:top w:val="single" w:sz="4" w:space="0" w:color="auto"/>
              <w:right w:val="single" w:sz="4" w:space="0" w:color="auto"/>
            </w:tcBorders>
          </w:tcPr>
          <w:p w14:paraId="19571058" w14:textId="77777777" w:rsidR="00172FDA" w:rsidRPr="00172FDA" w:rsidRDefault="00172FDA" w:rsidP="00172F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val="fr-FR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fr-FR"/>
                <w14:ligatures w14:val="none"/>
              </w:rPr>
              <w:t>15,50</w:t>
            </w:r>
          </w:p>
        </w:tc>
        <w:tc>
          <w:tcPr>
            <w:tcW w:w="1196" w:type="dxa"/>
            <w:tcBorders>
              <w:top w:val="single" w:sz="4" w:space="0" w:color="auto"/>
              <w:right w:val="single" w:sz="4" w:space="0" w:color="auto"/>
            </w:tcBorders>
          </w:tcPr>
          <w:p w14:paraId="3C1ACE1F" w14:textId="77777777" w:rsidR="00172FDA" w:rsidRPr="00172FDA" w:rsidRDefault="00172FDA" w:rsidP="00172F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val="fr-FR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fr-FR"/>
                <w14:ligatures w14:val="none"/>
              </w:rPr>
              <w:t>16,00</w:t>
            </w:r>
          </w:p>
        </w:tc>
        <w:tc>
          <w:tcPr>
            <w:tcW w:w="1414" w:type="dxa"/>
            <w:gridSpan w:val="4"/>
            <w:tcBorders>
              <w:top w:val="single" w:sz="4" w:space="0" w:color="auto"/>
              <w:right w:val="single" w:sz="4" w:space="0" w:color="auto"/>
            </w:tcBorders>
          </w:tcPr>
          <w:p w14:paraId="6B62400B" w14:textId="77777777" w:rsidR="00172FDA" w:rsidRPr="00172FDA" w:rsidRDefault="00172FDA" w:rsidP="00172F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val="fr-FR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fr-FR"/>
                <w14:ligatures w14:val="none"/>
              </w:rPr>
              <w:t>15,50</w:t>
            </w:r>
          </w:p>
        </w:tc>
        <w:tc>
          <w:tcPr>
            <w:tcW w:w="833" w:type="dxa"/>
            <w:tcBorders>
              <w:top w:val="single" w:sz="4" w:space="0" w:color="auto"/>
              <w:right w:val="single" w:sz="4" w:space="0" w:color="auto"/>
            </w:tcBorders>
          </w:tcPr>
          <w:p w14:paraId="333FDC75" w14:textId="77777777" w:rsidR="00172FDA" w:rsidRPr="00172FDA" w:rsidRDefault="00172FDA" w:rsidP="00172F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val="fr-FR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fr-FR"/>
                <w14:ligatures w14:val="none"/>
              </w:rPr>
              <w:t>16,00</w:t>
            </w:r>
          </w:p>
        </w:tc>
      </w:tr>
      <w:tr w:rsidR="00172FDA" w:rsidRPr="00172FDA" w14:paraId="174138DB" w14:textId="77777777" w:rsidTr="00BD5BB3">
        <w:trPr>
          <w:trHeight w:val="68"/>
        </w:trPr>
        <w:tc>
          <w:tcPr>
            <w:tcW w:w="1508" w:type="dxa"/>
            <w:tcBorders>
              <w:top w:val="single" w:sz="4" w:space="0" w:color="auto"/>
              <w:right w:val="single" w:sz="4" w:space="0" w:color="auto"/>
            </w:tcBorders>
          </w:tcPr>
          <w:p w14:paraId="7F420BFF" w14:textId="77777777" w:rsidR="00172FDA" w:rsidRPr="00172FDA" w:rsidRDefault="00172FDA" w:rsidP="00172F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fr-FR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fr-FR"/>
                <w14:ligatures w14:val="none"/>
              </w:rPr>
              <w:t>7.2</w:t>
            </w:r>
          </w:p>
        </w:tc>
        <w:tc>
          <w:tcPr>
            <w:tcW w:w="4400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14:paraId="23D34221" w14:textId="77777777" w:rsidR="00172FDA" w:rsidRPr="00172FDA" w:rsidRDefault="00172FDA" w:rsidP="00172F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fr-FR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fr-FR"/>
                <w14:ligatures w14:val="none"/>
              </w:rPr>
              <w:t>Servicii culturale educative, sportive și de  agrement</w:t>
            </w:r>
          </w:p>
        </w:tc>
        <w:tc>
          <w:tcPr>
            <w:tcW w:w="1280" w:type="dxa"/>
            <w:tcBorders>
              <w:top w:val="single" w:sz="4" w:space="0" w:color="auto"/>
              <w:right w:val="single" w:sz="4" w:space="0" w:color="auto"/>
            </w:tcBorders>
          </w:tcPr>
          <w:p w14:paraId="7A9CB5A4" w14:textId="77777777" w:rsidR="00172FDA" w:rsidRPr="00172FDA" w:rsidRDefault="00172FDA" w:rsidP="00172F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val="fr-FR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fr-FR"/>
                <w14:ligatures w14:val="none"/>
              </w:rPr>
              <w:t>4,50</w:t>
            </w:r>
          </w:p>
        </w:tc>
        <w:tc>
          <w:tcPr>
            <w:tcW w:w="1196" w:type="dxa"/>
            <w:tcBorders>
              <w:top w:val="single" w:sz="4" w:space="0" w:color="auto"/>
              <w:right w:val="single" w:sz="4" w:space="0" w:color="auto"/>
            </w:tcBorders>
          </w:tcPr>
          <w:p w14:paraId="68F1439F" w14:textId="77777777" w:rsidR="00172FDA" w:rsidRPr="00172FDA" w:rsidRDefault="00172FDA" w:rsidP="00172F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val="fr-FR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fr-FR"/>
                <w14:ligatures w14:val="none"/>
              </w:rPr>
              <w:t>5,00</w:t>
            </w:r>
          </w:p>
        </w:tc>
        <w:tc>
          <w:tcPr>
            <w:tcW w:w="1414" w:type="dxa"/>
            <w:gridSpan w:val="4"/>
            <w:tcBorders>
              <w:top w:val="single" w:sz="4" w:space="0" w:color="auto"/>
              <w:right w:val="single" w:sz="4" w:space="0" w:color="auto"/>
            </w:tcBorders>
          </w:tcPr>
          <w:p w14:paraId="0ABC0C19" w14:textId="77777777" w:rsidR="00172FDA" w:rsidRPr="00172FDA" w:rsidRDefault="00172FDA" w:rsidP="00172F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val="fr-FR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fr-FR"/>
                <w14:ligatures w14:val="none"/>
              </w:rPr>
              <w:t>4,50</w:t>
            </w:r>
          </w:p>
        </w:tc>
        <w:tc>
          <w:tcPr>
            <w:tcW w:w="833" w:type="dxa"/>
            <w:tcBorders>
              <w:top w:val="single" w:sz="4" w:space="0" w:color="auto"/>
              <w:right w:val="single" w:sz="4" w:space="0" w:color="auto"/>
            </w:tcBorders>
          </w:tcPr>
          <w:p w14:paraId="6B28CCAF" w14:textId="77777777" w:rsidR="00172FDA" w:rsidRPr="00172FDA" w:rsidRDefault="00172FDA" w:rsidP="00172F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val="fr-FR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fr-FR"/>
                <w14:ligatures w14:val="none"/>
              </w:rPr>
              <w:t>5,00</w:t>
            </w:r>
          </w:p>
        </w:tc>
      </w:tr>
      <w:tr w:rsidR="00172FDA" w:rsidRPr="00172FDA" w14:paraId="7F02F3C4" w14:textId="77777777" w:rsidTr="00BD5BB3">
        <w:trPr>
          <w:trHeight w:val="68"/>
        </w:trPr>
        <w:tc>
          <w:tcPr>
            <w:tcW w:w="1508" w:type="dxa"/>
            <w:tcBorders>
              <w:top w:val="single" w:sz="4" w:space="0" w:color="auto"/>
              <w:right w:val="single" w:sz="4" w:space="0" w:color="auto"/>
            </w:tcBorders>
          </w:tcPr>
          <w:p w14:paraId="3C2EF6F6" w14:textId="77777777" w:rsidR="00172FDA" w:rsidRPr="00172FDA" w:rsidRDefault="00172FDA" w:rsidP="00172F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fr-FR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fr-FR"/>
                <w14:ligatures w14:val="none"/>
              </w:rPr>
              <w:t>7.3</w:t>
            </w:r>
          </w:p>
        </w:tc>
        <w:tc>
          <w:tcPr>
            <w:tcW w:w="4400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14:paraId="70C50731" w14:textId="77777777" w:rsidR="00172FDA" w:rsidRPr="00172FDA" w:rsidRDefault="00172FDA" w:rsidP="00172F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fr-FR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fr-FR"/>
                <w14:ligatures w14:val="none"/>
              </w:rPr>
              <w:t>Cabane de odihnă</w:t>
            </w:r>
          </w:p>
        </w:tc>
        <w:tc>
          <w:tcPr>
            <w:tcW w:w="1280" w:type="dxa"/>
            <w:tcBorders>
              <w:top w:val="single" w:sz="4" w:space="0" w:color="auto"/>
              <w:right w:val="single" w:sz="4" w:space="0" w:color="auto"/>
            </w:tcBorders>
          </w:tcPr>
          <w:p w14:paraId="51B1DC1C" w14:textId="77777777" w:rsidR="00172FDA" w:rsidRPr="00172FDA" w:rsidRDefault="00172FDA" w:rsidP="00172F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val="fr-FR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fr-FR"/>
                <w14:ligatures w14:val="none"/>
              </w:rPr>
              <w:t>4,00</w:t>
            </w:r>
          </w:p>
        </w:tc>
        <w:tc>
          <w:tcPr>
            <w:tcW w:w="1196" w:type="dxa"/>
            <w:tcBorders>
              <w:top w:val="single" w:sz="4" w:space="0" w:color="auto"/>
              <w:right w:val="single" w:sz="4" w:space="0" w:color="auto"/>
            </w:tcBorders>
          </w:tcPr>
          <w:p w14:paraId="2F55FB02" w14:textId="77777777" w:rsidR="00172FDA" w:rsidRPr="00172FDA" w:rsidRDefault="00172FDA" w:rsidP="00172F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val="fr-FR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fr-FR"/>
                <w14:ligatures w14:val="none"/>
              </w:rPr>
              <w:t>4,00</w:t>
            </w:r>
          </w:p>
        </w:tc>
        <w:tc>
          <w:tcPr>
            <w:tcW w:w="1414" w:type="dxa"/>
            <w:gridSpan w:val="4"/>
            <w:tcBorders>
              <w:top w:val="single" w:sz="4" w:space="0" w:color="auto"/>
              <w:right w:val="single" w:sz="4" w:space="0" w:color="auto"/>
            </w:tcBorders>
          </w:tcPr>
          <w:p w14:paraId="108B5798" w14:textId="77777777" w:rsidR="00172FDA" w:rsidRPr="00172FDA" w:rsidRDefault="00172FDA" w:rsidP="00172F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val="fr-FR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fr-FR"/>
                <w14:ligatures w14:val="none"/>
              </w:rPr>
              <w:t>4,00</w:t>
            </w:r>
          </w:p>
        </w:tc>
        <w:tc>
          <w:tcPr>
            <w:tcW w:w="833" w:type="dxa"/>
            <w:tcBorders>
              <w:top w:val="single" w:sz="4" w:space="0" w:color="auto"/>
              <w:right w:val="single" w:sz="4" w:space="0" w:color="auto"/>
            </w:tcBorders>
          </w:tcPr>
          <w:p w14:paraId="4CAC09DB" w14:textId="77777777" w:rsidR="00172FDA" w:rsidRPr="00172FDA" w:rsidRDefault="00172FDA" w:rsidP="00172F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val="fr-FR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fr-FR"/>
                <w14:ligatures w14:val="none"/>
              </w:rPr>
              <w:t>4,00</w:t>
            </w:r>
          </w:p>
        </w:tc>
      </w:tr>
      <w:tr w:rsidR="00172FDA" w:rsidRPr="00172FDA" w14:paraId="07DAD85F" w14:textId="77777777" w:rsidTr="00BD5BB3">
        <w:trPr>
          <w:trHeight w:val="645"/>
        </w:trPr>
        <w:tc>
          <w:tcPr>
            <w:tcW w:w="1508" w:type="dxa"/>
          </w:tcPr>
          <w:p w14:paraId="2F4EA4E9" w14:textId="77777777" w:rsidR="00172FDA" w:rsidRPr="00172FDA" w:rsidRDefault="00172FDA" w:rsidP="00172F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8</w:t>
            </w:r>
          </w:p>
          <w:p w14:paraId="7719381D" w14:textId="77777777" w:rsidR="00172FDA" w:rsidRPr="00172FDA" w:rsidRDefault="00172FDA" w:rsidP="00172F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</w:p>
        </w:tc>
        <w:tc>
          <w:tcPr>
            <w:tcW w:w="4392" w:type="dxa"/>
          </w:tcPr>
          <w:p w14:paraId="1D8A9697" w14:textId="77777777" w:rsidR="00172FDA" w:rsidRPr="00172FDA" w:rsidRDefault="00172FDA" w:rsidP="00172F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Tarif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închiriere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teren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pentru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jocuri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de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copii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lei/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mp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./zi ( 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jamping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,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gonflabile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etc.)</w:t>
            </w:r>
          </w:p>
        </w:tc>
        <w:tc>
          <w:tcPr>
            <w:tcW w:w="1288" w:type="dxa"/>
            <w:gridSpan w:val="2"/>
          </w:tcPr>
          <w:p w14:paraId="68BFE19D" w14:textId="77777777" w:rsidR="00172FDA" w:rsidRPr="00172FDA" w:rsidRDefault="00172FDA" w:rsidP="00172F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15,00</w:t>
            </w:r>
          </w:p>
        </w:tc>
        <w:tc>
          <w:tcPr>
            <w:tcW w:w="1222" w:type="dxa"/>
            <w:gridSpan w:val="3"/>
          </w:tcPr>
          <w:p w14:paraId="243F3E2C" w14:textId="77777777" w:rsidR="00172FDA" w:rsidRPr="00172FDA" w:rsidRDefault="00172FDA" w:rsidP="00172F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20,00</w:t>
            </w:r>
          </w:p>
        </w:tc>
        <w:tc>
          <w:tcPr>
            <w:tcW w:w="1388" w:type="dxa"/>
            <w:gridSpan w:val="2"/>
            <w:tcBorders>
              <w:right w:val="single" w:sz="4" w:space="0" w:color="auto"/>
            </w:tcBorders>
          </w:tcPr>
          <w:p w14:paraId="2940D44F" w14:textId="77777777" w:rsidR="00172FDA" w:rsidRPr="00172FDA" w:rsidRDefault="00172FDA" w:rsidP="00172F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15,00</w:t>
            </w:r>
          </w:p>
        </w:tc>
        <w:tc>
          <w:tcPr>
            <w:tcW w:w="833" w:type="dxa"/>
            <w:tcBorders>
              <w:left w:val="single" w:sz="4" w:space="0" w:color="auto"/>
            </w:tcBorders>
          </w:tcPr>
          <w:p w14:paraId="371DA8A0" w14:textId="77777777" w:rsidR="00172FDA" w:rsidRPr="00172FDA" w:rsidRDefault="00172FDA" w:rsidP="00172F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20,00</w:t>
            </w:r>
          </w:p>
        </w:tc>
      </w:tr>
      <w:tr w:rsidR="00172FDA" w:rsidRPr="00172FDA" w14:paraId="06F8BCAD" w14:textId="77777777" w:rsidTr="00BD5BB3">
        <w:trPr>
          <w:trHeight w:val="305"/>
        </w:trPr>
        <w:tc>
          <w:tcPr>
            <w:tcW w:w="1508" w:type="dxa"/>
          </w:tcPr>
          <w:p w14:paraId="71AB6A9B" w14:textId="77777777" w:rsidR="00172FDA" w:rsidRPr="00172FDA" w:rsidRDefault="00172FDA" w:rsidP="00172F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9</w:t>
            </w:r>
          </w:p>
        </w:tc>
        <w:tc>
          <w:tcPr>
            <w:tcW w:w="4392" w:type="dxa"/>
          </w:tcPr>
          <w:p w14:paraId="5825C20E" w14:textId="77777777" w:rsidR="00172FDA" w:rsidRPr="00172FDA" w:rsidRDefault="00172FDA" w:rsidP="00172F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Tarif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utilizare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luciu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de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apă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lei/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obiect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/zi</w:t>
            </w:r>
          </w:p>
        </w:tc>
        <w:tc>
          <w:tcPr>
            <w:tcW w:w="1288" w:type="dxa"/>
            <w:gridSpan w:val="2"/>
          </w:tcPr>
          <w:p w14:paraId="3B9275C4" w14:textId="77777777" w:rsidR="00172FDA" w:rsidRPr="00172FDA" w:rsidRDefault="00172FDA" w:rsidP="00172F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17,00</w:t>
            </w:r>
          </w:p>
        </w:tc>
        <w:tc>
          <w:tcPr>
            <w:tcW w:w="1222" w:type="dxa"/>
            <w:gridSpan w:val="3"/>
          </w:tcPr>
          <w:p w14:paraId="7CBCC281" w14:textId="77777777" w:rsidR="00172FDA" w:rsidRPr="00172FDA" w:rsidRDefault="00172FDA" w:rsidP="00172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20,00</w:t>
            </w:r>
          </w:p>
        </w:tc>
        <w:tc>
          <w:tcPr>
            <w:tcW w:w="1388" w:type="dxa"/>
            <w:gridSpan w:val="2"/>
            <w:tcBorders>
              <w:right w:val="single" w:sz="4" w:space="0" w:color="auto"/>
            </w:tcBorders>
          </w:tcPr>
          <w:p w14:paraId="707EDB0D" w14:textId="77777777" w:rsidR="00172FDA" w:rsidRPr="00172FDA" w:rsidRDefault="00172FDA" w:rsidP="00172F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17,00</w:t>
            </w:r>
          </w:p>
        </w:tc>
        <w:tc>
          <w:tcPr>
            <w:tcW w:w="833" w:type="dxa"/>
            <w:tcBorders>
              <w:left w:val="single" w:sz="4" w:space="0" w:color="auto"/>
            </w:tcBorders>
          </w:tcPr>
          <w:p w14:paraId="4DA67C3B" w14:textId="77777777" w:rsidR="00172FDA" w:rsidRPr="00172FDA" w:rsidRDefault="00172FDA" w:rsidP="00172F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20,00</w:t>
            </w:r>
          </w:p>
        </w:tc>
      </w:tr>
      <w:tr w:rsidR="00172FDA" w:rsidRPr="00172FDA" w14:paraId="25047FA2" w14:textId="77777777" w:rsidTr="00BD5BB3">
        <w:trPr>
          <w:trHeight w:val="255"/>
        </w:trPr>
        <w:tc>
          <w:tcPr>
            <w:tcW w:w="1508" w:type="dxa"/>
            <w:vMerge w:val="restart"/>
          </w:tcPr>
          <w:p w14:paraId="0F6AF924" w14:textId="77777777" w:rsidR="00172FDA" w:rsidRPr="00172FDA" w:rsidRDefault="00172FDA" w:rsidP="00172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>Nr.</w:t>
            </w:r>
          </w:p>
          <w:p w14:paraId="15E487B6" w14:textId="77777777" w:rsidR="00172FDA" w:rsidRPr="00172FDA" w:rsidRDefault="00172FDA" w:rsidP="00172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</w:pPr>
            <w:proofErr w:type="spellStart"/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>Crt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>.</w:t>
            </w:r>
          </w:p>
        </w:tc>
        <w:tc>
          <w:tcPr>
            <w:tcW w:w="4392" w:type="dxa"/>
            <w:vMerge w:val="restart"/>
          </w:tcPr>
          <w:p w14:paraId="7B371C58" w14:textId="77777777" w:rsidR="00172FDA" w:rsidRPr="00172FDA" w:rsidRDefault="00172FDA" w:rsidP="00172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</w:pPr>
            <w:proofErr w:type="spellStart"/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>Specificaţie</w:t>
            </w:r>
            <w:proofErr w:type="spellEnd"/>
          </w:p>
        </w:tc>
        <w:tc>
          <w:tcPr>
            <w:tcW w:w="4731" w:type="dxa"/>
            <w:gridSpan w:val="8"/>
          </w:tcPr>
          <w:p w14:paraId="0C4743E6" w14:textId="77777777" w:rsidR="00172FDA" w:rsidRPr="00172FDA" w:rsidRDefault="00172FDA" w:rsidP="00172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>ANUL</w:t>
            </w:r>
          </w:p>
        </w:tc>
      </w:tr>
      <w:tr w:rsidR="00172FDA" w:rsidRPr="00172FDA" w14:paraId="5765035E" w14:textId="77777777" w:rsidTr="00BD5BB3">
        <w:trPr>
          <w:trHeight w:val="285"/>
        </w:trPr>
        <w:tc>
          <w:tcPr>
            <w:tcW w:w="1508" w:type="dxa"/>
            <w:vMerge/>
          </w:tcPr>
          <w:p w14:paraId="38A142B8" w14:textId="77777777" w:rsidR="00172FDA" w:rsidRPr="00172FDA" w:rsidRDefault="00172FDA" w:rsidP="00172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</w:pPr>
          </w:p>
        </w:tc>
        <w:tc>
          <w:tcPr>
            <w:tcW w:w="4392" w:type="dxa"/>
            <w:vMerge/>
          </w:tcPr>
          <w:p w14:paraId="1D8950A8" w14:textId="77777777" w:rsidR="00172FDA" w:rsidRPr="00172FDA" w:rsidRDefault="00172FDA" w:rsidP="00172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</w:pPr>
          </w:p>
        </w:tc>
        <w:tc>
          <w:tcPr>
            <w:tcW w:w="1288" w:type="dxa"/>
            <w:gridSpan w:val="2"/>
          </w:tcPr>
          <w:p w14:paraId="37E7FF45" w14:textId="77777777" w:rsidR="00172FDA" w:rsidRPr="00172FDA" w:rsidRDefault="00172FDA" w:rsidP="00172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>2026</w:t>
            </w:r>
          </w:p>
          <w:p w14:paraId="5A38C36C" w14:textId="77777777" w:rsidR="00172FDA" w:rsidRPr="00172FDA" w:rsidRDefault="00172FDA" w:rsidP="00172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</w:pPr>
            <w:proofErr w:type="spellStart"/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>sezon</w:t>
            </w:r>
            <w:proofErr w:type="spellEnd"/>
          </w:p>
        </w:tc>
        <w:tc>
          <w:tcPr>
            <w:tcW w:w="1210" w:type="dxa"/>
            <w:gridSpan w:val="2"/>
          </w:tcPr>
          <w:p w14:paraId="4EADD967" w14:textId="77777777" w:rsidR="00172FDA" w:rsidRPr="00172FDA" w:rsidRDefault="00172FDA" w:rsidP="00172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 xml:space="preserve">2027 </w:t>
            </w:r>
          </w:p>
          <w:p w14:paraId="7E7A3615" w14:textId="77777777" w:rsidR="00172FDA" w:rsidRPr="00172FDA" w:rsidRDefault="00172FDA" w:rsidP="00172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</w:pPr>
            <w:proofErr w:type="spellStart"/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>sezon</w:t>
            </w:r>
            <w:proofErr w:type="spellEnd"/>
          </w:p>
        </w:tc>
        <w:tc>
          <w:tcPr>
            <w:tcW w:w="1400" w:type="dxa"/>
            <w:gridSpan w:val="3"/>
          </w:tcPr>
          <w:p w14:paraId="3179B286" w14:textId="77777777" w:rsidR="00172FDA" w:rsidRPr="00172FDA" w:rsidRDefault="00172FDA" w:rsidP="00172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 xml:space="preserve">2026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>extrasezon</w:t>
            </w:r>
            <w:proofErr w:type="spellEnd"/>
          </w:p>
        </w:tc>
        <w:tc>
          <w:tcPr>
            <w:tcW w:w="833" w:type="dxa"/>
          </w:tcPr>
          <w:p w14:paraId="24C291ED" w14:textId="77777777" w:rsidR="00172FDA" w:rsidRPr="00172FDA" w:rsidRDefault="00172FDA" w:rsidP="00172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 xml:space="preserve">2027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>extrasezon</w:t>
            </w:r>
            <w:proofErr w:type="spellEnd"/>
          </w:p>
        </w:tc>
      </w:tr>
      <w:tr w:rsidR="00172FDA" w:rsidRPr="00172FDA" w14:paraId="5AF7BDA4" w14:textId="77777777" w:rsidTr="00BD5BB3">
        <w:tc>
          <w:tcPr>
            <w:tcW w:w="1508" w:type="dxa"/>
          </w:tcPr>
          <w:p w14:paraId="593F17EC" w14:textId="77777777" w:rsidR="00172FDA" w:rsidRPr="00172FDA" w:rsidRDefault="00172FDA" w:rsidP="00172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0</w:t>
            </w:r>
          </w:p>
        </w:tc>
        <w:tc>
          <w:tcPr>
            <w:tcW w:w="4392" w:type="dxa"/>
          </w:tcPr>
          <w:p w14:paraId="64858C5A" w14:textId="77777777" w:rsidR="00172FDA" w:rsidRPr="00172FDA" w:rsidRDefault="00172FDA" w:rsidP="00172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1</w:t>
            </w:r>
          </w:p>
        </w:tc>
        <w:tc>
          <w:tcPr>
            <w:tcW w:w="1288" w:type="dxa"/>
            <w:gridSpan w:val="2"/>
          </w:tcPr>
          <w:p w14:paraId="72664DCE" w14:textId="77777777" w:rsidR="00172FDA" w:rsidRPr="00172FDA" w:rsidRDefault="00172FDA" w:rsidP="00172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2</w:t>
            </w:r>
          </w:p>
        </w:tc>
        <w:tc>
          <w:tcPr>
            <w:tcW w:w="1210" w:type="dxa"/>
            <w:gridSpan w:val="2"/>
          </w:tcPr>
          <w:p w14:paraId="59C3D45E" w14:textId="77777777" w:rsidR="00172FDA" w:rsidRPr="00172FDA" w:rsidRDefault="00172FDA" w:rsidP="00172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3</w:t>
            </w:r>
          </w:p>
        </w:tc>
        <w:tc>
          <w:tcPr>
            <w:tcW w:w="1400" w:type="dxa"/>
            <w:gridSpan w:val="3"/>
          </w:tcPr>
          <w:p w14:paraId="48B6EFCB" w14:textId="77777777" w:rsidR="00172FDA" w:rsidRPr="00172FDA" w:rsidRDefault="00172FDA" w:rsidP="00172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4</w:t>
            </w:r>
          </w:p>
        </w:tc>
        <w:tc>
          <w:tcPr>
            <w:tcW w:w="833" w:type="dxa"/>
          </w:tcPr>
          <w:p w14:paraId="2D1A09D3" w14:textId="77777777" w:rsidR="00172FDA" w:rsidRPr="00172FDA" w:rsidRDefault="00172FDA" w:rsidP="00172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5</w:t>
            </w:r>
          </w:p>
        </w:tc>
      </w:tr>
      <w:tr w:rsidR="00172FDA" w:rsidRPr="00172FDA" w14:paraId="4D7CCBF5" w14:textId="77777777" w:rsidTr="00BD5BB3">
        <w:tc>
          <w:tcPr>
            <w:tcW w:w="1508" w:type="dxa"/>
          </w:tcPr>
          <w:p w14:paraId="6D331C2F" w14:textId="77777777" w:rsidR="00172FDA" w:rsidRPr="00172FDA" w:rsidRDefault="00172FDA" w:rsidP="00172F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1</w:t>
            </w:r>
          </w:p>
        </w:tc>
        <w:tc>
          <w:tcPr>
            <w:tcW w:w="4392" w:type="dxa"/>
          </w:tcPr>
          <w:p w14:paraId="5CCD2E95" w14:textId="77777777" w:rsidR="00172FDA" w:rsidRPr="00172FDA" w:rsidRDefault="00172FDA" w:rsidP="00172F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Tarif 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pentru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organizarea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de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campanii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publicitare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,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promovare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produse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–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fără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vânzare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  lei/zi/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amplasament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max.3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mp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.</w:t>
            </w:r>
          </w:p>
        </w:tc>
        <w:tc>
          <w:tcPr>
            <w:tcW w:w="1288" w:type="dxa"/>
            <w:gridSpan w:val="2"/>
          </w:tcPr>
          <w:p w14:paraId="4680FF8B" w14:textId="77777777" w:rsidR="00172FDA" w:rsidRPr="00172FDA" w:rsidRDefault="00172FDA" w:rsidP="00172F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160,00</w:t>
            </w:r>
          </w:p>
        </w:tc>
        <w:tc>
          <w:tcPr>
            <w:tcW w:w="1222" w:type="dxa"/>
            <w:gridSpan w:val="3"/>
          </w:tcPr>
          <w:p w14:paraId="5DD8432C" w14:textId="77777777" w:rsidR="00172FDA" w:rsidRPr="00172FDA" w:rsidRDefault="00172FDA" w:rsidP="00172F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180,00</w:t>
            </w:r>
          </w:p>
        </w:tc>
        <w:tc>
          <w:tcPr>
            <w:tcW w:w="1388" w:type="dxa"/>
            <w:gridSpan w:val="2"/>
            <w:tcBorders>
              <w:right w:val="single" w:sz="4" w:space="0" w:color="auto"/>
            </w:tcBorders>
          </w:tcPr>
          <w:p w14:paraId="4C95DA5B" w14:textId="77777777" w:rsidR="00172FDA" w:rsidRPr="00172FDA" w:rsidRDefault="00172FDA" w:rsidP="00172F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160,00</w:t>
            </w:r>
          </w:p>
        </w:tc>
        <w:tc>
          <w:tcPr>
            <w:tcW w:w="833" w:type="dxa"/>
            <w:tcBorders>
              <w:left w:val="single" w:sz="4" w:space="0" w:color="auto"/>
            </w:tcBorders>
          </w:tcPr>
          <w:p w14:paraId="2BE6BA10" w14:textId="77777777" w:rsidR="00172FDA" w:rsidRPr="00172FDA" w:rsidRDefault="00172FDA" w:rsidP="00172F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180,00</w:t>
            </w:r>
          </w:p>
        </w:tc>
      </w:tr>
      <w:tr w:rsidR="00172FDA" w:rsidRPr="00172FDA" w14:paraId="03B892F4" w14:textId="77777777" w:rsidTr="00BD5BB3">
        <w:tc>
          <w:tcPr>
            <w:tcW w:w="1508" w:type="dxa"/>
          </w:tcPr>
          <w:p w14:paraId="47A94F2B" w14:textId="77777777" w:rsidR="00172FDA" w:rsidRPr="00172FDA" w:rsidRDefault="00172FDA" w:rsidP="00172F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2</w:t>
            </w:r>
          </w:p>
        </w:tc>
        <w:tc>
          <w:tcPr>
            <w:tcW w:w="4392" w:type="dxa"/>
          </w:tcPr>
          <w:p w14:paraId="454F044E" w14:textId="77777777" w:rsidR="00172FDA" w:rsidRPr="00172FDA" w:rsidRDefault="00172FDA" w:rsidP="00172F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Tarif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distribuire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presă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,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fluturaşi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,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pliante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etc. lei/zi/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persoană</w:t>
            </w:r>
            <w:proofErr w:type="spellEnd"/>
          </w:p>
        </w:tc>
        <w:tc>
          <w:tcPr>
            <w:tcW w:w="1288" w:type="dxa"/>
            <w:gridSpan w:val="2"/>
          </w:tcPr>
          <w:p w14:paraId="0364FC75" w14:textId="77777777" w:rsidR="00172FDA" w:rsidRPr="00172FDA" w:rsidRDefault="00172FDA" w:rsidP="00172F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50,00</w:t>
            </w:r>
          </w:p>
        </w:tc>
        <w:tc>
          <w:tcPr>
            <w:tcW w:w="1222" w:type="dxa"/>
            <w:gridSpan w:val="3"/>
          </w:tcPr>
          <w:p w14:paraId="5435B8FE" w14:textId="77777777" w:rsidR="00172FDA" w:rsidRPr="00172FDA" w:rsidRDefault="00172FDA" w:rsidP="00172F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60,00</w:t>
            </w:r>
          </w:p>
        </w:tc>
        <w:tc>
          <w:tcPr>
            <w:tcW w:w="1388" w:type="dxa"/>
            <w:gridSpan w:val="2"/>
            <w:tcBorders>
              <w:right w:val="single" w:sz="4" w:space="0" w:color="auto"/>
            </w:tcBorders>
          </w:tcPr>
          <w:p w14:paraId="2C06D3B9" w14:textId="77777777" w:rsidR="00172FDA" w:rsidRPr="00172FDA" w:rsidRDefault="00172FDA" w:rsidP="00172F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50,00</w:t>
            </w:r>
          </w:p>
        </w:tc>
        <w:tc>
          <w:tcPr>
            <w:tcW w:w="833" w:type="dxa"/>
            <w:tcBorders>
              <w:left w:val="single" w:sz="4" w:space="0" w:color="auto"/>
            </w:tcBorders>
          </w:tcPr>
          <w:p w14:paraId="1CF525D1" w14:textId="77777777" w:rsidR="00172FDA" w:rsidRPr="00172FDA" w:rsidRDefault="00172FDA" w:rsidP="00172F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60,00</w:t>
            </w:r>
          </w:p>
        </w:tc>
      </w:tr>
      <w:tr w:rsidR="00172FDA" w:rsidRPr="00172FDA" w14:paraId="7D70088E" w14:textId="77777777" w:rsidTr="00BD5BB3">
        <w:tc>
          <w:tcPr>
            <w:tcW w:w="1508" w:type="dxa"/>
          </w:tcPr>
          <w:p w14:paraId="5AEA4DD1" w14:textId="77777777" w:rsidR="00172FDA" w:rsidRPr="00172FDA" w:rsidRDefault="00172FDA" w:rsidP="00172F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3</w:t>
            </w:r>
          </w:p>
        </w:tc>
        <w:tc>
          <w:tcPr>
            <w:tcW w:w="4392" w:type="dxa"/>
          </w:tcPr>
          <w:p w14:paraId="69B82716" w14:textId="77777777" w:rsidR="00172FDA" w:rsidRPr="00172FDA" w:rsidRDefault="00172FDA" w:rsidP="00172F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Tarif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organizare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manifestări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culturale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,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artistice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şi distractive lei/zi/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amplasament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max.2.000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mp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.</w:t>
            </w:r>
          </w:p>
        </w:tc>
        <w:tc>
          <w:tcPr>
            <w:tcW w:w="1288" w:type="dxa"/>
            <w:gridSpan w:val="2"/>
          </w:tcPr>
          <w:p w14:paraId="58C060DD" w14:textId="77777777" w:rsidR="00172FDA" w:rsidRPr="00172FDA" w:rsidRDefault="00172FDA" w:rsidP="00172F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800,00</w:t>
            </w:r>
          </w:p>
        </w:tc>
        <w:tc>
          <w:tcPr>
            <w:tcW w:w="1222" w:type="dxa"/>
            <w:gridSpan w:val="3"/>
          </w:tcPr>
          <w:p w14:paraId="6750F15F" w14:textId="77777777" w:rsidR="00172FDA" w:rsidRPr="00172FDA" w:rsidRDefault="00172FDA" w:rsidP="00172F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900,00</w:t>
            </w:r>
          </w:p>
        </w:tc>
        <w:tc>
          <w:tcPr>
            <w:tcW w:w="1388" w:type="dxa"/>
            <w:gridSpan w:val="2"/>
            <w:tcBorders>
              <w:right w:val="single" w:sz="4" w:space="0" w:color="auto"/>
            </w:tcBorders>
          </w:tcPr>
          <w:p w14:paraId="2748C9B7" w14:textId="77777777" w:rsidR="00172FDA" w:rsidRPr="00172FDA" w:rsidRDefault="00172FDA" w:rsidP="00172F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800,00</w:t>
            </w:r>
          </w:p>
        </w:tc>
        <w:tc>
          <w:tcPr>
            <w:tcW w:w="833" w:type="dxa"/>
            <w:tcBorders>
              <w:left w:val="single" w:sz="4" w:space="0" w:color="auto"/>
            </w:tcBorders>
          </w:tcPr>
          <w:p w14:paraId="2E6F4327" w14:textId="77777777" w:rsidR="00172FDA" w:rsidRPr="00172FDA" w:rsidRDefault="00172FDA" w:rsidP="00172F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900,00</w:t>
            </w:r>
          </w:p>
        </w:tc>
      </w:tr>
      <w:tr w:rsidR="00172FDA" w:rsidRPr="00172FDA" w14:paraId="478A7B08" w14:textId="77777777" w:rsidTr="00BD5BB3">
        <w:tc>
          <w:tcPr>
            <w:tcW w:w="1508" w:type="dxa"/>
          </w:tcPr>
          <w:p w14:paraId="4E05242C" w14:textId="77777777" w:rsidR="00172FDA" w:rsidRPr="00172FDA" w:rsidRDefault="00172FDA" w:rsidP="00172F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4</w:t>
            </w:r>
          </w:p>
        </w:tc>
        <w:tc>
          <w:tcPr>
            <w:tcW w:w="4392" w:type="dxa"/>
          </w:tcPr>
          <w:p w14:paraId="36499E1A" w14:textId="77777777" w:rsidR="00172FDA" w:rsidRPr="00172FDA" w:rsidRDefault="00172FDA" w:rsidP="00172F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Tarif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închiriere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boxă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bagaje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lei/zi</w:t>
            </w:r>
          </w:p>
        </w:tc>
        <w:tc>
          <w:tcPr>
            <w:tcW w:w="1288" w:type="dxa"/>
            <w:gridSpan w:val="2"/>
          </w:tcPr>
          <w:p w14:paraId="4143176C" w14:textId="77777777" w:rsidR="00172FDA" w:rsidRPr="00172FDA" w:rsidRDefault="00172FDA" w:rsidP="00172F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15,00</w:t>
            </w:r>
          </w:p>
        </w:tc>
        <w:tc>
          <w:tcPr>
            <w:tcW w:w="1222" w:type="dxa"/>
            <w:gridSpan w:val="3"/>
          </w:tcPr>
          <w:p w14:paraId="45E66B1E" w14:textId="77777777" w:rsidR="00172FDA" w:rsidRPr="00172FDA" w:rsidRDefault="00172FDA" w:rsidP="00172F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15,00</w:t>
            </w:r>
          </w:p>
        </w:tc>
        <w:tc>
          <w:tcPr>
            <w:tcW w:w="1388" w:type="dxa"/>
            <w:gridSpan w:val="2"/>
            <w:tcBorders>
              <w:right w:val="single" w:sz="4" w:space="0" w:color="auto"/>
            </w:tcBorders>
          </w:tcPr>
          <w:p w14:paraId="33A8326B" w14:textId="77777777" w:rsidR="00172FDA" w:rsidRPr="00172FDA" w:rsidRDefault="00172FDA" w:rsidP="00172F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15,00</w:t>
            </w:r>
          </w:p>
        </w:tc>
        <w:tc>
          <w:tcPr>
            <w:tcW w:w="833" w:type="dxa"/>
            <w:tcBorders>
              <w:left w:val="single" w:sz="4" w:space="0" w:color="auto"/>
            </w:tcBorders>
          </w:tcPr>
          <w:p w14:paraId="56A30883" w14:textId="77777777" w:rsidR="00172FDA" w:rsidRPr="00172FDA" w:rsidRDefault="00172FDA" w:rsidP="00172F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15,00</w:t>
            </w:r>
          </w:p>
        </w:tc>
      </w:tr>
      <w:tr w:rsidR="00172FDA" w:rsidRPr="00172FDA" w14:paraId="041FCCA0" w14:textId="77777777" w:rsidTr="00BD5BB3">
        <w:tc>
          <w:tcPr>
            <w:tcW w:w="1508" w:type="dxa"/>
          </w:tcPr>
          <w:p w14:paraId="269EBBE6" w14:textId="77777777" w:rsidR="00172FDA" w:rsidRPr="00172FDA" w:rsidRDefault="00172FDA" w:rsidP="00172F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5</w:t>
            </w:r>
          </w:p>
        </w:tc>
        <w:tc>
          <w:tcPr>
            <w:tcW w:w="9123" w:type="dxa"/>
            <w:gridSpan w:val="9"/>
          </w:tcPr>
          <w:p w14:paraId="329B1FCD" w14:textId="77777777" w:rsidR="00172FDA" w:rsidRPr="00172FDA" w:rsidRDefault="00172FDA" w:rsidP="00172F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Tarif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prestări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servicii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 :</w:t>
            </w:r>
          </w:p>
        </w:tc>
      </w:tr>
      <w:tr w:rsidR="00172FDA" w:rsidRPr="00172FDA" w14:paraId="30C34B31" w14:textId="77777777" w:rsidTr="00BD5BB3">
        <w:trPr>
          <w:trHeight w:val="630"/>
        </w:trPr>
        <w:tc>
          <w:tcPr>
            <w:tcW w:w="1508" w:type="dxa"/>
          </w:tcPr>
          <w:p w14:paraId="52F9BEBC" w14:textId="77777777" w:rsidR="00172FDA" w:rsidRPr="00172FDA" w:rsidRDefault="00172FDA" w:rsidP="00172F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5.1</w:t>
            </w:r>
          </w:p>
          <w:p w14:paraId="52171D5E" w14:textId="77777777" w:rsidR="00172FDA" w:rsidRPr="00172FDA" w:rsidRDefault="00172FDA" w:rsidP="00172F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</w:p>
        </w:tc>
        <w:tc>
          <w:tcPr>
            <w:tcW w:w="4392" w:type="dxa"/>
          </w:tcPr>
          <w:p w14:paraId="5BCE8EA4" w14:textId="77777777" w:rsidR="00172FDA" w:rsidRPr="00172FDA" w:rsidRDefault="00172FDA" w:rsidP="00172F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-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tarif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pompare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ape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uzate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,   lei/mc.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Apă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potabilă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contorizată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(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Aquaserv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)</w:t>
            </w:r>
          </w:p>
        </w:tc>
        <w:tc>
          <w:tcPr>
            <w:tcW w:w="1288" w:type="dxa"/>
            <w:gridSpan w:val="2"/>
          </w:tcPr>
          <w:p w14:paraId="1E430E36" w14:textId="77777777" w:rsidR="00172FDA" w:rsidRPr="00172FDA" w:rsidRDefault="00172FDA" w:rsidP="00172F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2,50</w:t>
            </w:r>
          </w:p>
        </w:tc>
        <w:tc>
          <w:tcPr>
            <w:tcW w:w="1222" w:type="dxa"/>
            <w:gridSpan w:val="3"/>
          </w:tcPr>
          <w:p w14:paraId="0D84DEEC" w14:textId="77777777" w:rsidR="00172FDA" w:rsidRPr="00172FDA" w:rsidRDefault="00172FDA" w:rsidP="00172F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3,00</w:t>
            </w:r>
          </w:p>
        </w:tc>
        <w:tc>
          <w:tcPr>
            <w:tcW w:w="1388" w:type="dxa"/>
            <w:gridSpan w:val="2"/>
            <w:tcBorders>
              <w:right w:val="single" w:sz="4" w:space="0" w:color="auto"/>
            </w:tcBorders>
          </w:tcPr>
          <w:p w14:paraId="3D68CB24" w14:textId="77777777" w:rsidR="00172FDA" w:rsidRPr="00172FDA" w:rsidRDefault="00172FDA" w:rsidP="00172F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2,50</w:t>
            </w:r>
          </w:p>
        </w:tc>
        <w:tc>
          <w:tcPr>
            <w:tcW w:w="833" w:type="dxa"/>
            <w:tcBorders>
              <w:left w:val="single" w:sz="4" w:space="0" w:color="auto"/>
            </w:tcBorders>
          </w:tcPr>
          <w:p w14:paraId="784601E3" w14:textId="77777777" w:rsidR="00172FDA" w:rsidRPr="00172FDA" w:rsidRDefault="00172FDA" w:rsidP="00172F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3,00</w:t>
            </w:r>
          </w:p>
        </w:tc>
      </w:tr>
      <w:tr w:rsidR="00172FDA" w:rsidRPr="00172FDA" w14:paraId="65C38907" w14:textId="77777777" w:rsidTr="00BD5BB3">
        <w:trPr>
          <w:trHeight w:val="277"/>
        </w:trPr>
        <w:tc>
          <w:tcPr>
            <w:tcW w:w="1508" w:type="dxa"/>
          </w:tcPr>
          <w:p w14:paraId="4F2855AA" w14:textId="77777777" w:rsidR="00172FDA" w:rsidRPr="00172FDA" w:rsidRDefault="00172FDA" w:rsidP="00172F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5.2.</w:t>
            </w:r>
          </w:p>
        </w:tc>
        <w:tc>
          <w:tcPr>
            <w:tcW w:w="4392" w:type="dxa"/>
          </w:tcPr>
          <w:p w14:paraId="596B43CE" w14:textId="77777777" w:rsidR="00172FDA" w:rsidRPr="00172FDA" w:rsidRDefault="00172FDA" w:rsidP="00172F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 xml:space="preserve">-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taxă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 xml:space="preserve"> transport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gunoi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menajer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persoane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fizice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 xml:space="preserve"> şi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juridice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 xml:space="preserve"> – cu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activitate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comercială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 xml:space="preserve"> şi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odihnă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 xml:space="preserve">    lei/mc./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lună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/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loca</w:t>
            </w:r>
            <w:r w:rsidRPr="00172FD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ţie</w:t>
            </w:r>
            <w:proofErr w:type="spellEnd"/>
          </w:p>
        </w:tc>
        <w:tc>
          <w:tcPr>
            <w:tcW w:w="1288" w:type="dxa"/>
            <w:gridSpan w:val="2"/>
          </w:tcPr>
          <w:p w14:paraId="03152901" w14:textId="77777777" w:rsidR="00172FDA" w:rsidRPr="00172FDA" w:rsidRDefault="00172FDA" w:rsidP="00172F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220,00</w:t>
            </w:r>
          </w:p>
        </w:tc>
        <w:tc>
          <w:tcPr>
            <w:tcW w:w="1210" w:type="dxa"/>
            <w:gridSpan w:val="2"/>
          </w:tcPr>
          <w:p w14:paraId="5DD2C5CE" w14:textId="77777777" w:rsidR="00172FDA" w:rsidRPr="00172FDA" w:rsidRDefault="00172FDA" w:rsidP="00172F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230,00</w:t>
            </w:r>
          </w:p>
        </w:tc>
        <w:tc>
          <w:tcPr>
            <w:tcW w:w="1400" w:type="dxa"/>
            <w:gridSpan w:val="3"/>
            <w:tcBorders>
              <w:right w:val="single" w:sz="4" w:space="0" w:color="auto"/>
            </w:tcBorders>
          </w:tcPr>
          <w:p w14:paraId="79FB63C0" w14:textId="77777777" w:rsidR="00172FDA" w:rsidRPr="00172FDA" w:rsidRDefault="00172FDA" w:rsidP="00172F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220,00</w:t>
            </w:r>
          </w:p>
        </w:tc>
        <w:tc>
          <w:tcPr>
            <w:tcW w:w="833" w:type="dxa"/>
            <w:tcBorders>
              <w:left w:val="single" w:sz="4" w:space="0" w:color="auto"/>
            </w:tcBorders>
          </w:tcPr>
          <w:p w14:paraId="3C2EAD85" w14:textId="77777777" w:rsidR="00172FDA" w:rsidRPr="00172FDA" w:rsidRDefault="00172FDA" w:rsidP="00172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230,00</w:t>
            </w:r>
          </w:p>
        </w:tc>
      </w:tr>
      <w:tr w:rsidR="00172FDA" w:rsidRPr="00172FDA" w14:paraId="455D826B" w14:textId="77777777" w:rsidTr="00BD5BB3">
        <w:trPr>
          <w:trHeight w:val="277"/>
        </w:trPr>
        <w:tc>
          <w:tcPr>
            <w:tcW w:w="1508" w:type="dxa"/>
            <w:tcBorders>
              <w:right w:val="single" w:sz="4" w:space="0" w:color="auto"/>
            </w:tcBorders>
          </w:tcPr>
          <w:p w14:paraId="196CB6D9" w14:textId="77777777" w:rsidR="00172FDA" w:rsidRPr="00172FDA" w:rsidRDefault="00172FDA" w:rsidP="00172F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6</w:t>
            </w:r>
          </w:p>
        </w:tc>
        <w:tc>
          <w:tcPr>
            <w:tcW w:w="4392" w:type="dxa"/>
            <w:tcBorders>
              <w:top w:val="single" w:sz="4" w:space="0" w:color="auto"/>
              <w:left w:val="single" w:sz="4" w:space="0" w:color="auto"/>
            </w:tcBorders>
          </w:tcPr>
          <w:p w14:paraId="7AAF6C7C" w14:textId="77777777" w:rsidR="00172FDA" w:rsidRPr="00172FDA" w:rsidRDefault="00172FDA" w:rsidP="00172F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Tarif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utilizare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bazin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nautic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-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barcă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fără</w:t>
            </w:r>
            <w:proofErr w:type="spellEnd"/>
          </w:p>
          <w:p w14:paraId="36E1C017" w14:textId="77777777" w:rsidR="00172FDA" w:rsidRPr="00172FDA" w:rsidRDefault="00172FDA" w:rsidP="00172F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  motor lei/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barcă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/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sezon</w:t>
            </w:r>
            <w:proofErr w:type="spellEnd"/>
          </w:p>
        </w:tc>
        <w:tc>
          <w:tcPr>
            <w:tcW w:w="1288" w:type="dxa"/>
            <w:gridSpan w:val="2"/>
          </w:tcPr>
          <w:p w14:paraId="0D9313B1" w14:textId="77777777" w:rsidR="00172FDA" w:rsidRPr="00172FDA" w:rsidRDefault="00172FDA" w:rsidP="00172F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160,00</w:t>
            </w:r>
          </w:p>
        </w:tc>
        <w:tc>
          <w:tcPr>
            <w:tcW w:w="1210" w:type="dxa"/>
            <w:gridSpan w:val="2"/>
          </w:tcPr>
          <w:p w14:paraId="5E671EE7" w14:textId="77777777" w:rsidR="00172FDA" w:rsidRPr="00172FDA" w:rsidRDefault="00172FDA" w:rsidP="00172F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180,00</w:t>
            </w:r>
          </w:p>
        </w:tc>
        <w:tc>
          <w:tcPr>
            <w:tcW w:w="1400" w:type="dxa"/>
            <w:gridSpan w:val="3"/>
            <w:tcBorders>
              <w:right w:val="single" w:sz="4" w:space="0" w:color="auto"/>
            </w:tcBorders>
          </w:tcPr>
          <w:p w14:paraId="35196733" w14:textId="77777777" w:rsidR="00172FDA" w:rsidRPr="00172FDA" w:rsidRDefault="00172FDA" w:rsidP="00172F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-</w:t>
            </w:r>
          </w:p>
        </w:tc>
        <w:tc>
          <w:tcPr>
            <w:tcW w:w="833" w:type="dxa"/>
            <w:tcBorders>
              <w:left w:val="single" w:sz="4" w:space="0" w:color="auto"/>
            </w:tcBorders>
          </w:tcPr>
          <w:p w14:paraId="2A98DCDB" w14:textId="77777777" w:rsidR="00172FDA" w:rsidRPr="00172FDA" w:rsidRDefault="00172FDA" w:rsidP="00172F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-</w:t>
            </w:r>
          </w:p>
        </w:tc>
      </w:tr>
      <w:tr w:rsidR="00172FDA" w:rsidRPr="00172FDA" w14:paraId="44E327D1" w14:textId="77777777" w:rsidTr="00BD5BB3">
        <w:trPr>
          <w:trHeight w:val="277"/>
        </w:trPr>
        <w:tc>
          <w:tcPr>
            <w:tcW w:w="1508" w:type="dxa"/>
          </w:tcPr>
          <w:p w14:paraId="2F6119F0" w14:textId="77777777" w:rsidR="00172FDA" w:rsidRPr="00172FDA" w:rsidRDefault="00172FDA" w:rsidP="00172F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7</w:t>
            </w:r>
          </w:p>
        </w:tc>
        <w:tc>
          <w:tcPr>
            <w:tcW w:w="9123" w:type="dxa"/>
            <w:gridSpan w:val="9"/>
          </w:tcPr>
          <w:p w14:paraId="3B2CE893" w14:textId="77777777" w:rsidR="00172FDA" w:rsidRPr="00172FDA" w:rsidRDefault="00172FDA" w:rsidP="00172F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Tarif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închiriere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teren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de sport lei/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oră</w:t>
            </w:r>
            <w:proofErr w:type="spellEnd"/>
          </w:p>
        </w:tc>
      </w:tr>
      <w:tr w:rsidR="00172FDA" w:rsidRPr="00172FDA" w14:paraId="186F2C29" w14:textId="77777777" w:rsidTr="00BD5BB3">
        <w:trPr>
          <w:trHeight w:val="277"/>
        </w:trPr>
        <w:tc>
          <w:tcPr>
            <w:tcW w:w="1508" w:type="dxa"/>
          </w:tcPr>
          <w:p w14:paraId="597B63A7" w14:textId="77777777" w:rsidR="00172FDA" w:rsidRPr="00172FDA" w:rsidRDefault="00172FDA" w:rsidP="00172F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7.1.</w:t>
            </w:r>
          </w:p>
        </w:tc>
        <w:tc>
          <w:tcPr>
            <w:tcW w:w="4392" w:type="dxa"/>
          </w:tcPr>
          <w:p w14:paraId="6DAAD8A1" w14:textId="77777777" w:rsidR="00172FDA" w:rsidRPr="00172FDA" w:rsidRDefault="00172FDA" w:rsidP="00172F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Calibri" w:hAnsi="Times New Roman" w:cs="Times New Roman"/>
                <w:kern w:val="0"/>
                <w:lang w:val="en-US"/>
                <w14:ligatures w14:val="none"/>
              </w:rPr>
              <w:t xml:space="preserve">- </w:t>
            </w:r>
            <w:proofErr w:type="spellStart"/>
            <w:r w:rsidRPr="00172FDA">
              <w:rPr>
                <w:rFonts w:ascii="Times New Roman" w:eastAsia="Calibri" w:hAnsi="Times New Roman" w:cs="Times New Roman"/>
                <w:kern w:val="0"/>
                <w:lang w:val="en-US"/>
                <w14:ligatures w14:val="none"/>
              </w:rPr>
              <w:t>teren</w:t>
            </w:r>
            <w:proofErr w:type="spellEnd"/>
            <w:r w:rsidRPr="00172FDA">
              <w:rPr>
                <w:rFonts w:ascii="Times New Roman" w:eastAsia="Calibri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Calibri" w:hAnsi="Times New Roman" w:cs="Times New Roman"/>
                <w:kern w:val="0"/>
                <w:lang w:val="en-US"/>
                <w14:ligatures w14:val="none"/>
              </w:rPr>
              <w:t>volei</w:t>
            </w:r>
            <w:proofErr w:type="spellEnd"/>
            <w:r w:rsidRPr="00172FDA">
              <w:rPr>
                <w:rFonts w:ascii="Times New Roman" w:eastAsia="Calibri" w:hAnsi="Times New Roman" w:cs="Times New Roman"/>
                <w:kern w:val="0"/>
                <w:lang w:val="en-US"/>
                <w14:ligatures w14:val="none"/>
              </w:rPr>
              <w:t xml:space="preserve"> şi </w:t>
            </w:r>
            <w:proofErr w:type="spellStart"/>
            <w:r w:rsidRPr="00172FDA">
              <w:rPr>
                <w:rFonts w:ascii="Times New Roman" w:eastAsia="Calibri" w:hAnsi="Times New Roman" w:cs="Times New Roman"/>
                <w:kern w:val="0"/>
                <w:lang w:val="en-US"/>
                <w14:ligatures w14:val="none"/>
              </w:rPr>
              <w:t>tenis</w:t>
            </w:r>
            <w:proofErr w:type="spellEnd"/>
            <w:r w:rsidRPr="00172FDA">
              <w:rPr>
                <w:rFonts w:ascii="Times New Roman" w:eastAsia="Calibri" w:hAnsi="Times New Roman" w:cs="Times New Roman"/>
                <w:kern w:val="0"/>
                <w:lang w:val="en-US"/>
                <w14:ligatures w14:val="none"/>
              </w:rPr>
              <w:t xml:space="preserve"> cu </w:t>
            </w:r>
            <w:proofErr w:type="spellStart"/>
            <w:r w:rsidRPr="00172FDA">
              <w:rPr>
                <w:rFonts w:ascii="Times New Roman" w:eastAsia="Calibri" w:hAnsi="Times New Roman" w:cs="Times New Roman"/>
                <w:kern w:val="0"/>
                <w:lang w:val="en-US"/>
                <w14:ligatures w14:val="none"/>
              </w:rPr>
              <w:t>piciorul</w:t>
            </w:r>
            <w:proofErr w:type="spellEnd"/>
            <w:r w:rsidRPr="00172FDA">
              <w:rPr>
                <w:rFonts w:ascii="Times New Roman" w:eastAsia="Calibri" w:hAnsi="Times New Roman" w:cs="Times New Roman"/>
                <w:kern w:val="0"/>
                <w:lang w:val="en-US"/>
                <w14:ligatures w14:val="none"/>
              </w:rPr>
              <w:t xml:space="preserve">  lei/</w:t>
            </w:r>
            <w:proofErr w:type="spellStart"/>
            <w:r w:rsidRPr="00172FDA">
              <w:rPr>
                <w:rFonts w:ascii="Times New Roman" w:eastAsia="Calibri" w:hAnsi="Times New Roman" w:cs="Times New Roman"/>
                <w:kern w:val="0"/>
                <w:lang w:val="en-US"/>
                <w14:ligatures w14:val="none"/>
              </w:rPr>
              <w:t>oră</w:t>
            </w:r>
            <w:proofErr w:type="spellEnd"/>
          </w:p>
        </w:tc>
        <w:tc>
          <w:tcPr>
            <w:tcW w:w="1288" w:type="dxa"/>
            <w:gridSpan w:val="2"/>
          </w:tcPr>
          <w:p w14:paraId="4E4585F5" w14:textId="77777777" w:rsidR="00172FDA" w:rsidRPr="00172FDA" w:rsidRDefault="00172FDA" w:rsidP="00172F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40,00</w:t>
            </w:r>
          </w:p>
        </w:tc>
        <w:tc>
          <w:tcPr>
            <w:tcW w:w="1210" w:type="dxa"/>
            <w:gridSpan w:val="2"/>
          </w:tcPr>
          <w:p w14:paraId="5C30F061" w14:textId="77777777" w:rsidR="00172FDA" w:rsidRPr="00172FDA" w:rsidRDefault="00172FDA" w:rsidP="00172F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42,00</w:t>
            </w:r>
          </w:p>
        </w:tc>
        <w:tc>
          <w:tcPr>
            <w:tcW w:w="1400" w:type="dxa"/>
            <w:gridSpan w:val="3"/>
            <w:tcBorders>
              <w:right w:val="single" w:sz="4" w:space="0" w:color="auto"/>
            </w:tcBorders>
          </w:tcPr>
          <w:p w14:paraId="5C82940D" w14:textId="77777777" w:rsidR="00172FDA" w:rsidRPr="00172FDA" w:rsidRDefault="00172FDA" w:rsidP="00172F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40,00</w:t>
            </w:r>
          </w:p>
        </w:tc>
        <w:tc>
          <w:tcPr>
            <w:tcW w:w="833" w:type="dxa"/>
            <w:tcBorders>
              <w:left w:val="single" w:sz="4" w:space="0" w:color="auto"/>
            </w:tcBorders>
          </w:tcPr>
          <w:p w14:paraId="18769642" w14:textId="77777777" w:rsidR="00172FDA" w:rsidRPr="00172FDA" w:rsidRDefault="00172FDA" w:rsidP="00172F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42,00</w:t>
            </w:r>
          </w:p>
        </w:tc>
      </w:tr>
      <w:tr w:rsidR="00172FDA" w:rsidRPr="00172FDA" w14:paraId="4839679F" w14:textId="77777777" w:rsidTr="00BD5BB3">
        <w:trPr>
          <w:trHeight w:val="277"/>
        </w:trPr>
        <w:tc>
          <w:tcPr>
            <w:tcW w:w="1508" w:type="dxa"/>
          </w:tcPr>
          <w:p w14:paraId="7BFDCDA0" w14:textId="77777777" w:rsidR="00172FDA" w:rsidRPr="00172FDA" w:rsidRDefault="00172FDA" w:rsidP="00172F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7.2.</w:t>
            </w:r>
          </w:p>
        </w:tc>
        <w:tc>
          <w:tcPr>
            <w:tcW w:w="4392" w:type="dxa"/>
          </w:tcPr>
          <w:p w14:paraId="52C65DD2" w14:textId="77777777" w:rsidR="00172FDA" w:rsidRPr="00172FDA" w:rsidRDefault="00172FDA" w:rsidP="00172F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Calibri" w:hAnsi="Times New Roman" w:cs="Times New Roman"/>
                <w:kern w:val="0"/>
                <w:lang w:val="en-US"/>
                <w14:ligatures w14:val="none"/>
              </w:rPr>
              <w:t xml:space="preserve">- </w:t>
            </w:r>
            <w:proofErr w:type="spellStart"/>
            <w:r w:rsidRPr="00172FDA">
              <w:rPr>
                <w:rFonts w:ascii="Times New Roman" w:eastAsia="Calibri" w:hAnsi="Times New Roman" w:cs="Times New Roman"/>
                <w:kern w:val="0"/>
                <w:lang w:val="en-US"/>
                <w14:ligatures w14:val="none"/>
              </w:rPr>
              <w:t>teren</w:t>
            </w:r>
            <w:proofErr w:type="spellEnd"/>
            <w:r w:rsidRPr="00172FDA">
              <w:rPr>
                <w:rFonts w:ascii="Times New Roman" w:eastAsia="Calibri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Calibri" w:hAnsi="Times New Roman" w:cs="Times New Roman"/>
                <w:kern w:val="0"/>
                <w:lang w:val="en-US"/>
                <w14:ligatures w14:val="none"/>
              </w:rPr>
              <w:t>baschet</w:t>
            </w:r>
            <w:proofErr w:type="spellEnd"/>
            <w:r w:rsidRPr="00172FDA">
              <w:rPr>
                <w:rFonts w:ascii="Times New Roman" w:eastAsia="Calibri" w:hAnsi="Times New Roman" w:cs="Times New Roman"/>
                <w:kern w:val="0"/>
                <w:lang w:val="en-US"/>
                <w14:ligatures w14:val="none"/>
              </w:rPr>
              <w:t xml:space="preserve"> lei/</w:t>
            </w:r>
            <w:proofErr w:type="spellStart"/>
            <w:r w:rsidRPr="00172FDA">
              <w:rPr>
                <w:rFonts w:ascii="Times New Roman" w:eastAsia="Calibri" w:hAnsi="Times New Roman" w:cs="Times New Roman"/>
                <w:kern w:val="0"/>
                <w:lang w:val="en-US"/>
                <w14:ligatures w14:val="none"/>
              </w:rPr>
              <w:t>oră</w:t>
            </w:r>
            <w:proofErr w:type="spellEnd"/>
            <w:r w:rsidRPr="00172FDA">
              <w:rPr>
                <w:rFonts w:ascii="Times New Roman" w:eastAsia="Calibri" w:hAnsi="Times New Roman" w:cs="Times New Roman"/>
                <w:kern w:val="0"/>
                <w:lang w:val="en-US"/>
                <w14:ligatures w14:val="none"/>
              </w:rPr>
              <w:t xml:space="preserve"> – 2 </w:t>
            </w:r>
            <w:proofErr w:type="spellStart"/>
            <w:r w:rsidRPr="00172FDA">
              <w:rPr>
                <w:rFonts w:ascii="Times New Roman" w:eastAsia="Calibri" w:hAnsi="Times New Roman" w:cs="Times New Roman"/>
                <w:kern w:val="0"/>
                <w:lang w:val="en-US"/>
                <w14:ligatures w14:val="none"/>
              </w:rPr>
              <w:t>panouri</w:t>
            </w:r>
            <w:proofErr w:type="spellEnd"/>
          </w:p>
        </w:tc>
        <w:tc>
          <w:tcPr>
            <w:tcW w:w="1288" w:type="dxa"/>
            <w:gridSpan w:val="2"/>
          </w:tcPr>
          <w:p w14:paraId="1F0A344E" w14:textId="77777777" w:rsidR="00172FDA" w:rsidRPr="00172FDA" w:rsidRDefault="00172FDA" w:rsidP="00172F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50,00</w:t>
            </w:r>
          </w:p>
        </w:tc>
        <w:tc>
          <w:tcPr>
            <w:tcW w:w="1210" w:type="dxa"/>
            <w:gridSpan w:val="2"/>
          </w:tcPr>
          <w:p w14:paraId="65856734" w14:textId="77777777" w:rsidR="00172FDA" w:rsidRPr="00172FDA" w:rsidRDefault="00172FDA" w:rsidP="00172F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52,00</w:t>
            </w:r>
          </w:p>
        </w:tc>
        <w:tc>
          <w:tcPr>
            <w:tcW w:w="1400" w:type="dxa"/>
            <w:gridSpan w:val="3"/>
            <w:tcBorders>
              <w:right w:val="single" w:sz="4" w:space="0" w:color="auto"/>
            </w:tcBorders>
          </w:tcPr>
          <w:p w14:paraId="49D5320C" w14:textId="77777777" w:rsidR="00172FDA" w:rsidRPr="00172FDA" w:rsidRDefault="00172FDA" w:rsidP="00172F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50,00</w:t>
            </w:r>
          </w:p>
        </w:tc>
        <w:tc>
          <w:tcPr>
            <w:tcW w:w="833" w:type="dxa"/>
            <w:tcBorders>
              <w:left w:val="single" w:sz="4" w:space="0" w:color="auto"/>
            </w:tcBorders>
          </w:tcPr>
          <w:p w14:paraId="12EDCF61" w14:textId="77777777" w:rsidR="00172FDA" w:rsidRPr="00172FDA" w:rsidRDefault="00172FDA" w:rsidP="00172F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52,00</w:t>
            </w:r>
          </w:p>
        </w:tc>
      </w:tr>
      <w:tr w:rsidR="00172FDA" w:rsidRPr="00172FDA" w14:paraId="0002DCBA" w14:textId="77777777" w:rsidTr="00BD5BB3">
        <w:trPr>
          <w:trHeight w:val="277"/>
        </w:trPr>
        <w:tc>
          <w:tcPr>
            <w:tcW w:w="1508" w:type="dxa"/>
          </w:tcPr>
          <w:p w14:paraId="5D491F1E" w14:textId="77777777" w:rsidR="00172FDA" w:rsidRPr="00172FDA" w:rsidRDefault="00172FDA" w:rsidP="00172F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7.3.</w:t>
            </w:r>
          </w:p>
        </w:tc>
        <w:tc>
          <w:tcPr>
            <w:tcW w:w="4392" w:type="dxa"/>
          </w:tcPr>
          <w:p w14:paraId="593BB25D" w14:textId="77777777" w:rsidR="00172FDA" w:rsidRPr="00172FDA" w:rsidRDefault="00172FDA" w:rsidP="00172F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Calibri" w:hAnsi="Times New Roman" w:cs="Times New Roman"/>
                <w:kern w:val="0"/>
                <w:lang w:val="en-US"/>
                <w14:ligatures w14:val="none"/>
              </w:rPr>
              <w:t xml:space="preserve">- </w:t>
            </w:r>
            <w:proofErr w:type="spellStart"/>
            <w:r w:rsidRPr="00172FDA">
              <w:rPr>
                <w:rFonts w:ascii="Times New Roman" w:eastAsia="Calibri" w:hAnsi="Times New Roman" w:cs="Times New Roman"/>
                <w:kern w:val="0"/>
                <w:lang w:val="en-US"/>
                <w14:ligatures w14:val="none"/>
              </w:rPr>
              <w:t>tenis</w:t>
            </w:r>
            <w:proofErr w:type="spellEnd"/>
            <w:r w:rsidRPr="00172FDA">
              <w:rPr>
                <w:rFonts w:ascii="Times New Roman" w:eastAsia="Calibri" w:hAnsi="Times New Roman" w:cs="Times New Roman"/>
                <w:kern w:val="0"/>
                <w:lang w:val="en-US"/>
                <w14:ligatures w14:val="none"/>
              </w:rPr>
              <w:t xml:space="preserve"> cu </w:t>
            </w:r>
            <w:proofErr w:type="spellStart"/>
            <w:r w:rsidRPr="00172FDA">
              <w:rPr>
                <w:rFonts w:ascii="Times New Roman" w:eastAsia="Calibri" w:hAnsi="Times New Roman" w:cs="Times New Roman"/>
                <w:kern w:val="0"/>
                <w:lang w:val="en-US"/>
                <w14:ligatures w14:val="none"/>
              </w:rPr>
              <w:t>piciorul</w:t>
            </w:r>
            <w:proofErr w:type="spellEnd"/>
            <w:r w:rsidRPr="00172FDA">
              <w:rPr>
                <w:rFonts w:ascii="Times New Roman" w:eastAsia="Calibri" w:hAnsi="Times New Roman" w:cs="Times New Roman"/>
                <w:kern w:val="0"/>
                <w:lang w:val="en-US"/>
                <w14:ligatures w14:val="none"/>
              </w:rPr>
              <w:t xml:space="preserve"> NOCTURNĂ  lei/</w:t>
            </w:r>
            <w:proofErr w:type="spellStart"/>
            <w:r w:rsidRPr="00172FDA">
              <w:rPr>
                <w:rFonts w:ascii="Times New Roman" w:eastAsia="Calibri" w:hAnsi="Times New Roman" w:cs="Times New Roman"/>
                <w:kern w:val="0"/>
                <w:lang w:val="en-US"/>
                <w14:ligatures w14:val="none"/>
              </w:rPr>
              <w:t>oră</w:t>
            </w:r>
            <w:proofErr w:type="spellEnd"/>
          </w:p>
        </w:tc>
        <w:tc>
          <w:tcPr>
            <w:tcW w:w="1288" w:type="dxa"/>
            <w:gridSpan w:val="2"/>
          </w:tcPr>
          <w:p w14:paraId="62368C46" w14:textId="77777777" w:rsidR="00172FDA" w:rsidRPr="00172FDA" w:rsidRDefault="00172FDA" w:rsidP="00172F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60,00</w:t>
            </w:r>
          </w:p>
        </w:tc>
        <w:tc>
          <w:tcPr>
            <w:tcW w:w="1210" w:type="dxa"/>
            <w:gridSpan w:val="2"/>
          </w:tcPr>
          <w:p w14:paraId="61B0483F" w14:textId="77777777" w:rsidR="00172FDA" w:rsidRPr="00172FDA" w:rsidRDefault="00172FDA" w:rsidP="00172F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62,00</w:t>
            </w:r>
          </w:p>
        </w:tc>
        <w:tc>
          <w:tcPr>
            <w:tcW w:w="1400" w:type="dxa"/>
            <w:gridSpan w:val="3"/>
            <w:tcBorders>
              <w:right w:val="single" w:sz="4" w:space="0" w:color="auto"/>
            </w:tcBorders>
          </w:tcPr>
          <w:p w14:paraId="42D08B87" w14:textId="77777777" w:rsidR="00172FDA" w:rsidRPr="00172FDA" w:rsidRDefault="00172FDA" w:rsidP="00172F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60,00</w:t>
            </w:r>
          </w:p>
        </w:tc>
        <w:tc>
          <w:tcPr>
            <w:tcW w:w="833" w:type="dxa"/>
            <w:tcBorders>
              <w:left w:val="single" w:sz="4" w:space="0" w:color="auto"/>
            </w:tcBorders>
          </w:tcPr>
          <w:p w14:paraId="5585906F" w14:textId="77777777" w:rsidR="00172FDA" w:rsidRPr="00172FDA" w:rsidRDefault="00172FDA" w:rsidP="00172F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62,00</w:t>
            </w:r>
          </w:p>
        </w:tc>
      </w:tr>
      <w:tr w:rsidR="00172FDA" w:rsidRPr="00172FDA" w14:paraId="5AC8E1D6" w14:textId="77777777" w:rsidTr="00BD5BB3">
        <w:trPr>
          <w:trHeight w:val="277"/>
        </w:trPr>
        <w:tc>
          <w:tcPr>
            <w:tcW w:w="1508" w:type="dxa"/>
          </w:tcPr>
          <w:p w14:paraId="08DA7C5A" w14:textId="77777777" w:rsidR="00172FDA" w:rsidRPr="00172FDA" w:rsidRDefault="00172FDA" w:rsidP="00172F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7.4.</w:t>
            </w:r>
          </w:p>
        </w:tc>
        <w:tc>
          <w:tcPr>
            <w:tcW w:w="4392" w:type="dxa"/>
          </w:tcPr>
          <w:p w14:paraId="40E145B0" w14:textId="77777777" w:rsidR="00172FDA" w:rsidRPr="00172FDA" w:rsidRDefault="00172FDA" w:rsidP="00172F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Calibri" w:hAnsi="Times New Roman" w:cs="Times New Roman"/>
                <w:kern w:val="0"/>
                <w:lang w:val="en-US"/>
                <w14:ligatures w14:val="none"/>
              </w:rPr>
              <w:t>-</w:t>
            </w:r>
            <w:proofErr w:type="spellStart"/>
            <w:r w:rsidRPr="00172FDA">
              <w:rPr>
                <w:rFonts w:ascii="Times New Roman" w:eastAsia="Calibri" w:hAnsi="Times New Roman" w:cs="Times New Roman"/>
                <w:kern w:val="0"/>
                <w:lang w:val="en-US"/>
                <w14:ligatures w14:val="none"/>
              </w:rPr>
              <w:t>teren</w:t>
            </w:r>
            <w:proofErr w:type="spellEnd"/>
            <w:r w:rsidRPr="00172FDA">
              <w:rPr>
                <w:rFonts w:ascii="Times New Roman" w:eastAsia="Calibri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Calibri" w:hAnsi="Times New Roman" w:cs="Times New Roman"/>
                <w:kern w:val="0"/>
                <w:lang w:val="en-US"/>
                <w14:ligatures w14:val="none"/>
              </w:rPr>
              <w:t>baschet</w:t>
            </w:r>
            <w:proofErr w:type="spellEnd"/>
            <w:r w:rsidRPr="00172FDA">
              <w:rPr>
                <w:rFonts w:ascii="Times New Roman" w:eastAsia="Calibri" w:hAnsi="Times New Roman" w:cs="Times New Roman"/>
                <w:kern w:val="0"/>
                <w:lang w:val="en-US"/>
                <w14:ligatures w14:val="none"/>
              </w:rPr>
              <w:t xml:space="preserve"> NOCTURNĂ lei/</w:t>
            </w:r>
            <w:proofErr w:type="spellStart"/>
            <w:r w:rsidRPr="00172FDA">
              <w:rPr>
                <w:rFonts w:ascii="Times New Roman" w:eastAsia="Calibri" w:hAnsi="Times New Roman" w:cs="Times New Roman"/>
                <w:kern w:val="0"/>
                <w:lang w:val="en-US"/>
                <w14:ligatures w14:val="none"/>
              </w:rPr>
              <w:t>oră</w:t>
            </w:r>
            <w:proofErr w:type="spellEnd"/>
            <w:r w:rsidRPr="00172FDA">
              <w:rPr>
                <w:rFonts w:ascii="Times New Roman" w:eastAsia="Calibri" w:hAnsi="Times New Roman" w:cs="Times New Roman"/>
                <w:kern w:val="0"/>
                <w:lang w:val="en-US"/>
                <w14:ligatures w14:val="none"/>
              </w:rPr>
              <w:t xml:space="preserve"> – 2 </w:t>
            </w:r>
          </w:p>
          <w:p w14:paraId="1D3B5311" w14:textId="77777777" w:rsidR="00172FDA" w:rsidRPr="00172FDA" w:rsidRDefault="00172FDA" w:rsidP="00172F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val="en-US"/>
                <w14:ligatures w14:val="none"/>
              </w:rPr>
            </w:pPr>
            <w:proofErr w:type="spellStart"/>
            <w:r w:rsidRPr="00172FDA">
              <w:rPr>
                <w:rFonts w:ascii="Times New Roman" w:eastAsia="Calibri" w:hAnsi="Times New Roman" w:cs="Times New Roman"/>
                <w:kern w:val="0"/>
                <w:lang w:val="en-US"/>
                <w14:ligatures w14:val="none"/>
              </w:rPr>
              <w:t>panouri</w:t>
            </w:r>
            <w:proofErr w:type="spellEnd"/>
          </w:p>
        </w:tc>
        <w:tc>
          <w:tcPr>
            <w:tcW w:w="1288" w:type="dxa"/>
            <w:gridSpan w:val="2"/>
          </w:tcPr>
          <w:p w14:paraId="07EE83A7" w14:textId="77777777" w:rsidR="00172FDA" w:rsidRPr="00172FDA" w:rsidRDefault="00172FDA" w:rsidP="00172F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80,00</w:t>
            </w:r>
          </w:p>
        </w:tc>
        <w:tc>
          <w:tcPr>
            <w:tcW w:w="1210" w:type="dxa"/>
            <w:gridSpan w:val="2"/>
          </w:tcPr>
          <w:p w14:paraId="643D544A" w14:textId="77777777" w:rsidR="00172FDA" w:rsidRPr="00172FDA" w:rsidRDefault="00172FDA" w:rsidP="00172F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82,00</w:t>
            </w:r>
          </w:p>
        </w:tc>
        <w:tc>
          <w:tcPr>
            <w:tcW w:w="1400" w:type="dxa"/>
            <w:gridSpan w:val="3"/>
            <w:tcBorders>
              <w:right w:val="single" w:sz="4" w:space="0" w:color="auto"/>
            </w:tcBorders>
          </w:tcPr>
          <w:p w14:paraId="1FD784AF" w14:textId="77777777" w:rsidR="00172FDA" w:rsidRPr="00172FDA" w:rsidRDefault="00172FDA" w:rsidP="00172F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80,00</w:t>
            </w:r>
          </w:p>
        </w:tc>
        <w:tc>
          <w:tcPr>
            <w:tcW w:w="833" w:type="dxa"/>
            <w:tcBorders>
              <w:left w:val="single" w:sz="4" w:space="0" w:color="auto"/>
            </w:tcBorders>
          </w:tcPr>
          <w:p w14:paraId="2A09F356" w14:textId="77777777" w:rsidR="00172FDA" w:rsidRPr="00172FDA" w:rsidRDefault="00172FDA" w:rsidP="00172F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82,00</w:t>
            </w:r>
          </w:p>
        </w:tc>
      </w:tr>
      <w:tr w:rsidR="00172FDA" w:rsidRPr="00172FDA" w14:paraId="197BB388" w14:textId="77777777" w:rsidTr="00BD5BB3">
        <w:trPr>
          <w:trHeight w:val="277"/>
        </w:trPr>
        <w:tc>
          <w:tcPr>
            <w:tcW w:w="1508" w:type="dxa"/>
          </w:tcPr>
          <w:p w14:paraId="678CC667" w14:textId="77777777" w:rsidR="00172FDA" w:rsidRPr="00172FDA" w:rsidRDefault="00172FDA" w:rsidP="00172F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lastRenderedPageBreak/>
              <w:t>7.5.</w:t>
            </w:r>
          </w:p>
        </w:tc>
        <w:tc>
          <w:tcPr>
            <w:tcW w:w="4392" w:type="dxa"/>
          </w:tcPr>
          <w:p w14:paraId="1EA43A55" w14:textId="77777777" w:rsidR="00172FDA" w:rsidRPr="00172FDA" w:rsidRDefault="00172FDA" w:rsidP="00172F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-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teren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tenis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de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câmp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lei/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oră</w:t>
            </w:r>
            <w:proofErr w:type="spellEnd"/>
          </w:p>
          <w:p w14:paraId="1D5E8B59" w14:textId="77777777" w:rsidR="00172FDA" w:rsidRPr="00172FDA" w:rsidRDefault="00172FDA" w:rsidP="00172F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-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teren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tenis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de camp –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abonament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anual</w:t>
            </w:r>
            <w:proofErr w:type="spellEnd"/>
          </w:p>
        </w:tc>
        <w:tc>
          <w:tcPr>
            <w:tcW w:w="1288" w:type="dxa"/>
            <w:gridSpan w:val="2"/>
          </w:tcPr>
          <w:p w14:paraId="4F149F36" w14:textId="77777777" w:rsidR="00172FDA" w:rsidRPr="00172FDA" w:rsidRDefault="00172FDA" w:rsidP="00172F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35,00</w:t>
            </w:r>
          </w:p>
          <w:p w14:paraId="652CB833" w14:textId="77777777" w:rsidR="00172FDA" w:rsidRPr="00172FDA" w:rsidRDefault="00172FDA" w:rsidP="00172F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-</w:t>
            </w:r>
          </w:p>
        </w:tc>
        <w:tc>
          <w:tcPr>
            <w:tcW w:w="1210" w:type="dxa"/>
            <w:gridSpan w:val="2"/>
          </w:tcPr>
          <w:p w14:paraId="7FA377B5" w14:textId="77777777" w:rsidR="00172FDA" w:rsidRPr="00172FDA" w:rsidRDefault="00172FDA" w:rsidP="00172F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37,00</w:t>
            </w:r>
          </w:p>
          <w:p w14:paraId="3D344C45" w14:textId="77777777" w:rsidR="00172FDA" w:rsidRPr="00172FDA" w:rsidRDefault="00172FDA" w:rsidP="00172F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1500</w:t>
            </w:r>
          </w:p>
        </w:tc>
        <w:tc>
          <w:tcPr>
            <w:tcW w:w="1400" w:type="dxa"/>
            <w:gridSpan w:val="3"/>
            <w:tcBorders>
              <w:right w:val="single" w:sz="4" w:space="0" w:color="auto"/>
            </w:tcBorders>
          </w:tcPr>
          <w:p w14:paraId="1A5ED41A" w14:textId="77777777" w:rsidR="00172FDA" w:rsidRPr="00172FDA" w:rsidRDefault="00172FDA" w:rsidP="00172F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35,00</w:t>
            </w:r>
          </w:p>
          <w:p w14:paraId="42FBA58A" w14:textId="77777777" w:rsidR="00172FDA" w:rsidRPr="00172FDA" w:rsidRDefault="00172FDA" w:rsidP="00172F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-</w:t>
            </w:r>
          </w:p>
        </w:tc>
        <w:tc>
          <w:tcPr>
            <w:tcW w:w="833" w:type="dxa"/>
            <w:tcBorders>
              <w:left w:val="single" w:sz="4" w:space="0" w:color="auto"/>
            </w:tcBorders>
          </w:tcPr>
          <w:p w14:paraId="4B0A6C89" w14:textId="77777777" w:rsidR="00172FDA" w:rsidRPr="00172FDA" w:rsidRDefault="00172FDA" w:rsidP="00172F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37,00</w:t>
            </w:r>
          </w:p>
          <w:p w14:paraId="69F28F98" w14:textId="77777777" w:rsidR="00172FDA" w:rsidRPr="00172FDA" w:rsidRDefault="00172FDA" w:rsidP="00172F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1500</w:t>
            </w:r>
          </w:p>
        </w:tc>
      </w:tr>
      <w:tr w:rsidR="00172FDA" w:rsidRPr="00172FDA" w14:paraId="28016728" w14:textId="77777777" w:rsidTr="00BD5BB3">
        <w:trPr>
          <w:trHeight w:val="277"/>
        </w:trPr>
        <w:tc>
          <w:tcPr>
            <w:tcW w:w="1508" w:type="dxa"/>
          </w:tcPr>
          <w:p w14:paraId="39A31ECE" w14:textId="77777777" w:rsidR="00172FDA" w:rsidRPr="00172FDA" w:rsidRDefault="00172FDA" w:rsidP="00172F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7.6.</w:t>
            </w:r>
          </w:p>
        </w:tc>
        <w:tc>
          <w:tcPr>
            <w:tcW w:w="4392" w:type="dxa"/>
          </w:tcPr>
          <w:p w14:paraId="41E199BB" w14:textId="77777777" w:rsidR="00172FDA" w:rsidRPr="00172FDA" w:rsidRDefault="00172FDA" w:rsidP="00172F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-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teren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mini-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fotbal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,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gazon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artificial,</w:t>
            </w:r>
            <w:r w:rsidRPr="00172FD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lei/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oră</w:t>
            </w:r>
            <w:proofErr w:type="spellEnd"/>
          </w:p>
        </w:tc>
        <w:tc>
          <w:tcPr>
            <w:tcW w:w="1288" w:type="dxa"/>
            <w:gridSpan w:val="2"/>
          </w:tcPr>
          <w:p w14:paraId="06D36D0F" w14:textId="77777777" w:rsidR="00172FDA" w:rsidRPr="00172FDA" w:rsidRDefault="00172FDA" w:rsidP="00172F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185,00</w:t>
            </w:r>
          </w:p>
        </w:tc>
        <w:tc>
          <w:tcPr>
            <w:tcW w:w="1210" w:type="dxa"/>
            <w:gridSpan w:val="2"/>
          </w:tcPr>
          <w:p w14:paraId="780B8EEB" w14:textId="77777777" w:rsidR="00172FDA" w:rsidRPr="00172FDA" w:rsidRDefault="00172FDA" w:rsidP="00172F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187,00</w:t>
            </w:r>
          </w:p>
        </w:tc>
        <w:tc>
          <w:tcPr>
            <w:tcW w:w="1400" w:type="dxa"/>
            <w:gridSpan w:val="3"/>
            <w:tcBorders>
              <w:right w:val="single" w:sz="4" w:space="0" w:color="auto"/>
            </w:tcBorders>
          </w:tcPr>
          <w:p w14:paraId="6E76CF98" w14:textId="77777777" w:rsidR="00172FDA" w:rsidRPr="00172FDA" w:rsidRDefault="00172FDA" w:rsidP="00172F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185,00</w:t>
            </w:r>
          </w:p>
        </w:tc>
        <w:tc>
          <w:tcPr>
            <w:tcW w:w="833" w:type="dxa"/>
            <w:tcBorders>
              <w:left w:val="single" w:sz="4" w:space="0" w:color="auto"/>
            </w:tcBorders>
          </w:tcPr>
          <w:p w14:paraId="5F06EEBB" w14:textId="77777777" w:rsidR="00172FDA" w:rsidRPr="00172FDA" w:rsidRDefault="00172FDA" w:rsidP="00172F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187,00</w:t>
            </w:r>
          </w:p>
        </w:tc>
      </w:tr>
      <w:tr w:rsidR="00172FDA" w:rsidRPr="00172FDA" w14:paraId="19004332" w14:textId="77777777" w:rsidTr="00BD5BB3">
        <w:trPr>
          <w:trHeight w:val="277"/>
        </w:trPr>
        <w:tc>
          <w:tcPr>
            <w:tcW w:w="1508" w:type="dxa"/>
          </w:tcPr>
          <w:p w14:paraId="58DF4099" w14:textId="77777777" w:rsidR="00172FDA" w:rsidRPr="00172FDA" w:rsidRDefault="00172FDA" w:rsidP="00172F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7.7.</w:t>
            </w:r>
          </w:p>
          <w:p w14:paraId="07BE09F9" w14:textId="77777777" w:rsidR="00172FDA" w:rsidRPr="00172FDA" w:rsidRDefault="00172FDA" w:rsidP="00172F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</w:p>
        </w:tc>
        <w:tc>
          <w:tcPr>
            <w:tcW w:w="4392" w:type="dxa"/>
          </w:tcPr>
          <w:p w14:paraId="20914783" w14:textId="77777777" w:rsidR="00172FDA" w:rsidRPr="00172FDA" w:rsidRDefault="00172FDA" w:rsidP="00172F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-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teren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mini-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fotbal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,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gazon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artificial, NOCTURNĂ   lei/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oră</w:t>
            </w:r>
            <w:proofErr w:type="spellEnd"/>
          </w:p>
        </w:tc>
        <w:tc>
          <w:tcPr>
            <w:tcW w:w="1288" w:type="dxa"/>
            <w:gridSpan w:val="2"/>
          </w:tcPr>
          <w:p w14:paraId="00712CF5" w14:textId="77777777" w:rsidR="00172FDA" w:rsidRPr="00172FDA" w:rsidRDefault="00172FDA" w:rsidP="00172F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250,00</w:t>
            </w:r>
          </w:p>
        </w:tc>
        <w:tc>
          <w:tcPr>
            <w:tcW w:w="1210" w:type="dxa"/>
            <w:gridSpan w:val="2"/>
          </w:tcPr>
          <w:p w14:paraId="10D6679B" w14:textId="77777777" w:rsidR="00172FDA" w:rsidRPr="00172FDA" w:rsidRDefault="00172FDA" w:rsidP="00172F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260,00</w:t>
            </w:r>
          </w:p>
        </w:tc>
        <w:tc>
          <w:tcPr>
            <w:tcW w:w="1400" w:type="dxa"/>
            <w:gridSpan w:val="3"/>
            <w:tcBorders>
              <w:right w:val="single" w:sz="4" w:space="0" w:color="auto"/>
            </w:tcBorders>
          </w:tcPr>
          <w:p w14:paraId="0C516C6C" w14:textId="77777777" w:rsidR="00172FDA" w:rsidRPr="00172FDA" w:rsidRDefault="00172FDA" w:rsidP="00172F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250,00</w:t>
            </w:r>
          </w:p>
        </w:tc>
        <w:tc>
          <w:tcPr>
            <w:tcW w:w="833" w:type="dxa"/>
            <w:tcBorders>
              <w:left w:val="single" w:sz="4" w:space="0" w:color="auto"/>
            </w:tcBorders>
          </w:tcPr>
          <w:p w14:paraId="2AB91250" w14:textId="77777777" w:rsidR="00172FDA" w:rsidRPr="00172FDA" w:rsidRDefault="00172FDA" w:rsidP="00172F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260,00</w:t>
            </w:r>
          </w:p>
        </w:tc>
      </w:tr>
      <w:tr w:rsidR="00172FDA" w:rsidRPr="00172FDA" w14:paraId="0DF72499" w14:textId="77777777" w:rsidTr="00BD5BB3">
        <w:trPr>
          <w:trHeight w:val="277"/>
        </w:trPr>
        <w:tc>
          <w:tcPr>
            <w:tcW w:w="1508" w:type="dxa"/>
          </w:tcPr>
          <w:p w14:paraId="3A1E92DE" w14:textId="77777777" w:rsidR="00172FDA" w:rsidRPr="00172FDA" w:rsidRDefault="00172FDA" w:rsidP="00172F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7.8.</w:t>
            </w:r>
          </w:p>
        </w:tc>
        <w:tc>
          <w:tcPr>
            <w:tcW w:w="4392" w:type="dxa"/>
          </w:tcPr>
          <w:p w14:paraId="41F52B99" w14:textId="77777777" w:rsidR="00172FDA" w:rsidRPr="00172FDA" w:rsidRDefault="00172FDA" w:rsidP="00172F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-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teren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fotbal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old-boys (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teren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mic)</w:t>
            </w:r>
          </w:p>
          <w:p w14:paraId="75965FC0" w14:textId="77777777" w:rsidR="00172FDA" w:rsidRPr="00172FDA" w:rsidRDefault="00172FDA" w:rsidP="00172FDA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gazon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artificial  lei/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oră</w:t>
            </w:r>
            <w:proofErr w:type="spellEnd"/>
          </w:p>
        </w:tc>
        <w:tc>
          <w:tcPr>
            <w:tcW w:w="1288" w:type="dxa"/>
            <w:gridSpan w:val="2"/>
          </w:tcPr>
          <w:p w14:paraId="24E43A6B" w14:textId="77777777" w:rsidR="00172FDA" w:rsidRPr="00172FDA" w:rsidRDefault="00172FDA" w:rsidP="00172F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130,00</w:t>
            </w:r>
          </w:p>
        </w:tc>
        <w:tc>
          <w:tcPr>
            <w:tcW w:w="1210" w:type="dxa"/>
            <w:gridSpan w:val="2"/>
          </w:tcPr>
          <w:p w14:paraId="62A1E37A" w14:textId="77777777" w:rsidR="00172FDA" w:rsidRPr="00172FDA" w:rsidRDefault="00172FDA" w:rsidP="00172F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135,00</w:t>
            </w:r>
          </w:p>
        </w:tc>
        <w:tc>
          <w:tcPr>
            <w:tcW w:w="1400" w:type="dxa"/>
            <w:gridSpan w:val="3"/>
            <w:tcBorders>
              <w:right w:val="single" w:sz="4" w:space="0" w:color="auto"/>
            </w:tcBorders>
          </w:tcPr>
          <w:p w14:paraId="77A09988" w14:textId="77777777" w:rsidR="00172FDA" w:rsidRPr="00172FDA" w:rsidRDefault="00172FDA" w:rsidP="00172F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130,00</w:t>
            </w:r>
          </w:p>
        </w:tc>
        <w:tc>
          <w:tcPr>
            <w:tcW w:w="833" w:type="dxa"/>
            <w:tcBorders>
              <w:left w:val="single" w:sz="4" w:space="0" w:color="auto"/>
            </w:tcBorders>
          </w:tcPr>
          <w:p w14:paraId="672EEAEB" w14:textId="77777777" w:rsidR="00172FDA" w:rsidRPr="00172FDA" w:rsidRDefault="00172FDA" w:rsidP="00172F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135,00</w:t>
            </w:r>
          </w:p>
        </w:tc>
      </w:tr>
      <w:tr w:rsidR="00172FDA" w:rsidRPr="00172FDA" w14:paraId="015872FC" w14:textId="77777777" w:rsidTr="00BD5BB3">
        <w:trPr>
          <w:trHeight w:val="277"/>
        </w:trPr>
        <w:tc>
          <w:tcPr>
            <w:tcW w:w="1508" w:type="dxa"/>
          </w:tcPr>
          <w:p w14:paraId="5D43B249" w14:textId="77777777" w:rsidR="00172FDA" w:rsidRPr="00172FDA" w:rsidRDefault="00172FDA" w:rsidP="00172F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7.9</w:t>
            </w:r>
          </w:p>
        </w:tc>
        <w:tc>
          <w:tcPr>
            <w:tcW w:w="4392" w:type="dxa"/>
          </w:tcPr>
          <w:p w14:paraId="091B76E9" w14:textId="77777777" w:rsidR="00172FDA" w:rsidRPr="00172FDA" w:rsidRDefault="00172FDA" w:rsidP="00172F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-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teren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fotbal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old-boys (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teren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mic)</w:t>
            </w:r>
          </w:p>
          <w:p w14:paraId="7DAD7AB1" w14:textId="77777777" w:rsidR="00172FDA" w:rsidRPr="00172FDA" w:rsidRDefault="00172FDA" w:rsidP="00172F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gazon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artificial, NOCTURNĂ  lei/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oră</w:t>
            </w:r>
            <w:proofErr w:type="spellEnd"/>
          </w:p>
        </w:tc>
        <w:tc>
          <w:tcPr>
            <w:tcW w:w="1288" w:type="dxa"/>
            <w:gridSpan w:val="2"/>
          </w:tcPr>
          <w:p w14:paraId="0348E565" w14:textId="77777777" w:rsidR="00172FDA" w:rsidRPr="00172FDA" w:rsidRDefault="00172FDA" w:rsidP="00172F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185,00</w:t>
            </w:r>
          </w:p>
        </w:tc>
        <w:tc>
          <w:tcPr>
            <w:tcW w:w="1210" w:type="dxa"/>
            <w:gridSpan w:val="2"/>
          </w:tcPr>
          <w:p w14:paraId="1E95085E" w14:textId="77777777" w:rsidR="00172FDA" w:rsidRPr="00172FDA" w:rsidRDefault="00172FDA" w:rsidP="00172F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190,00</w:t>
            </w:r>
          </w:p>
        </w:tc>
        <w:tc>
          <w:tcPr>
            <w:tcW w:w="1400" w:type="dxa"/>
            <w:gridSpan w:val="3"/>
            <w:tcBorders>
              <w:right w:val="single" w:sz="4" w:space="0" w:color="auto"/>
            </w:tcBorders>
          </w:tcPr>
          <w:p w14:paraId="566ECC3A" w14:textId="77777777" w:rsidR="00172FDA" w:rsidRPr="00172FDA" w:rsidRDefault="00172FDA" w:rsidP="00172F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185,00</w:t>
            </w:r>
          </w:p>
        </w:tc>
        <w:tc>
          <w:tcPr>
            <w:tcW w:w="833" w:type="dxa"/>
            <w:tcBorders>
              <w:left w:val="single" w:sz="4" w:space="0" w:color="auto"/>
            </w:tcBorders>
          </w:tcPr>
          <w:p w14:paraId="739DA1E3" w14:textId="77777777" w:rsidR="00172FDA" w:rsidRPr="00172FDA" w:rsidRDefault="00172FDA" w:rsidP="00172F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190,00</w:t>
            </w:r>
          </w:p>
        </w:tc>
      </w:tr>
      <w:tr w:rsidR="00172FDA" w:rsidRPr="00172FDA" w14:paraId="77EBA81D" w14:textId="77777777" w:rsidTr="00BD5BB3">
        <w:trPr>
          <w:trHeight w:val="277"/>
        </w:trPr>
        <w:tc>
          <w:tcPr>
            <w:tcW w:w="1508" w:type="dxa"/>
          </w:tcPr>
          <w:p w14:paraId="393FE837" w14:textId="77777777" w:rsidR="00172FDA" w:rsidRPr="00172FDA" w:rsidRDefault="00172FDA" w:rsidP="00172F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7.10</w:t>
            </w:r>
          </w:p>
        </w:tc>
        <w:tc>
          <w:tcPr>
            <w:tcW w:w="4392" w:type="dxa"/>
          </w:tcPr>
          <w:p w14:paraId="63BC6870" w14:textId="77777777" w:rsidR="00172FDA" w:rsidRPr="00172FDA" w:rsidRDefault="00172FDA" w:rsidP="00172F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-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tarif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închiriere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teren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mini-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fotbal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gazon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artificial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pentru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organizarea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de c</w:t>
            </w:r>
            <w:r w:rsidRPr="00172FD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ă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tre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Primăria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Municipiului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Târgu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Mureş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a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competiţiilor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sportive de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masă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în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zilele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de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sâmbătă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şi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duminică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</w:p>
        </w:tc>
        <w:tc>
          <w:tcPr>
            <w:tcW w:w="1288" w:type="dxa"/>
            <w:gridSpan w:val="2"/>
          </w:tcPr>
          <w:p w14:paraId="4DFF698D" w14:textId="77777777" w:rsidR="00172FDA" w:rsidRPr="00172FDA" w:rsidRDefault="00172FDA" w:rsidP="00172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Acces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gratuit</w:t>
            </w:r>
            <w:proofErr w:type="spellEnd"/>
          </w:p>
        </w:tc>
        <w:tc>
          <w:tcPr>
            <w:tcW w:w="1210" w:type="dxa"/>
            <w:gridSpan w:val="2"/>
          </w:tcPr>
          <w:p w14:paraId="5A813065" w14:textId="77777777" w:rsidR="00172FDA" w:rsidRPr="00172FDA" w:rsidRDefault="00172FDA" w:rsidP="00172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Acces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gratuit</w:t>
            </w:r>
            <w:proofErr w:type="spellEnd"/>
          </w:p>
        </w:tc>
        <w:tc>
          <w:tcPr>
            <w:tcW w:w="1400" w:type="dxa"/>
            <w:gridSpan w:val="3"/>
            <w:tcBorders>
              <w:right w:val="single" w:sz="4" w:space="0" w:color="auto"/>
            </w:tcBorders>
          </w:tcPr>
          <w:p w14:paraId="292A7B4B" w14:textId="77777777" w:rsidR="00172FDA" w:rsidRPr="00172FDA" w:rsidRDefault="00172FDA" w:rsidP="00172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Acces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gratuit</w:t>
            </w:r>
            <w:proofErr w:type="spellEnd"/>
          </w:p>
        </w:tc>
        <w:tc>
          <w:tcPr>
            <w:tcW w:w="833" w:type="dxa"/>
            <w:tcBorders>
              <w:left w:val="single" w:sz="4" w:space="0" w:color="auto"/>
            </w:tcBorders>
          </w:tcPr>
          <w:p w14:paraId="5DC8B599" w14:textId="77777777" w:rsidR="00172FDA" w:rsidRPr="00172FDA" w:rsidRDefault="00172FDA" w:rsidP="00172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Acces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gratuit</w:t>
            </w:r>
            <w:proofErr w:type="spellEnd"/>
          </w:p>
        </w:tc>
      </w:tr>
      <w:tr w:rsidR="00172FDA" w:rsidRPr="00172FDA" w14:paraId="30A8AFA5" w14:textId="77777777" w:rsidTr="00BD5BB3">
        <w:trPr>
          <w:trHeight w:val="277"/>
        </w:trPr>
        <w:tc>
          <w:tcPr>
            <w:tcW w:w="1508" w:type="dxa"/>
          </w:tcPr>
          <w:p w14:paraId="269D5234" w14:textId="77777777" w:rsidR="00172FDA" w:rsidRPr="00172FDA" w:rsidRDefault="00172FDA" w:rsidP="00172F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7.11</w:t>
            </w:r>
          </w:p>
        </w:tc>
        <w:tc>
          <w:tcPr>
            <w:tcW w:w="4392" w:type="dxa"/>
          </w:tcPr>
          <w:p w14:paraId="7C675D7E" w14:textId="77777777" w:rsidR="00172FDA" w:rsidRPr="00172FDA" w:rsidRDefault="00172FDA" w:rsidP="00172F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-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tarif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închiriere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teren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mini-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fotbal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gazon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artificial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pentru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organizarea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de c</w:t>
            </w:r>
            <w:r w:rsidRPr="00172FD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ă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tre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Primăria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Municipiului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Târgu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Mureş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a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competiţiilor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sportive de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masă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în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zilele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de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sâmbătă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şi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duminică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NOCTURNĂ </w:t>
            </w:r>
          </w:p>
        </w:tc>
        <w:tc>
          <w:tcPr>
            <w:tcW w:w="1288" w:type="dxa"/>
            <w:gridSpan w:val="2"/>
          </w:tcPr>
          <w:p w14:paraId="247AAB5A" w14:textId="77777777" w:rsidR="00172FDA" w:rsidRPr="00172FDA" w:rsidRDefault="00172FDA" w:rsidP="00172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Acces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gratuit</w:t>
            </w:r>
            <w:proofErr w:type="spellEnd"/>
          </w:p>
        </w:tc>
        <w:tc>
          <w:tcPr>
            <w:tcW w:w="1210" w:type="dxa"/>
            <w:gridSpan w:val="2"/>
          </w:tcPr>
          <w:p w14:paraId="110C69D9" w14:textId="77777777" w:rsidR="00172FDA" w:rsidRPr="00172FDA" w:rsidRDefault="00172FDA" w:rsidP="00172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Acces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gratuit</w:t>
            </w:r>
            <w:proofErr w:type="spellEnd"/>
          </w:p>
        </w:tc>
        <w:tc>
          <w:tcPr>
            <w:tcW w:w="1400" w:type="dxa"/>
            <w:gridSpan w:val="3"/>
            <w:tcBorders>
              <w:right w:val="single" w:sz="4" w:space="0" w:color="auto"/>
            </w:tcBorders>
          </w:tcPr>
          <w:p w14:paraId="24456E9E" w14:textId="77777777" w:rsidR="00172FDA" w:rsidRPr="00172FDA" w:rsidRDefault="00172FDA" w:rsidP="00172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Acces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gratuit</w:t>
            </w:r>
            <w:proofErr w:type="spellEnd"/>
          </w:p>
        </w:tc>
        <w:tc>
          <w:tcPr>
            <w:tcW w:w="833" w:type="dxa"/>
            <w:tcBorders>
              <w:left w:val="single" w:sz="4" w:space="0" w:color="auto"/>
            </w:tcBorders>
          </w:tcPr>
          <w:p w14:paraId="16B17380" w14:textId="77777777" w:rsidR="00172FDA" w:rsidRPr="00172FDA" w:rsidRDefault="00172FDA" w:rsidP="00172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Acces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gratuit</w:t>
            </w:r>
            <w:proofErr w:type="spellEnd"/>
          </w:p>
        </w:tc>
      </w:tr>
      <w:tr w:rsidR="00172FDA" w:rsidRPr="00172FDA" w14:paraId="53E5DDA8" w14:textId="77777777" w:rsidTr="00BD5BB3">
        <w:trPr>
          <w:trHeight w:val="277"/>
        </w:trPr>
        <w:tc>
          <w:tcPr>
            <w:tcW w:w="1508" w:type="dxa"/>
          </w:tcPr>
          <w:p w14:paraId="526724FB" w14:textId="77777777" w:rsidR="00172FDA" w:rsidRPr="00172FDA" w:rsidRDefault="00172FDA" w:rsidP="00172F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7.12</w:t>
            </w:r>
          </w:p>
        </w:tc>
        <w:tc>
          <w:tcPr>
            <w:tcW w:w="4392" w:type="dxa"/>
          </w:tcPr>
          <w:p w14:paraId="5A029B6E" w14:textId="77777777" w:rsidR="00172FDA" w:rsidRPr="00172FDA" w:rsidRDefault="00172FDA" w:rsidP="00172F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-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tarif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închiriere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teren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old-boys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gazon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artificial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pentru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organizarea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de c</w:t>
            </w:r>
            <w:r w:rsidRPr="00172FD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ă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tre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Primăria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Municipiului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Târgu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Mureş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a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competiţiilor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sportive de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masă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în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zilele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de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sâmbătă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şi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duminică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</w:p>
          <w:p w14:paraId="3111BA88" w14:textId="77777777" w:rsidR="00172FDA" w:rsidRPr="00172FDA" w:rsidRDefault="00172FDA" w:rsidP="00172F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</w:p>
        </w:tc>
        <w:tc>
          <w:tcPr>
            <w:tcW w:w="1288" w:type="dxa"/>
            <w:gridSpan w:val="2"/>
          </w:tcPr>
          <w:p w14:paraId="102DB8A5" w14:textId="77777777" w:rsidR="00172FDA" w:rsidRPr="00172FDA" w:rsidRDefault="00172FDA" w:rsidP="00172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Acces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gratuit</w:t>
            </w:r>
            <w:proofErr w:type="spellEnd"/>
          </w:p>
        </w:tc>
        <w:tc>
          <w:tcPr>
            <w:tcW w:w="1210" w:type="dxa"/>
            <w:gridSpan w:val="2"/>
          </w:tcPr>
          <w:p w14:paraId="45113F20" w14:textId="77777777" w:rsidR="00172FDA" w:rsidRPr="00172FDA" w:rsidRDefault="00172FDA" w:rsidP="00172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Acces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gratuit</w:t>
            </w:r>
            <w:proofErr w:type="spellEnd"/>
          </w:p>
        </w:tc>
        <w:tc>
          <w:tcPr>
            <w:tcW w:w="1400" w:type="dxa"/>
            <w:gridSpan w:val="3"/>
            <w:tcBorders>
              <w:right w:val="single" w:sz="4" w:space="0" w:color="auto"/>
            </w:tcBorders>
          </w:tcPr>
          <w:p w14:paraId="41AF7668" w14:textId="77777777" w:rsidR="00172FDA" w:rsidRPr="00172FDA" w:rsidRDefault="00172FDA" w:rsidP="00172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Acces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gratuit</w:t>
            </w:r>
            <w:proofErr w:type="spellEnd"/>
          </w:p>
        </w:tc>
        <w:tc>
          <w:tcPr>
            <w:tcW w:w="833" w:type="dxa"/>
            <w:tcBorders>
              <w:left w:val="single" w:sz="4" w:space="0" w:color="auto"/>
            </w:tcBorders>
          </w:tcPr>
          <w:p w14:paraId="035E4E13" w14:textId="77777777" w:rsidR="00172FDA" w:rsidRPr="00172FDA" w:rsidRDefault="00172FDA" w:rsidP="00172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Acces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gratuit</w:t>
            </w:r>
            <w:proofErr w:type="spellEnd"/>
          </w:p>
        </w:tc>
      </w:tr>
      <w:tr w:rsidR="00172FDA" w:rsidRPr="00172FDA" w14:paraId="1C7C6E2B" w14:textId="77777777" w:rsidTr="00BD5BB3">
        <w:trPr>
          <w:trHeight w:val="277"/>
        </w:trPr>
        <w:tc>
          <w:tcPr>
            <w:tcW w:w="1508" w:type="dxa"/>
          </w:tcPr>
          <w:p w14:paraId="34755D0F" w14:textId="77777777" w:rsidR="00172FDA" w:rsidRPr="00172FDA" w:rsidRDefault="00172FDA" w:rsidP="00172F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7.13</w:t>
            </w:r>
          </w:p>
        </w:tc>
        <w:tc>
          <w:tcPr>
            <w:tcW w:w="4392" w:type="dxa"/>
          </w:tcPr>
          <w:p w14:paraId="157FD8ED" w14:textId="77777777" w:rsidR="00172FDA" w:rsidRPr="00172FDA" w:rsidRDefault="00172FDA" w:rsidP="00172F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-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tarif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închiriere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teren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old-boys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gazon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artificial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pentru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organizarea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de c</w:t>
            </w:r>
            <w:r w:rsidRPr="00172FD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ă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tre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Primăria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Municipiului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Târgu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Mureş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a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competiţiilor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sportive de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masă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în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zilele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de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sâmbătă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şi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duminică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NOCTURNĂ </w:t>
            </w:r>
          </w:p>
          <w:p w14:paraId="64B1B2B8" w14:textId="77777777" w:rsidR="00172FDA" w:rsidRPr="00172FDA" w:rsidRDefault="00172FDA" w:rsidP="00172F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</w:p>
        </w:tc>
        <w:tc>
          <w:tcPr>
            <w:tcW w:w="1288" w:type="dxa"/>
            <w:gridSpan w:val="2"/>
          </w:tcPr>
          <w:p w14:paraId="102226A5" w14:textId="77777777" w:rsidR="00172FDA" w:rsidRPr="00172FDA" w:rsidRDefault="00172FDA" w:rsidP="00172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Acces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gratuit</w:t>
            </w:r>
            <w:proofErr w:type="spellEnd"/>
          </w:p>
        </w:tc>
        <w:tc>
          <w:tcPr>
            <w:tcW w:w="1210" w:type="dxa"/>
            <w:gridSpan w:val="2"/>
          </w:tcPr>
          <w:p w14:paraId="09314DB4" w14:textId="77777777" w:rsidR="00172FDA" w:rsidRPr="00172FDA" w:rsidRDefault="00172FDA" w:rsidP="00172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Acces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gratuit</w:t>
            </w:r>
            <w:proofErr w:type="spellEnd"/>
          </w:p>
        </w:tc>
        <w:tc>
          <w:tcPr>
            <w:tcW w:w="1400" w:type="dxa"/>
            <w:gridSpan w:val="3"/>
            <w:tcBorders>
              <w:right w:val="single" w:sz="4" w:space="0" w:color="auto"/>
            </w:tcBorders>
          </w:tcPr>
          <w:p w14:paraId="437EA9FD" w14:textId="77777777" w:rsidR="00172FDA" w:rsidRPr="00172FDA" w:rsidRDefault="00172FDA" w:rsidP="00172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Acces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gratuit</w:t>
            </w:r>
            <w:proofErr w:type="spellEnd"/>
          </w:p>
        </w:tc>
        <w:tc>
          <w:tcPr>
            <w:tcW w:w="833" w:type="dxa"/>
            <w:tcBorders>
              <w:left w:val="single" w:sz="4" w:space="0" w:color="auto"/>
            </w:tcBorders>
          </w:tcPr>
          <w:p w14:paraId="6D4C2034" w14:textId="77777777" w:rsidR="00172FDA" w:rsidRPr="00172FDA" w:rsidRDefault="00172FDA" w:rsidP="00172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Acces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gratuit</w:t>
            </w:r>
            <w:proofErr w:type="spellEnd"/>
          </w:p>
        </w:tc>
      </w:tr>
      <w:tr w:rsidR="00172FDA" w:rsidRPr="00172FDA" w14:paraId="6DABB20A" w14:textId="77777777" w:rsidTr="00BD5BB3">
        <w:trPr>
          <w:trHeight w:val="277"/>
        </w:trPr>
        <w:tc>
          <w:tcPr>
            <w:tcW w:w="1508" w:type="dxa"/>
          </w:tcPr>
          <w:p w14:paraId="6C9B2416" w14:textId="77777777" w:rsidR="00172FDA" w:rsidRPr="00172FDA" w:rsidRDefault="00172FDA" w:rsidP="00172F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7.14</w:t>
            </w:r>
          </w:p>
        </w:tc>
        <w:tc>
          <w:tcPr>
            <w:tcW w:w="4392" w:type="dxa"/>
          </w:tcPr>
          <w:p w14:paraId="16C4503D" w14:textId="77777777" w:rsidR="00172FDA" w:rsidRPr="00172FDA" w:rsidRDefault="00172FDA" w:rsidP="00172F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-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tarif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închiriere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teren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old-boys şi mini-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fotbal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(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gazon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artificial)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pentru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organizarea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competiţiilor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sportive,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pentru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elevi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,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studenţi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şi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cluburi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sportive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şcolare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</w:p>
          <w:p w14:paraId="0446EB89" w14:textId="77777777" w:rsidR="00172FDA" w:rsidRPr="00172FDA" w:rsidRDefault="00172FDA" w:rsidP="00172F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</w:p>
        </w:tc>
        <w:tc>
          <w:tcPr>
            <w:tcW w:w="1288" w:type="dxa"/>
            <w:gridSpan w:val="2"/>
          </w:tcPr>
          <w:p w14:paraId="2FC6A32A" w14:textId="77777777" w:rsidR="00172FDA" w:rsidRPr="00172FDA" w:rsidRDefault="00172FDA" w:rsidP="00172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Acces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gratuit</w:t>
            </w:r>
            <w:proofErr w:type="spellEnd"/>
          </w:p>
        </w:tc>
        <w:tc>
          <w:tcPr>
            <w:tcW w:w="1210" w:type="dxa"/>
            <w:gridSpan w:val="2"/>
          </w:tcPr>
          <w:p w14:paraId="726E452B" w14:textId="77777777" w:rsidR="00172FDA" w:rsidRPr="00172FDA" w:rsidRDefault="00172FDA" w:rsidP="00172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Acces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gratuit</w:t>
            </w:r>
            <w:proofErr w:type="spellEnd"/>
          </w:p>
        </w:tc>
        <w:tc>
          <w:tcPr>
            <w:tcW w:w="1400" w:type="dxa"/>
            <w:gridSpan w:val="3"/>
            <w:tcBorders>
              <w:right w:val="single" w:sz="4" w:space="0" w:color="auto"/>
            </w:tcBorders>
          </w:tcPr>
          <w:p w14:paraId="0B606455" w14:textId="77777777" w:rsidR="00172FDA" w:rsidRPr="00172FDA" w:rsidRDefault="00172FDA" w:rsidP="00172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Acces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gratuit</w:t>
            </w:r>
            <w:proofErr w:type="spellEnd"/>
          </w:p>
        </w:tc>
        <w:tc>
          <w:tcPr>
            <w:tcW w:w="833" w:type="dxa"/>
            <w:tcBorders>
              <w:left w:val="single" w:sz="4" w:space="0" w:color="auto"/>
            </w:tcBorders>
          </w:tcPr>
          <w:p w14:paraId="0BF5BEF7" w14:textId="77777777" w:rsidR="00172FDA" w:rsidRPr="00172FDA" w:rsidRDefault="00172FDA" w:rsidP="00172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Acces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gratuit</w:t>
            </w:r>
            <w:proofErr w:type="spellEnd"/>
          </w:p>
        </w:tc>
      </w:tr>
      <w:tr w:rsidR="00172FDA" w:rsidRPr="00172FDA" w14:paraId="708E99CB" w14:textId="77777777" w:rsidTr="00BD5BB3">
        <w:trPr>
          <w:trHeight w:val="277"/>
        </w:trPr>
        <w:tc>
          <w:tcPr>
            <w:tcW w:w="1508" w:type="dxa"/>
          </w:tcPr>
          <w:p w14:paraId="6EDA1F31" w14:textId="77777777" w:rsidR="00172FDA" w:rsidRPr="00172FDA" w:rsidRDefault="00172FDA" w:rsidP="00172F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7.15</w:t>
            </w:r>
          </w:p>
        </w:tc>
        <w:tc>
          <w:tcPr>
            <w:tcW w:w="4392" w:type="dxa"/>
          </w:tcPr>
          <w:p w14:paraId="40EB9ADA" w14:textId="77777777" w:rsidR="00172FDA" w:rsidRPr="00172FDA" w:rsidRDefault="00172FDA" w:rsidP="00172F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-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tarif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închiriere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teren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old-boys şi mini-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fotbal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(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gazon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artificial)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pentru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organizarea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competiţiilor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sportive,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pentru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elevi,studenţi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şi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cluburi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sportive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şcolare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NOCTURNĂ </w:t>
            </w:r>
          </w:p>
        </w:tc>
        <w:tc>
          <w:tcPr>
            <w:tcW w:w="1288" w:type="dxa"/>
            <w:gridSpan w:val="2"/>
          </w:tcPr>
          <w:p w14:paraId="29A0875F" w14:textId="77777777" w:rsidR="00172FDA" w:rsidRPr="00172FDA" w:rsidRDefault="00172FDA" w:rsidP="00172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Acces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gratuit</w:t>
            </w:r>
            <w:proofErr w:type="spellEnd"/>
          </w:p>
        </w:tc>
        <w:tc>
          <w:tcPr>
            <w:tcW w:w="1210" w:type="dxa"/>
            <w:gridSpan w:val="2"/>
          </w:tcPr>
          <w:p w14:paraId="0E7609C0" w14:textId="77777777" w:rsidR="00172FDA" w:rsidRPr="00172FDA" w:rsidRDefault="00172FDA" w:rsidP="00172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Acces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gratuit</w:t>
            </w:r>
            <w:proofErr w:type="spellEnd"/>
          </w:p>
        </w:tc>
        <w:tc>
          <w:tcPr>
            <w:tcW w:w="1400" w:type="dxa"/>
            <w:gridSpan w:val="3"/>
            <w:tcBorders>
              <w:right w:val="single" w:sz="4" w:space="0" w:color="auto"/>
            </w:tcBorders>
          </w:tcPr>
          <w:p w14:paraId="6160D41A" w14:textId="77777777" w:rsidR="00172FDA" w:rsidRPr="00172FDA" w:rsidRDefault="00172FDA" w:rsidP="00172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Acces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gratuit</w:t>
            </w:r>
            <w:proofErr w:type="spellEnd"/>
          </w:p>
        </w:tc>
        <w:tc>
          <w:tcPr>
            <w:tcW w:w="833" w:type="dxa"/>
            <w:tcBorders>
              <w:left w:val="single" w:sz="4" w:space="0" w:color="auto"/>
            </w:tcBorders>
          </w:tcPr>
          <w:p w14:paraId="5AB5E2FA" w14:textId="77777777" w:rsidR="00172FDA" w:rsidRPr="00172FDA" w:rsidRDefault="00172FDA" w:rsidP="00172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Acces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gratuit</w:t>
            </w:r>
            <w:proofErr w:type="spellEnd"/>
          </w:p>
          <w:p w14:paraId="0ED1827D" w14:textId="77777777" w:rsidR="00172FDA" w:rsidRPr="00172FDA" w:rsidRDefault="00172FDA" w:rsidP="00172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</w:p>
          <w:p w14:paraId="1687BDF2" w14:textId="77777777" w:rsidR="00172FDA" w:rsidRPr="00172FDA" w:rsidRDefault="00172FDA" w:rsidP="00172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</w:p>
        </w:tc>
      </w:tr>
      <w:tr w:rsidR="00172FDA" w:rsidRPr="00172FDA" w14:paraId="128B4631" w14:textId="77777777" w:rsidTr="00BD5BB3">
        <w:trPr>
          <w:trHeight w:val="277"/>
        </w:trPr>
        <w:tc>
          <w:tcPr>
            <w:tcW w:w="1508" w:type="dxa"/>
          </w:tcPr>
          <w:p w14:paraId="29AEF962" w14:textId="77777777" w:rsidR="00172FDA" w:rsidRPr="00172FDA" w:rsidRDefault="00172FDA" w:rsidP="00172F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7.16</w:t>
            </w:r>
          </w:p>
        </w:tc>
        <w:tc>
          <w:tcPr>
            <w:tcW w:w="4392" w:type="dxa"/>
          </w:tcPr>
          <w:p w14:paraId="38A1E929" w14:textId="77777777" w:rsidR="00172FDA" w:rsidRPr="00172FDA" w:rsidRDefault="00172FDA" w:rsidP="00172F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- Tarif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închiriere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teren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volei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pentru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organizarea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competiţiilor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sportive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pentru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elevi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,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studenţi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şi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cluburi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sportive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şcolare</w:t>
            </w:r>
            <w:proofErr w:type="spellEnd"/>
          </w:p>
        </w:tc>
        <w:tc>
          <w:tcPr>
            <w:tcW w:w="1288" w:type="dxa"/>
            <w:gridSpan w:val="2"/>
          </w:tcPr>
          <w:p w14:paraId="367AAB74" w14:textId="77777777" w:rsidR="00172FDA" w:rsidRPr="00172FDA" w:rsidRDefault="00172FDA" w:rsidP="00172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Acces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gratuit</w:t>
            </w:r>
            <w:proofErr w:type="spellEnd"/>
          </w:p>
        </w:tc>
        <w:tc>
          <w:tcPr>
            <w:tcW w:w="1210" w:type="dxa"/>
            <w:gridSpan w:val="2"/>
          </w:tcPr>
          <w:p w14:paraId="1B1047A7" w14:textId="77777777" w:rsidR="00172FDA" w:rsidRPr="00172FDA" w:rsidRDefault="00172FDA" w:rsidP="00172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Acces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gratuit</w:t>
            </w:r>
            <w:proofErr w:type="spellEnd"/>
          </w:p>
        </w:tc>
        <w:tc>
          <w:tcPr>
            <w:tcW w:w="1400" w:type="dxa"/>
            <w:gridSpan w:val="3"/>
            <w:tcBorders>
              <w:right w:val="single" w:sz="4" w:space="0" w:color="auto"/>
            </w:tcBorders>
          </w:tcPr>
          <w:p w14:paraId="5A998238" w14:textId="77777777" w:rsidR="00172FDA" w:rsidRPr="00172FDA" w:rsidRDefault="00172FDA" w:rsidP="00172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Acces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gratuit</w:t>
            </w:r>
            <w:proofErr w:type="spellEnd"/>
          </w:p>
        </w:tc>
        <w:tc>
          <w:tcPr>
            <w:tcW w:w="833" w:type="dxa"/>
            <w:tcBorders>
              <w:left w:val="single" w:sz="4" w:space="0" w:color="auto"/>
            </w:tcBorders>
          </w:tcPr>
          <w:p w14:paraId="4E259328" w14:textId="77777777" w:rsidR="00172FDA" w:rsidRPr="00172FDA" w:rsidRDefault="00172FDA" w:rsidP="00172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Acces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gratuit</w:t>
            </w:r>
            <w:proofErr w:type="spellEnd"/>
          </w:p>
        </w:tc>
      </w:tr>
      <w:tr w:rsidR="00172FDA" w:rsidRPr="00172FDA" w14:paraId="6CFD2933" w14:textId="77777777" w:rsidTr="00BD5BB3">
        <w:trPr>
          <w:trHeight w:val="277"/>
        </w:trPr>
        <w:tc>
          <w:tcPr>
            <w:tcW w:w="1508" w:type="dxa"/>
          </w:tcPr>
          <w:p w14:paraId="0410856B" w14:textId="77777777" w:rsidR="00172FDA" w:rsidRPr="00172FDA" w:rsidRDefault="00172FDA" w:rsidP="00172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7.17</w:t>
            </w:r>
          </w:p>
        </w:tc>
        <w:tc>
          <w:tcPr>
            <w:tcW w:w="4392" w:type="dxa"/>
          </w:tcPr>
          <w:p w14:paraId="08DB1585" w14:textId="77777777" w:rsidR="00172FDA" w:rsidRPr="00172FDA" w:rsidRDefault="00172FDA" w:rsidP="00172F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-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tarif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închiriere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teren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mini-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fotbal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gazon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artificial,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pentru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desfăşurarea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antrenamente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(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cluburi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şi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asociaţii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sportive) lei/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oră</w:t>
            </w:r>
            <w:proofErr w:type="spellEnd"/>
          </w:p>
        </w:tc>
        <w:tc>
          <w:tcPr>
            <w:tcW w:w="1288" w:type="dxa"/>
            <w:gridSpan w:val="2"/>
          </w:tcPr>
          <w:p w14:paraId="57D532E8" w14:textId="77777777" w:rsidR="00172FDA" w:rsidRPr="00172FDA" w:rsidRDefault="00172FDA" w:rsidP="00172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90,00</w:t>
            </w:r>
          </w:p>
        </w:tc>
        <w:tc>
          <w:tcPr>
            <w:tcW w:w="1210" w:type="dxa"/>
            <w:gridSpan w:val="2"/>
          </w:tcPr>
          <w:p w14:paraId="290ED2D6" w14:textId="77777777" w:rsidR="00172FDA" w:rsidRPr="00172FDA" w:rsidRDefault="00172FDA" w:rsidP="00172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92,00</w:t>
            </w:r>
          </w:p>
        </w:tc>
        <w:tc>
          <w:tcPr>
            <w:tcW w:w="1400" w:type="dxa"/>
            <w:gridSpan w:val="3"/>
            <w:tcBorders>
              <w:right w:val="single" w:sz="4" w:space="0" w:color="auto"/>
            </w:tcBorders>
          </w:tcPr>
          <w:p w14:paraId="38BB2C71" w14:textId="77777777" w:rsidR="00172FDA" w:rsidRPr="00172FDA" w:rsidRDefault="00172FDA" w:rsidP="00172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90,00</w:t>
            </w:r>
          </w:p>
        </w:tc>
        <w:tc>
          <w:tcPr>
            <w:tcW w:w="833" w:type="dxa"/>
            <w:tcBorders>
              <w:left w:val="single" w:sz="4" w:space="0" w:color="auto"/>
            </w:tcBorders>
          </w:tcPr>
          <w:p w14:paraId="7FA4B693" w14:textId="77777777" w:rsidR="00172FDA" w:rsidRPr="00172FDA" w:rsidRDefault="00172FDA" w:rsidP="00172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92,00</w:t>
            </w:r>
          </w:p>
        </w:tc>
      </w:tr>
      <w:tr w:rsidR="00172FDA" w:rsidRPr="00172FDA" w14:paraId="603A877D" w14:textId="77777777" w:rsidTr="00BD5BB3">
        <w:trPr>
          <w:trHeight w:val="277"/>
        </w:trPr>
        <w:tc>
          <w:tcPr>
            <w:tcW w:w="1508" w:type="dxa"/>
          </w:tcPr>
          <w:p w14:paraId="472276D9" w14:textId="77777777" w:rsidR="00172FDA" w:rsidRPr="00172FDA" w:rsidRDefault="00172FDA" w:rsidP="00172F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7.18</w:t>
            </w:r>
          </w:p>
        </w:tc>
        <w:tc>
          <w:tcPr>
            <w:tcW w:w="4392" w:type="dxa"/>
          </w:tcPr>
          <w:p w14:paraId="10363D46" w14:textId="77777777" w:rsidR="00172FDA" w:rsidRPr="00172FDA" w:rsidRDefault="00172FDA" w:rsidP="00172F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-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tarif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închiriere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teren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mini-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fotbal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gazon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artificial,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pentru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desfăşurarea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antrenamente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(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cluburi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şi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asociaţii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sportive) NOCTURNĂ lei/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oră</w:t>
            </w:r>
            <w:proofErr w:type="spellEnd"/>
          </w:p>
        </w:tc>
        <w:tc>
          <w:tcPr>
            <w:tcW w:w="1288" w:type="dxa"/>
            <w:gridSpan w:val="2"/>
          </w:tcPr>
          <w:p w14:paraId="0BD96320" w14:textId="77777777" w:rsidR="00172FDA" w:rsidRPr="00172FDA" w:rsidRDefault="00172FDA" w:rsidP="00172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120,00</w:t>
            </w:r>
          </w:p>
        </w:tc>
        <w:tc>
          <w:tcPr>
            <w:tcW w:w="1210" w:type="dxa"/>
            <w:gridSpan w:val="2"/>
          </w:tcPr>
          <w:p w14:paraId="2DBC7B0C" w14:textId="77777777" w:rsidR="00172FDA" w:rsidRPr="00172FDA" w:rsidRDefault="00172FDA" w:rsidP="00172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125,00</w:t>
            </w:r>
          </w:p>
        </w:tc>
        <w:tc>
          <w:tcPr>
            <w:tcW w:w="1400" w:type="dxa"/>
            <w:gridSpan w:val="3"/>
            <w:tcBorders>
              <w:right w:val="single" w:sz="4" w:space="0" w:color="auto"/>
            </w:tcBorders>
          </w:tcPr>
          <w:p w14:paraId="32C94C95" w14:textId="77777777" w:rsidR="00172FDA" w:rsidRPr="00172FDA" w:rsidRDefault="00172FDA" w:rsidP="00172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120,00</w:t>
            </w:r>
          </w:p>
        </w:tc>
        <w:tc>
          <w:tcPr>
            <w:tcW w:w="833" w:type="dxa"/>
            <w:tcBorders>
              <w:left w:val="single" w:sz="4" w:space="0" w:color="auto"/>
            </w:tcBorders>
          </w:tcPr>
          <w:p w14:paraId="6F8BC612" w14:textId="77777777" w:rsidR="00172FDA" w:rsidRPr="00172FDA" w:rsidRDefault="00172FDA" w:rsidP="00172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125,00</w:t>
            </w:r>
          </w:p>
        </w:tc>
      </w:tr>
      <w:tr w:rsidR="00172FDA" w:rsidRPr="00172FDA" w14:paraId="49E0DC37" w14:textId="77777777" w:rsidTr="00BD5BB3">
        <w:trPr>
          <w:trHeight w:val="277"/>
        </w:trPr>
        <w:tc>
          <w:tcPr>
            <w:tcW w:w="1508" w:type="dxa"/>
          </w:tcPr>
          <w:p w14:paraId="406CB66E" w14:textId="77777777" w:rsidR="00172FDA" w:rsidRPr="00172FDA" w:rsidRDefault="00172FDA" w:rsidP="00172F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7.19</w:t>
            </w:r>
          </w:p>
        </w:tc>
        <w:tc>
          <w:tcPr>
            <w:tcW w:w="4392" w:type="dxa"/>
          </w:tcPr>
          <w:p w14:paraId="259F62A5" w14:textId="77777777" w:rsidR="00172FDA" w:rsidRPr="00172FDA" w:rsidRDefault="00172FDA" w:rsidP="00172F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-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tarif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închiriere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teren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old-boys (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teren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mic)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gazon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artificial,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pentru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desfăşurarea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antrenamente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(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cluburi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şi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asociaţii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sportive) lei/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oră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</w:p>
        </w:tc>
        <w:tc>
          <w:tcPr>
            <w:tcW w:w="1288" w:type="dxa"/>
            <w:gridSpan w:val="2"/>
          </w:tcPr>
          <w:p w14:paraId="6E980EC2" w14:textId="77777777" w:rsidR="00172FDA" w:rsidRPr="00172FDA" w:rsidRDefault="00172FDA" w:rsidP="00172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75,00</w:t>
            </w:r>
          </w:p>
        </w:tc>
        <w:tc>
          <w:tcPr>
            <w:tcW w:w="1210" w:type="dxa"/>
            <w:gridSpan w:val="2"/>
          </w:tcPr>
          <w:p w14:paraId="5A7B18DE" w14:textId="77777777" w:rsidR="00172FDA" w:rsidRPr="00172FDA" w:rsidRDefault="00172FDA" w:rsidP="00172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80,00</w:t>
            </w:r>
          </w:p>
        </w:tc>
        <w:tc>
          <w:tcPr>
            <w:tcW w:w="1400" w:type="dxa"/>
            <w:gridSpan w:val="3"/>
            <w:tcBorders>
              <w:right w:val="single" w:sz="4" w:space="0" w:color="auto"/>
            </w:tcBorders>
          </w:tcPr>
          <w:p w14:paraId="3F75E82C" w14:textId="77777777" w:rsidR="00172FDA" w:rsidRPr="00172FDA" w:rsidRDefault="00172FDA" w:rsidP="00172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75,00</w:t>
            </w:r>
          </w:p>
        </w:tc>
        <w:tc>
          <w:tcPr>
            <w:tcW w:w="833" w:type="dxa"/>
            <w:tcBorders>
              <w:left w:val="single" w:sz="4" w:space="0" w:color="auto"/>
            </w:tcBorders>
          </w:tcPr>
          <w:p w14:paraId="2958AC90" w14:textId="77777777" w:rsidR="00172FDA" w:rsidRPr="00172FDA" w:rsidRDefault="00172FDA" w:rsidP="00172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80,00</w:t>
            </w:r>
          </w:p>
        </w:tc>
      </w:tr>
      <w:tr w:rsidR="00172FDA" w:rsidRPr="00172FDA" w14:paraId="090831CD" w14:textId="77777777" w:rsidTr="00BD5BB3">
        <w:trPr>
          <w:trHeight w:val="277"/>
        </w:trPr>
        <w:tc>
          <w:tcPr>
            <w:tcW w:w="1508" w:type="dxa"/>
            <w:tcBorders>
              <w:bottom w:val="single" w:sz="4" w:space="0" w:color="auto"/>
            </w:tcBorders>
          </w:tcPr>
          <w:p w14:paraId="526D03E5" w14:textId="77777777" w:rsidR="00172FDA" w:rsidRPr="00172FDA" w:rsidRDefault="00172FDA" w:rsidP="00172F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lastRenderedPageBreak/>
              <w:t>7.20</w:t>
            </w:r>
          </w:p>
        </w:tc>
        <w:tc>
          <w:tcPr>
            <w:tcW w:w="4392" w:type="dxa"/>
            <w:tcBorders>
              <w:bottom w:val="single" w:sz="4" w:space="0" w:color="auto"/>
            </w:tcBorders>
          </w:tcPr>
          <w:p w14:paraId="3B3B40D5" w14:textId="77777777" w:rsidR="00172FDA" w:rsidRPr="00172FDA" w:rsidRDefault="00172FDA" w:rsidP="00172F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-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tarif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închiriere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teren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old-boys (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teren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mic)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gazon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artificial,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pentru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desfăşurarea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antrenamente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(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cluburi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şi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asociaţii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sportive) NOCTURNĂ lei/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oră</w:t>
            </w:r>
            <w:proofErr w:type="spellEnd"/>
          </w:p>
        </w:tc>
        <w:tc>
          <w:tcPr>
            <w:tcW w:w="1288" w:type="dxa"/>
            <w:gridSpan w:val="2"/>
            <w:tcBorders>
              <w:bottom w:val="single" w:sz="4" w:space="0" w:color="auto"/>
            </w:tcBorders>
          </w:tcPr>
          <w:p w14:paraId="6B3300A5" w14:textId="77777777" w:rsidR="00172FDA" w:rsidRPr="00172FDA" w:rsidRDefault="00172FDA" w:rsidP="00172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100,00</w:t>
            </w:r>
          </w:p>
        </w:tc>
        <w:tc>
          <w:tcPr>
            <w:tcW w:w="1210" w:type="dxa"/>
            <w:gridSpan w:val="2"/>
            <w:tcBorders>
              <w:bottom w:val="single" w:sz="4" w:space="0" w:color="auto"/>
            </w:tcBorders>
          </w:tcPr>
          <w:p w14:paraId="1EACAEE8" w14:textId="77777777" w:rsidR="00172FDA" w:rsidRPr="00172FDA" w:rsidRDefault="00172FDA" w:rsidP="00172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110,00</w:t>
            </w:r>
          </w:p>
        </w:tc>
        <w:tc>
          <w:tcPr>
            <w:tcW w:w="1400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14:paraId="61BEC296" w14:textId="77777777" w:rsidR="00172FDA" w:rsidRPr="00172FDA" w:rsidRDefault="00172FDA" w:rsidP="00172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100,00</w:t>
            </w:r>
          </w:p>
        </w:tc>
        <w:tc>
          <w:tcPr>
            <w:tcW w:w="833" w:type="dxa"/>
            <w:tcBorders>
              <w:left w:val="single" w:sz="4" w:space="0" w:color="auto"/>
              <w:bottom w:val="single" w:sz="4" w:space="0" w:color="auto"/>
            </w:tcBorders>
          </w:tcPr>
          <w:p w14:paraId="6E3BD931" w14:textId="77777777" w:rsidR="00172FDA" w:rsidRPr="00172FDA" w:rsidRDefault="00172FDA" w:rsidP="00172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110,00</w:t>
            </w:r>
          </w:p>
        </w:tc>
      </w:tr>
      <w:tr w:rsidR="00172FDA" w:rsidRPr="00172FDA" w14:paraId="213A9972" w14:textId="77777777" w:rsidTr="00BD5BB3">
        <w:trPr>
          <w:trHeight w:val="277"/>
        </w:trPr>
        <w:tc>
          <w:tcPr>
            <w:tcW w:w="15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B48D6" w14:textId="77777777" w:rsidR="00172FDA" w:rsidRPr="00172FDA" w:rsidRDefault="00172FDA" w:rsidP="00172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7.21</w:t>
            </w:r>
          </w:p>
        </w:tc>
        <w:tc>
          <w:tcPr>
            <w:tcW w:w="43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5F889" w14:textId="77777777" w:rsidR="00172FDA" w:rsidRPr="00172FDA" w:rsidRDefault="00172FDA" w:rsidP="00172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 tarif închiriere teren volei şi baschet pentru desfăşurarea antrenamentelor, (cluburi sportive şi asociaţii sportive) lei/oră</w:t>
            </w:r>
          </w:p>
        </w:tc>
        <w:tc>
          <w:tcPr>
            <w:tcW w:w="12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C5B7D" w14:textId="77777777" w:rsidR="00172FDA" w:rsidRPr="00172FDA" w:rsidRDefault="00172FDA" w:rsidP="00172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Baschet </w:t>
            </w:r>
          </w:p>
          <w:p w14:paraId="2E3E9B56" w14:textId="77777777" w:rsidR="00172FDA" w:rsidRPr="00172FDA" w:rsidRDefault="00172FDA" w:rsidP="00172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60,00</w:t>
            </w:r>
          </w:p>
          <w:p w14:paraId="32D9EC50" w14:textId="77777777" w:rsidR="00172FDA" w:rsidRPr="00172FDA" w:rsidRDefault="00172FDA" w:rsidP="00172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Volei</w:t>
            </w:r>
          </w:p>
          <w:p w14:paraId="6D4B8A22" w14:textId="77777777" w:rsidR="00172FDA" w:rsidRPr="00172FDA" w:rsidRDefault="00172FDA" w:rsidP="00172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50,00</w:t>
            </w:r>
          </w:p>
        </w:tc>
        <w:tc>
          <w:tcPr>
            <w:tcW w:w="12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F28BA" w14:textId="77777777" w:rsidR="00172FDA" w:rsidRPr="00172FDA" w:rsidRDefault="00172FDA" w:rsidP="00172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Baschet </w:t>
            </w:r>
          </w:p>
          <w:p w14:paraId="28CA0A1D" w14:textId="77777777" w:rsidR="00172FDA" w:rsidRPr="00172FDA" w:rsidRDefault="00172FDA" w:rsidP="00172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65,00</w:t>
            </w:r>
          </w:p>
          <w:p w14:paraId="69F2CA42" w14:textId="77777777" w:rsidR="00172FDA" w:rsidRPr="00172FDA" w:rsidRDefault="00172FDA" w:rsidP="00172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Volei</w:t>
            </w:r>
            <w:proofErr w:type="spellEnd"/>
          </w:p>
          <w:p w14:paraId="22462A02" w14:textId="77777777" w:rsidR="00172FDA" w:rsidRPr="00172FDA" w:rsidRDefault="00172FDA" w:rsidP="00172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55,00 </w:t>
            </w:r>
          </w:p>
        </w:tc>
        <w:tc>
          <w:tcPr>
            <w:tcW w:w="14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8C65502" w14:textId="77777777" w:rsidR="00172FDA" w:rsidRPr="00172FDA" w:rsidRDefault="00172FDA" w:rsidP="00172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Baschet </w:t>
            </w:r>
          </w:p>
          <w:p w14:paraId="6BB81619" w14:textId="77777777" w:rsidR="00172FDA" w:rsidRPr="00172FDA" w:rsidRDefault="00172FDA" w:rsidP="00172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60,00</w:t>
            </w:r>
          </w:p>
          <w:p w14:paraId="1034BE56" w14:textId="77777777" w:rsidR="00172FDA" w:rsidRPr="00172FDA" w:rsidRDefault="00172FDA" w:rsidP="00172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Volei</w:t>
            </w:r>
          </w:p>
          <w:p w14:paraId="5276A974" w14:textId="77777777" w:rsidR="00172FDA" w:rsidRPr="00172FDA" w:rsidRDefault="00172FDA" w:rsidP="00172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50,00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D4FBA88" w14:textId="77777777" w:rsidR="00172FDA" w:rsidRPr="00172FDA" w:rsidRDefault="00172FDA" w:rsidP="00172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Baschet</w:t>
            </w:r>
          </w:p>
          <w:p w14:paraId="66B3C2C1" w14:textId="77777777" w:rsidR="00172FDA" w:rsidRPr="00172FDA" w:rsidRDefault="00172FDA" w:rsidP="00172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65,00 </w:t>
            </w:r>
          </w:p>
          <w:p w14:paraId="19434DAB" w14:textId="77777777" w:rsidR="00172FDA" w:rsidRPr="00172FDA" w:rsidRDefault="00172FDA" w:rsidP="00172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Volei</w:t>
            </w:r>
            <w:proofErr w:type="spellEnd"/>
          </w:p>
          <w:p w14:paraId="46074DA5" w14:textId="77777777" w:rsidR="00172FDA" w:rsidRPr="00172FDA" w:rsidRDefault="00172FDA" w:rsidP="00172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55,00</w:t>
            </w:r>
          </w:p>
        </w:tc>
      </w:tr>
      <w:tr w:rsidR="00172FDA" w:rsidRPr="00172FDA" w14:paraId="1E8B79B1" w14:textId="77777777" w:rsidTr="00BD5BB3">
        <w:trPr>
          <w:trHeight w:val="277"/>
        </w:trPr>
        <w:tc>
          <w:tcPr>
            <w:tcW w:w="15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D7078" w14:textId="77777777" w:rsidR="00172FDA" w:rsidRPr="00172FDA" w:rsidRDefault="00172FDA" w:rsidP="00172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8</w:t>
            </w:r>
          </w:p>
        </w:tc>
        <w:tc>
          <w:tcPr>
            <w:tcW w:w="43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0A56D" w14:textId="77777777" w:rsidR="00172FDA" w:rsidRPr="00172FDA" w:rsidRDefault="00172FDA" w:rsidP="00172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 Tarif închiriere sală pentru activităţi sportive şi recreere lei/oră</w:t>
            </w:r>
          </w:p>
        </w:tc>
        <w:tc>
          <w:tcPr>
            <w:tcW w:w="12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72DC6" w14:textId="77777777" w:rsidR="00172FDA" w:rsidRPr="00172FDA" w:rsidRDefault="00172FDA" w:rsidP="00172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40,00</w:t>
            </w:r>
          </w:p>
        </w:tc>
        <w:tc>
          <w:tcPr>
            <w:tcW w:w="12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3E356" w14:textId="77777777" w:rsidR="00172FDA" w:rsidRPr="00172FDA" w:rsidRDefault="00172FDA" w:rsidP="00172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50,00</w:t>
            </w:r>
          </w:p>
        </w:tc>
        <w:tc>
          <w:tcPr>
            <w:tcW w:w="14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3655559" w14:textId="77777777" w:rsidR="00172FDA" w:rsidRPr="00172FDA" w:rsidRDefault="00172FDA" w:rsidP="00172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40,00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18821F5" w14:textId="77777777" w:rsidR="00172FDA" w:rsidRPr="00172FDA" w:rsidRDefault="00172FDA" w:rsidP="00172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50,00</w:t>
            </w:r>
          </w:p>
        </w:tc>
      </w:tr>
    </w:tbl>
    <w:p w14:paraId="67C82BED" w14:textId="77777777" w:rsidR="00172FDA" w:rsidRPr="00172FDA" w:rsidRDefault="00172FDA" w:rsidP="00172FDA">
      <w:pPr>
        <w:spacing w:after="200" w:line="276" w:lineRule="auto"/>
        <w:rPr>
          <w:rFonts w:ascii="Cambria" w:eastAsia="MS Mincho" w:hAnsi="Cambria" w:cs="Times New Roman"/>
          <w:kern w:val="0"/>
          <w:sz w:val="22"/>
          <w:szCs w:val="22"/>
          <w:lang w:val="en-US"/>
          <w14:ligatures w14:val="none"/>
        </w:rPr>
      </w:pPr>
    </w:p>
    <w:tbl>
      <w:tblPr>
        <w:tblW w:w="10490" w:type="dxa"/>
        <w:tblInd w:w="7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933"/>
        <w:gridCol w:w="4392"/>
        <w:gridCol w:w="1046"/>
        <w:gridCol w:w="892"/>
        <w:gridCol w:w="958"/>
        <w:gridCol w:w="1269"/>
      </w:tblGrid>
      <w:tr w:rsidR="00172FDA" w:rsidRPr="00172FDA" w14:paraId="071D78CB" w14:textId="77777777" w:rsidTr="00BD5BB3">
        <w:trPr>
          <w:trHeight w:val="277"/>
        </w:trPr>
        <w:tc>
          <w:tcPr>
            <w:tcW w:w="1933" w:type="dxa"/>
            <w:vMerge w:val="restart"/>
          </w:tcPr>
          <w:p w14:paraId="054A1EE2" w14:textId="77777777" w:rsidR="00172FDA" w:rsidRPr="00172FDA" w:rsidRDefault="00172FDA" w:rsidP="00172FDA">
            <w:pPr>
              <w:spacing w:after="0" w:line="240" w:lineRule="auto"/>
              <w:ind w:left="36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>Nr.</w:t>
            </w:r>
          </w:p>
          <w:p w14:paraId="078F7A47" w14:textId="77777777" w:rsidR="00172FDA" w:rsidRPr="00172FDA" w:rsidRDefault="00172FDA" w:rsidP="00172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</w:pPr>
            <w:proofErr w:type="spellStart"/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>Crt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>.</w:t>
            </w:r>
          </w:p>
        </w:tc>
        <w:tc>
          <w:tcPr>
            <w:tcW w:w="4392" w:type="dxa"/>
            <w:vMerge w:val="restart"/>
          </w:tcPr>
          <w:p w14:paraId="2652B5C9" w14:textId="77777777" w:rsidR="00172FDA" w:rsidRPr="00172FDA" w:rsidRDefault="00172FDA" w:rsidP="00172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</w:pPr>
            <w:proofErr w:type="spellStart"/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>Specificaţie</w:t>
            </w:r>
            <w:proofErr w:type="spellEnd"/>
          </w:p>
        </w:tc>
        <w:tc>
          <w:tcPr>
            <w:tcW w:w="4165" w:type="dxa"/>
            <w:gridSpan w:val="4"/>
          </w:tcPr>
          <w:p w14:paraId="4E149824" w14:textId="77777777" w:rsidR="00172FDA" w:rsidRPr="00172FDA" w:rsidRDefault="00172FDA" w:rsidP="00172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>ANUL</w:t>
            </w:r>
          </w:p>
        </w:tc>
      </w:tr>
      <w:tr w:rsidR="00172FDA" w:rsidRPr="00172FDA" w14:paraId="2C25D374" w14:textId="77777777" w:rsidTr="00BD5BB3">
        <w:trPr>
          <w:trHeight w:val="277"/>
        </w:trPr>
        <w:tc>
          <w:tcPr>
            <w:tcW w:w="1933" w:type="dxa"/>
            <w:vMerge/>
          </w:tcPr>
          <w:p w14:paraId="10AFC3D0" w14:textId="77777777" w:rsidR="00172FDA" w:rsidRPr="00172FDA" w:rsidRDefault="00172FDA" w:rsidP="00172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</w:pPr>
          </w:p>
        </w:tc>
        <w:tc>
          <w:tcPr>
            <w:tcW w:w="4392" w:type="dxa"/>
            <w:vMerge/>
          </w:tcPr>
          <w:p w14:paraId="41F7C1A7" w14:textId="77777777" w:rsidR="00172FDA" w:rsidRPr="00172FDA" w:rsidRDefault="00172FDA" w:rsidP="00172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</w:pPr>
          </w:p>
        </w:tc>
        <w:tc>
          <w:tcPr>
            <w:tcW w:w="1046" w:type="dxa"/>
          </w:tcPr>
          <w:p w14:paraId="58CCFB42" w14:textId="77777777" w:rsidR="00172FDA" w:rsidRPr="00172FDA" w:rsidRDefault="00172FDA" w:rsidP="00172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>2026</w:t>
            </w:r>
          </w:p>
          <w:p w14:paraId="4ACFF9C7" w14:textId="77777777" w:rsidR="00172FDA" w:rsidRPr="00172FDA" w:rsidRDefault="00172FDA" w:rsidP="00172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</w:pPr>
            <w:proofErr w:type="spellStart"/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>sezon</w:t>
            </w:r>
            <w:proofErr w:type="spellEnd"/>
          </w:p>
        </w:tc>
        <w:tc>
          <w:tcPr>
            <w:tcW w:w="892" w:type="dxa"/>
          </w:tcPr>
          <w:p w14:paraId="27AE293A" w14:textId="77777777" w:rsidR="00172FDA" w:rsidRPr="00172FDA" w:rsidRDefault="00172FDA" w:rsidP="00172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>2027</w:t>
            </w:r>
          </w:p>
          <w:p w14:paraId="5F70590E" w14:textId="77777777" w:rsidR="00172FDA" w:rsidRPr="00172FDA" w:rsidRDefault="00172FDA" w:rsidP="00172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</w:pPr>
            <w:proofErr w:type="spellStart"/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>sezon</w:t>
            </w:r>
            <w:proofErr w:type="spellEnd"/>
          </w:p>
        </w:tc>
        <w:tc>
          <w:tcPr>
            <w:tcW w:w="958" w:type="dxa"/>
            <w:tcBorders>
              <w:right w:val="single" w:sz="4" w:space="0" w:color="auto"/>
            </w:tcBorders>
          </w:tcPr>
          <w:p w14:paraId="741556C2" w14:textId="77777777" w:rsidR="00172FDA" w:rsidRPr="00172FDA" w:rsidRDefault="00172FDA" w:rsidP="00172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>2026</w:t>
            </w:r>
          </w:p>
          <w:p w14:paraId="71AE4729" w14:textId="77777777" w:rsidR="00172FDA" w:rsidRPr="00172FDA" w:rsidRDefault="00172FDA" w:rsidP="00172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</w:pPr>
            <w:proofErr w:type="spellStart"/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>extrasezon</w:t>
            </w:r>
            <w:proofErr w:type="spellEnd"/>
          </w:p>
        </w:tc>
        <w:tc>
          <w:tcPr>
            <w:tcW w:w="1269" w:type="dxa"/>
            <w:tcBorders>
              <w:left w:val="single" w:sz="4" w:space="0" w:color="auto"/>
            </w:tcBorders>
          </w:tcPr>
          <w:p w14:paraId="45ECE54F" w14:textId="77777777" w:rsidR="00172FDA" w:rsidRPr="00172FDA" w:rsidRDefault="00172FDA" w:rsidP="00172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 xml:space="preserve">2027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>extrasezon</w:t>
            </w:r>
            <w:proofErr w:type="spellEnd"/>
          </w:p>
        </w:tc>
      </w:tr>
      <w:tr w:rsidR="00172FDA" w:rsidRPr="00172FDA" w14:paraId="692805EC" w14:textId="77777777" w:rsidTr="00BD5BB3">
        <w:trPr>
          <w:trHeight w:val="277"/>
        </w:trPr>
        <w:tc>
          <w:tcPr>
            <w:tcW w:w="1933" w:type="dxa"/>
          </w:tcPr>
          <w:p w14:paraId="422DD51E" w14:textId="77777777" w:rsidR="00172FDA" w:rsidRPr="00172FDA" w:rsidRDefault="00172FDA" w:rsidP="00172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0</w:t>
            </w:r>
          </w:p>
        </w:tc>
        <w:tc>
          <w:tcPr>
            <w:tcW w:w="4392" w:type="dxa"/>
          </w:tcPr>
          <w:p w14:paraId="7355C0C7" w14:textId="77777777" w:rsidR="00172FDA" w:rsidRPr="00172FDA" w:rsidRDefault="00172FDA" w:rsidP="00172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1</w:t>
            </w:r>
          </w:p>
        </w:tc>
        <w:tc>
          <w:tcPr>
            <w:tcW w:w="1046" w:type="dxa"/>
          </w:tcPr>
          <w:p w14:paraId="3BD18D2D" w14:textId="77777777" w:rsidR="00172FDA" w:rsidRPr="00172FDA" w:rsidRDefault="00172FDA" w:rsidP="00172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2</w:t>
            </w:r>
          </w:p>
        </w:tc>
        <w:tc>
          <w:tcPr>
            <w:tcW w:w="892" w:type="dxa"/>
          </w:tcPr>
          <w:p w14:paraId="7121CCFD" w14:textId="77777777" w:rsidR="00172FDA" w:rsidRPr="00172FDA" w:rsidRDefault="00172FDA" w:rsidP="00172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3</w:t>
            </w:r>
          </w:p>
        </w:tc>
        <w:tc>
          <w:tcPr>
            <w:tcW w:w="958" w:type="dxa"/>
            <w:tcBorders>
              <w:right w:val="single" w:sz="4" w:space="0" w:color="auto"/>
            </w:tcBorders>
          </w:tcPr>
          <w:p w14:paraId="38C1F75A" w14:textId="77777777" w:rsidR="00172FDA" w:rsidRPr="00172FDA" w:rsidRDefault="00172FDA" w:rsidP="00172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4</w:t>
            </w:r>
          </w:p>
        </w:tc>
        <w:tc>
          <w:tcPr>
            <w:tcW w:w="1269" w:type="dxa"/>
            <w:tcBorders>
              <w:left w:val="single" w:sz="4" w:space="0" w:color="auto"/>
            </w:tcBorders>
          </w:tcPr>
          <w:p w14:paraId="043B11D7" w14:textId="77777777" w:rsidR="00172FDA" w:rsidRPr="00172FDA" w:rsidRDefault="00172FDA" w:rsidP="00172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5</w:t>
            </w:r>
          </w:p>
        </w:tc>
      </w:tr>
      <w:tr w:rsidR="00172FDA" w:rsidRPr="00172FDA" w14:paraId="1F719940" w14:textId="77777777" w:rsidTr="00BD5BB3">
        <w:trPr>
          <w:trHeight w:val="277"/>
        </w:trPr>
        <w:tc>
          <w:tcPr>
            <w:tcW w:w="10490" w:type="dxa"/>
            <w:gridSpan w:val="6"/>
            <w:tcBorders>
              <w:bottom w:val="single" w:sz="4" w:space="0" w:color="auto"/>
            </w:tcBorders>
          </w:tcPr>
          <w:p w14:paraId="3F781E01" w14:textId="77777777" w:rsidR="00172FDA" w:rsidRPr="00172FDA" w:rsidRDefault="00172FDA" w:rsidP="00172F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</w:pPr>
            <w:proofErr w:type="spellStart"/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>Criterii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 xml:space="preserve"> cu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>privire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 xml:space="preserve"> la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>închirierea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>terenurilor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 xml:space="preserve"> de sport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>pentru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>desfăşurarea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 xml:space="preserve"> 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>antrenamentelor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  <w:t xml:space="preserve"> </w:t>
            </w:r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>(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>cluburi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 xml:space="preserve"> sportive şi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>asociaţii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 xml:space="preserve"> sportive) </w:t>
            </w:r>
          </w:p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022"/>
              <w:gridCol w:w="5817"/>
              <w:gridCol w:w="3420"/>
            </w:tblGrid>
            <w:tr w:rsidR="00172FDA" w:rsidRPr="00172FDA" w14:paraId="4859EF1D" w14:textId="77777777" w:rsidTr="00555C73">
              <w:tc>
                <w:tcPr>
                  <w:tcW w:w="1022" w:type="dxa"/>
                </w:tcPr>
                <w:p w14:paraId="7E23DC15" w14:textId="77777777" w:rsidR="00172FDA" w:rsidRPr="00172FDA" w:rsidRDefault="00172FDA" w:rsidP="00172FDA">
                  <w:pPr>
                    <w:rPr>
                      <w:rFonts w:ascii="Times New Roman" w:eastAsia="Times New Roman" w:hAnsi="Times New Roman" w:cs="Times New Roman"/>
                      <w:b/>
                    </w:rPr>
                  </w:pPr>
                  <w:r w:rsidRPr="00172FDA">
                    <w:rPr>
                      <w:rFonts w:ascii="Times New Roman" w:eastAsia="Times New Roman" w:hAnsi="Times New Roman" w:cs="Times New Roman"/>
                      <w:b/>
                    </w:rPr>
                    <w:t>Nr.crt.</w:t>
                  </w:r>
                </w:p>
              </w:tc>
              <w:tc>
                <w:tcPr>
                  <w:tcW w:w="5817" w:type="dxa"/>
                  <w:tcBorders>
                    <w:bottom w:val="single" w:sz="4" w:space="0" w:color="auto"/>
                  </w:tcBorders>
                </w:tcPr>
                <w:p w14:paraId="40BF1C06" w14:textId="77777777" w:rsidR="00172FDA" w:rsidRPr="00172FDA" w:rsidRDefault="00172FDA" w:rsidP="00172FDA">
                  <w:pPr>
                    <w:rPr>
                      <w:rFonts w:ascii="Times New Roman" w:eastAsia="Times New Roman" w:hAnsi="Times New Roman" w:cs="Times New Roman"/>
                      <w:b/>
                    </w:rPr>
                  </w:pPr>
                  <w:proofErr w:type="spellStart"/>
                  <w:r w:rsidRPr="00172FDA">
                    <w:rPr>
                      <w:rFonts w:ascii="Times New Roman" w:eastAsia="Times New Roman" w:hAnsi="Times New Roman" w:cs="Times New Roman"/>
                      <w:b/>
                    </w:rPr>
                    <w:t>Criteriu</w:t>
                  </w:r>
                  <w:proofErr w:type="spellEnd"/>
                </w:p>
              </w:tc>
              <w:tc>
                <w:tcPr>
                  <w:tcW w:w="3420" w:type="dxa"/>
                  <w:tcBorders>
                    <w:bottom w:val="single" w:sz="4" w:space="0" w:color="auto"/>
                  </w:tcBorders>
                </w:tcPr>
                <w:p w14:paraId="7EA2D889" w14:textId="77777777" w:rsidR="00172FDA" w:rsidRPr="00172FDA" w:rsidRDefault="00172FDA" w:rsidP="00172FDA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</w:rPr>
                  </w:pPr>
                  <w:proofErr w:type="spellStart"/>
                  <w:r w:rsidRPr="00172FDA">
                    <w:rPr>
                      <w:rFonts w:ascii="Times New Roman" w:eastAsia="Times New Roman" w:hAnsi="Times New Roman" w:cs="Times New Roman"/>
                      <w:b/>
                    </w:rPr>
                    <w:t>Punctaj</w:t>
                  </w:r>
                  <w:proofErr w:type="spellEnd"/>
                  <w:r w:rsidRPr="00172FDA">
                    <w:rPr>
                      <w:rFonts w:ascii="Times New Roman" w:eastAsia="Times New Roman" w:hAnsi="Times New Roman" w:cs="Times New Roman"/>
                      <w:b/>
                    </w:rPr>
                    <w:t xml:space="preserve"> </w:t>
                  </w:r>
                </w:p>
              </w:tc>
            </w:tr>
            <w:tr w:rsidR="00172FDA" w:rsidRPr="00172FDA" w14:paraId="6EA6CE5D" w14:textId="77777777" w:rsidTr="00555C73">
              <w:trPr>
                <w:trHeight w:val="300"/>
              </w:trPr>
              <w:tc>
                <w:tcPr>
                  <w:tcW w:w="1022" w:type="dxa"/>
                  <w:vMerge w:val="restart"/>
                </w:tcPr>
                <w:p w14:paraId="3D370261" w14:textId="77777777" w:rsidR="00172FDA" w:rsidRPr="00172FDA" w:rsidRDefault="00172FDA" w:rsidP="00172FDA">
                  <w:pPr>
                    <w:rPr>
                      <w:rFonts w:ascii="Times New Roman" w:eastAsia="Times New Roman" w:hAnsi="Times New Roman" w:cs="Times New Roman"/>
                      <w:b/>
                    </w:rPr>
                  </w:pPr>
                  <w:r w:rsidRPr="00172FDA">
                    <w:rPr>
                      <w:rFonts w:ascii="Times New Roman" w:eastAsia="Times New Roman" w:hAnsi="Times New Roman" w:cs="Times New Roman"/>
                      <w:b/>
                    </w:rPr>
                    <w:t>1</w:t>
                  </w:r>
                </w:p>
              </w:tc>
              <w:tc>
                <w:tcPr>
                  <w:tcW w:w="5817" w:type="dxa"/>
                  <w:tcBorders>
                    <w:bottom w:val="single" w:sz="4" w:space="0" w:color="auto"/>
                  </w:tcBorders>
                </w:tcPr>
                <w:p w14:paraId="02630AB9" w14:textId="77777777" w:rsidR="00172FDA" w:rsidRPr="00172FDA" w:rsidRDefault="00172FDA" w:rsidP="00172FDA">
                  <w:pPr>
                    <w:rPr>
                      <w:rFonts w:ascii="Times New Roman" w:eastAsia="Times New Roman" w:hAnsi="Times New Roman" w:cs="Times New Roman"/>
                      <w:b/>
                    </w:rPr>
                  </w:pPr>
                  <w:proofErr w:type="spellStart"/>
                  <w:r w:rsidRPr="00172FDA">
                    <w:rPr>
                      <w:rFonts w:ascii="Times New Roman" w:eastAsia="Times New Roman" w:hAnsi="Times New Roman" w:cs="Times New Roman"/>
                      <w:b/>
                    </w:rPr>
                    <w:t>Vechimea</w:t>
                  </w:r>
                  <w:proofErr w:type="spellEnd"/>
                  <w:r w:rsidRPr="00172FDA">
                    <w:rPr>
                      <w:rFonts w:ascii="Times New Roman" w:eastAsia="Times New Roman" w:hAnsi="Times New Roman" w:cs="Times New Roman"/>
                      <w:b/>
                    </w:rPr>
                    <w:t xml:space="preserve"> </w:t>
                  </w:r>
                  <w:proofErr w:type="spellStart"/>
                  <w:r w:rsidRPr="00172FDA">
                    <w:rPr>
                      <w:rFonts w:ascii="Times New Roman" w:eastAsia="Times New Roman" w:hAnsi="Times New Roman" w:cs="Times New Roman"/>
                      <w:b/>
                    </w:rPr>
                    <w:t>structurii</w:t>
                  </w:r>
                  <w:proofErr w:type="spellEnd"/>
                </w:p>
              </w:tc>
              <w:tc>
                <w:tcPr>
                  <w:tcW w:w="3420" w:type="dxa"/>
                  <w:tcBorders>
                    <w:bottom w:val="single" w:sz="4" w:space="0" w:color="auto"/>
                  </w:tcBorders>
                </w:tcPr>
                <w:p w14:paraId="2C9F19A0" w14:textId="77777777" w:rsidR="00172FDA" w:rsidRPr="00172FDA" w:rsidRDefault="00172FDA" w:rsidP="00172FDA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</w:rPr>
                  </w:pPr>
                </w:p>
              </w:tc>
            </w:tr>
            <w:tr w:rsidR="00172FDA" w:rsidRPr="00172FDA" w14:paraId="00BA3B64" w14:textId="77777777" w:rsidTr="00555C73">
              <w:trPr>
                <w:trHeight w:val="270"/>
              </w:trPr>
              <w:tc>
                <w:tcPr>
                  <w:tcW w:w="1022" w:type="dxa"/>
                  <w:vMerge/>
                </w:tcPr>
                <w:p w14:paraId="1047C252" w14:textId="77777777" w:rsidR="00172FDA" w:rsidRPr="00172FDA" w:rsidRDefault="00172FDA" w:rsidP="00172FDA">
                  <w:pPr>
                    <w:rPr>
                      <w:rFonts w:ascii="Times New Roman" w:eastAsia="Times New Roman" w:hAnsi="Times New Roman" w:cs="Times New Roman"/>
                      <w:b/>
                    </w:rPr>
                  </w:pPr>
                </w:p>
              </w:tc>
              <w:tc>
                <w:tcPr>
                  <w:tcW w:w="5817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2BF67312" w14:textId="77777777" w:rsidR="00172FDA" w:rsidRPr="00172FDA" w:rsidRDefault="00172FDA" w:rsidP="00172FDA">
                  <w:pPr>
                    <w:numPr>
                      <w:ilvl w:val="0"/>
                      <w:numId w:val="27"/>
                    </w:numPr>
                    <w:spacing w:afterAutospacing="1"/>
                    <w:contextualSpacing/>
                    <w:rPr>
                      <w:rFonts w:ascii="Times New Roman" w:eastAsia="Times New Roman" w:hAnsi="Times New Roman" w:cs="Times New Roman"/>
                    </w:rPr>
                  </w:pPr>
                  <w:proofErr w:type="spellStart"/>
                  <w:r w:rsidRPr="00172FDA">
                    <w:rPr>
                      <w:rFonts w:ascii="Times New Roman" w:eastAsia="Times New Roman" w:hAnsi="Times New Roman" w:cs="Times New Roman"/>
                    </w:rPr>
                    <w:t>Între</w:t>
                  </w:r>
                  <w:proofErr w:type="spellEnd"/>
                  <w:r w:rsidRPr="00172FDA">
                    <w:rPr>
                      <w:rFonts w:ascii="Times New Roman" w:eastAsia="Times New Roman" w:hAnsi="Times New Roman" w:cs="Times New Roman"/>
                    </w:rPr>
                    <w:t xml:space="preserve"> 1 - 3</w:t>
                  </w:r>
                </w:p>
              </w:tc>
              <w:tc>
                <w:tcPr>
                  <w:tcW w:w="3420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28A9449E" w14:textId="77777777" w:rsidR="00172FDA" w:rsidRPr="00172FDA" w:rsidRDefault="00172FDA" w:rsidP="00172FDA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</w:rPr>
                  </w:pPr>
                  <w:r w:rsidRPr="00172FDA">
                    <w:rPr>
                      <w:rFonts w:ascii="Times New Roman" w:eastAsia="Times New Roman" w:hAnsi="Times New Roman" w:cs="Times New Roman"/>
                      <w:b/>
                    </w:rPr>
                    <w:t>2</w:t>
                  </w:r>
                </w:p>
              </w:tc>
            </w:tr>
            <w:tr w:rsidR="00172FDA" w:rsidRPr="00172FDA" w14:paraId="734EF360" w14:textId="77777777" w:rsidTr="00555C73">
              <w:trPr>
                <w:trHeight w:val="270"/>
              </w:trPr>
              <w:tc>
                <w:tcPr>
                  <w:tcW w:w="1022" w:type="dxa"/>
                  <w:vMerge/>
                </w:tcPr>
                <w:p w14:paraId="03852494" w14:textId="77777777" w:rsidR="00172FDA" w:rsidRPr="00172FDA" w:rsidRDefault="00172FDA" w:rsidP="00172FDA">
                  <w:pPr>
                    <w:rPr>
                      <w:rFonts w:ascii="Times New Roman" w:eastAsia="Times New Roman" w:hAnsi="Times New Roman" w:cs="Times New Roman"/>
                      <w:b/>
                    </w:rPr>
                  </w:pPr>
                </w:p>
              </w:tc>
              <w:tc>
                <w:tcPr>
                  <w:tcW w:w="5817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25D8EC8E" w14:textId="77777777" w:rsidR="00172FDA" w:rsidRPr="00172FDA" w:rsidRDefault="00172FDA" w:rsidP="00172FDA">
                  <w:pPr>
                    <w:numPr>
                      <w:ilvl w:val="0"/>
                      <w:numId w:val="27"/>
                    </w:numPr>
                    <w:spacing w:afterAutospacing="1"/>
                    <w:contextualSpacing/>
                    <w:rPr>
                      <w:rFonts w:ascii="Times New Roman" w:eastAsia="Times New Roman" w:hAnsi="Times New Roman" w:cs="Times New Roman"/>
                    </w:rPr>
                  </w:pPr>
                  <w:proofErr w:type="spellStart"/>
                  <w:r w:rsidRPr="00172FDA">
                    <w:rPr>
                      <w:rFonts w:ascii="Times New Roman" w:eastAsia="Times New Roman" w:hAnsi="Times New Roman" w:cs="Times New Roman"/>
                    </w:rPr>
                    <w:t>Între</w:t>
                  </w:r>
                  <w:proofErr w:type="spellEnd"/>
                  <w:r w:rsidRPr="00172FDA">
                    <w:rPr>
                      <w:rFonts w:ascii="Times New Roman" w:eastAsia="Times New Roman" w:hAnsi="Times New Roman" w:cs="Times New Roman"/>
                    </w:rPr>
                    <w:t xml:space="preserve"> 4 - 6</w:t>
                  </w:r>
                </w:p>
              </w:tc>
              <w:tc>
                <w:tcPr>
                  <w:tcW w:w="3420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0DF7B7B2" w14:textId="77777777" w:rsidR="00172FDA" w:rsidRPr="00172FDA" w:rsidRDefault="00172FDA" w:rsidP="00172FDA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</w:rPr>
                  </w:pPr>
                  <w:r w:rsidRPr="00172FDA">
                    <w:rPr>
                      <w:rFonts w:ascii="Times New Roman" w:eastAsia="Times New Roman" w:hAnsi="Times New Roman" w:cs="Times New Roman"/>
                      <w:b/>
                    </w:rPr>
                    <w:t>4</w:t>
                  </w:r>
                </w:p>
              </w:tc>
            </w:tr>
            <w:tr w:rsidR="00172FDA" w:rsidRPr="00172FDA" w14:paraId="6BC40FE7" w14:textId="77777777" w:rsidTr="00555C73">
              <w:trPr>
                <w:trHeight w:val="270"/>
              </w:trPr>
              <w:tc>
                <w:tcPr>
                  <w:tcW w:w="1022" w:type="dxa"/>
                  <w:vMerge/>
                </w:tcPr>
                <w:p w14:paraId="36DBABEA" w14:textId="77777777" w:rsidR="00172FDA" w:rsidRPr="00172FDA" w:rsidRDefault="00172FDA" w:rsidP="00172FDA">
                  <w:pPr>
                    <w:rPr>
                      <w:rFonts w:ascii="Times New Roman" w:eastAsia="Times New Roman" w:hAnsi="Times New Roman" w:cs="Times New Roman"/>
                      <w:b/>
                    </w:rPr>
                  </w:pPr>
                </w:p>
              </w:tc>
              <w:tc>
                <w:tcPr>
                  <w:tcW w:w="5817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245EFFCF" w14:textId="77777777" w:rsidR="00172FDA" w:rsidRPr="00172FDA" w:rsidRDefault="00172FDA" w:rsidP="00172FDA">
                  <w:pPr>
                    <w:numPr>
                      <w:ilvl w:val="0"/>
                      <w:numId w:val="27"/>
                    </w:numPr>
                    <w:spacing w:afterAutospacing="1"/>
                    <w:contextualSpacing/>
                    <w:rPr>
                      <w:rFonts w:ascii="Times New Roman" w:eastAsia="Times New Roman" w:hAnsi="Times New Roman" w:cs="Times New Roman"/>
                    </w:rPr>
                  </w:pPr>
                  <w:proofErr w:type="spellStart"/>
                  <w:r w:rsidRPr="00172FDA">
                    <w:rPr>
                      <w:rFonts w:ascii="Times New Roman" w:eastAsia="Times New Roman" w:hAnsi="Times New Roman" w:cs="Times New Roman"/>
                    </w:rPr>
                    <w:t>Între</w:t>
                  </w:r>
                  <w:proofErr w:type="spellEnd"/>
                  <w:r w:rsidRPr="00172FDA">
                    <w:rPr>
                      <w:rFonts w:ascii="Times New Roman" w:eastAsia="Times New Roman" w:hAnsi="Times New Roman" w:cs="Times New Roman"/>
                    </w:rPr>
                    <w:t xml:space="preserve"> 7 - 10</w:t>
                  </w:r>
                </w:p>
              </w:tc>
              <w:tc>
                <w:tcPr>
                  <w:tcW w:w="3420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6B886CD5" w14:textId="77777777" w:rsidR="00172FDA" w:rsidRPr="00172FDA" w:rsidRDefault="00172FDA" w:rsidP="00172FDA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</w:rPr>
                  </w:pPr>
                  <w:r w:rsidRPr="00172FDA">
                    <w:rPr>
                      <w:rFonts w:ascii="Times New Roman" w:eastAsia="Times New Roman" w:hAnsi="Times New Roman" w:cs="Times New Roman"/>
                      <w:b/>
                    </w:rPr>
                    <w:t>6</w:t>
                  </w:r>
                </w:p>
              </w:tc>
            </w:tr>
            <w:tr w:rsidR="00172FDA" w:rsidRPr="00172FDA" w14:paraId="7F8E73D4" w14:textId="77777777" w:rsidTr="00555C73">
              <w:trPr>
                <w:trHeight w:val="270"/>
              </w:trPr>
              <w:tc>
                <w:tcPr>
                  <w:tcW w:w="1022" w:type="dxa"/>
                  <w:vMerge/>
                </w:tcPr>
                <w:p w14:paraId="5BA2F9BE" w14:textId="77777777" w:rsidR="00172FDA" w:rsidRPr="00172FDA" w:rsidRDefault="00172FDA" w:rsidP="00172FDA">
                  <w:pPr>
                    <w:rPr>
                      <w:rFonts w:ascii="Times New Roman" w:eastAsia="Times New Roman" w:hAnsi="Times New Roman" w:cs="Times New Roman"/>
                      <w:b/>
                    </w:rPr>
                  </w:pPr>
                </w:p>
              </w:tc>
              <w:tc>
                <w:tcPr>
                  <w:tcW w:w="5817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1653CC5C" w14:textId="77777777" w:rsidR="00172FDA" w:rsidRPr="00172FDA" w:rsidRDefault="00172FDA" w:rsidP="00172FDA">
                  <w:pPr>
                    <w:numPr>
                      <w:ilvl w:val="0"/>
                      <w:numId w:val="27"/>
                    </w:numPr>
                    <w:spacing w:afterAutospacing="1"/>
                    <w:contextualSpacing/>
                    <w:rPr>
                      <w:rFonts w:ascii="Times New Roman" w:eastAsia="Times New Roman" w:hAnsi="Times New Roman" w:cs="Times New Roman"/>
                    </w:rPr>
                  </w:pPr>
                  <w:proofErr w:type="spellStart"/>
                  <w:r w:rsidRPr="00172FDA">
                    <w:rPr>
                      <w:rFonts w:ascii="Times New Roman" w:eastAsia="Times New Roman" w:hAnsi="Times New Roman" w:cs="Times New Roman"/>
                    </w:rPr>
                    <w:t>Peste</w:t>
                  </w:r>
                  <w:proofErr w:type="spellEnd"/>
                  <w:r w:rsidRPr="00172FDA">
                    <w:rPr>
                      <w:rFonts w:ascii="Times New Roman" w:eastAsia="Times New Roman" w:hAnsi="Times New Roman" w:cs="Times New Roman"/>
                    </w:rPr>
                    <w:t xml:space="preserve"> 10 ani</w:t>
                  </w:r>
                </w:p>
              </w:tc>
              <w:tc>
                <w:tcPr>
                  <w:tcW w:w="3420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27D3B333" w14:textId="77777777" w:rsidR="00172FDA" w:rsidRPr="00172FDA" w:rsidRDefault="00172FDA" w:rsidP="00172FDA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</w:rPr>
                  </w:pPr>
                  <w:r w:rsidRPr="00172FDA">
                    <w:rPr>
                      <w:rFonts w:ascii="Times New Roman" w:eastAsia="Times New Roman" w:hAnsi="Times New Roman" w:cs="Times New Roman"/>
                      <w:b/>
                    </w:rPr>
                    <w:t>8</w:t>
                  </w:r>
                </w:p>
              </w:tc>
            </w:tr>
            <w:tr w:rsidR="00172FDA" w:rsidRPr="00172FDA" w14:paraId="37132619" w14:textId="77777777" w:rsidTr="00555C73">
              <w:trPr>
                <w:trHeight w:val="270"/>
              </w:trPr>
              <w:tc>
                <w:tcPr>
                  <w:tcW w:w="1022" w:type="dxa"/>
                  <w:vMerge w:val="restart"/>
                </w:tcPr>
                <w:p w14:paraId="16FE9716" w14:textId="77777777" w:rsidR="00172FDA" w:rsidRPr="00172FDA" w:rsidRDefault="00172FDA" w:rsidP="00172FDA">
                  <w:pPr>
                    <w:rPr>
                      <w:rFonts w:ascii="Times New Roman" w:eastAsia="Times New Roman" w:hAnsi="Times New Roman" w:cs="Times New Roman"/>
                      <w:b/>
                    </w:rPr>
                  </w:pPr>
                  <w:r w:rsidRPr="00172FDA">
                    <w:rPr>
                      <w:rFonts w:ascii="Times New Roman" w:eastAsia="Times New Roman" w:hAnsi="Times New Roman" w:cs="Times New Roman"/>
                      <w:b/>
                    </w:rPr>
                    <w:t>2</w:t>
                  </w:r>
                </w:p>
              </w:tc>
              <w:tc>
                <w:tcPr>
                  <w:tcW w:w="5817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3FF6DF43" w14:textId="77777777" w:rsidR="00172FDA" w:rsidRPr="00172FDA" w:rsidRDefault="00172FDA" w:rsidP="00172FDA">
                  <w:pPr>
                    <w:rPr>
                      <w:rFonts w:ascii="Times New Roman" w:eastAsia="Times New Roman" w:hAnsi="Times New Roman" w:cs="Times New Roman"/>
                      <w:b/>
                    </w:rPr>
                  </w:pPr>
                  <w:proofErr w:type="spellStart"/>
                  <w:r w:rsidRPr="00172FDA">
                    <w:rPr>
                      <w:rFonts w:ascii="Times New Roman" w:eastAsia="Times New Roman" w:hAnsi="Times New Roman" w:cs="Times New Roman"/>
                      <w:b/>
                    </w:rPr>
                    <w:t>Nivelul</w:t>
                  </w:r>
                  <w:proofErr w:type="spellEnd"/>
                  <w:r w:rsidRPr="00172FDA">
                    <w:rPr>
                      <w:rFonts w:ascii="Times New Roman" w:eastAsia="Times New Roman" w:hAnsi="Times New Roman" w:cs="Times New Roman"/>
                      <w:b/>
                    </w:rPr>
                    <w:t xml:space="preserve"> </w:t>
                  </w:r>
                  <w:proofErr w:type="spellStart"/>
                  <w:r w:rsidRPr="00172FDA">
                    <w:rPr>
                      <w:rFonts w:ascii="Times New Roman" w:eastAsia="Times New Roman" w:hAnsi="Times New Roman" w:cs="Times New Roman"/>
                      <w:b/>
                    </w:rPr>
                    <w:t>competiţiei</w:t>
                  </w:r>
                  <w:proofErr w:type="spellEnd"/>
                </w:p>
              </w:tc>
              <w:tc>
                <w:tcPr>
                  <w:tcW w:w="3420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7CDFF6FC" w14:textId="77777777" w:rsidR="00172FDA" w:rsidRPr="00172FDA" w:rsidRDefault="00172FDA" w:rsidP="00172FDA">
                  <w:pPr>
                    <w:rPr>
                      <w:rFonts w:ascii="Times New Roman" w:eastAsia="Times New Roman" w:hAnsi="Times New Roman" w:cs="Times New Roman"/>
                      <w:b/>
                    </w:rPr>
                  </w:pPr>
                </w:p>
              </w:tc>
            </w:tr>
            <w:tr w:rsidR="00172FDA" w:rsidRPr="00172FDA" w14:paraId="6544380D" w14:textId="77777777" w:rsidTr="00555C73">
              <w:trPr>
                <w:trHeight w:val="270"/>
              </w:trPr>
              <w:tc>
                <w:tcPr>
                  <w:tcW w:w="1022" w:type="dxa"/>
                  <w:vMerge/>
                </w:tcPr>
                <w:p w14:paraId="74A94CFE" w14:textId="77777777" w:rsidR="00172FDA" w:rsidRPr="00172FDA" w:rsidRDefault="00172FDA" w:rsidP="00172FDA">
                  <w:pPr>
                    <w:rPr>
                      <w:rFonts w:ascii="Times New Roman" w:eastAsia="Times New Roman" w:hAnsi="Times New Roman" w:cs="Times New Roman"/>
                      <w:b/>
                    </w:rPr>
                  </w:pPr>
                </w:p>
              </w:tc>
              <w:tc>
                <w:tcPr>
                  <w:tcW w:w="5817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1DFBAA28" w14:textId="77777777" w:rsidR="00172FDA" w:rsidRPr="00172FDA" w:rsidRDefault="00172FDA" w:rsidP="00172FDA">
                  <w:pPr>
                    <w:numPr>
                      <w:ilvl w:val="0"/>
                      <w:numId w:val="27"/>
                    </w:numPr>
                    <w:spacing w:afterAutospacing="1"/>
                    <w:contextualSpacing/>
                    <w:rPr>
                      <w:rFonts w:ascii="Times New Roman" w:eastAsia="Times New Roman" w:hAnsi="Times New Roman" w:cs="Times New Roman"/>
                    </w:rPr>
                  </w:pPr>
                  <w:r w:rsidRPr="00172FDA">
                    <w:rPr>
                      <w:rFonts w:ascii="Times New Roman" w:eastAsia="Times New Roman" w:hAnsi="Times New Roman" w:cs="Times New Roman"/>
                    </w:rPr>
                    <w:t>Local</w:t>
                  </w:r>
                </w:p>
              </w:tc>
              <w:tc>
                <w:tcPr>
                  <w:tcW w:w="3420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5ABB7A00" w14:textId="77777777" w:rsidR="00172FDA" w:rsidRPr="00172FDA" w:rsidRDefault="00172FDA" w:rsidP="00172FDA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</w:rPr>
                  </w:pPr>
                  <w:r w:rsidRPr="00172FDA">
                    <w:rPr>
                      <w:rFonts w:ascii="Times New Roman" w:eastAsia="Times New Roman" w:hAnsi="Times New Roman" w:cs="Times New Roman"/>
                      <w:b/>
                    </w:rPr>
                    <w:t>2</w:t>
                  </w:r>
                </w:p>
              </w:tc>
            </w:tr>
            <w:tr w:rsidR="00172FDA" w:rsidRPr="00172FDA" w14:paraId="0168BB60" w14:textId="77777777" w:rsidTr="00555C73">
              <w:trPr>
                <w:trHeight w:val="270"/>
              </w:trPr>
              <w:tc>
                <w:tcPr>
                  <w:tcW w:w="1022" w:type="dxa"/>
                  <w:vMerge/>
                </w:tcPr>
                <w:p w14:paraId="052733B3" w14:textId="77777777" w:rsidR="00172FDA" w:rsidRPr="00172FDA" w:rsidRDefault="00172FDA" w:rsidP="00172FDA">
                  <w:pPr>
                    <w:rPr>
                      <w:rFonts w:ascii="Times New Roman" w:eastAsia="Times New Roman" w:hAnsi="Times New Roman" w:cs="Times New Roman"/>
                      <w:b/>
                    </w:rPr>
                  </w:pPr>
                </w:p>
              </w:tc>
              <w:tc>
                <w:tcPr>
                  <w:tcW w:w="5817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4BF71FDC" w14:textId="77777777" w:rsidR="00172FDA" w:rsidRPr="00172FDA" w:rsidRDefault="00172FDA" w:rsidP="00172FDA">
                  <w:pPr>
                    <w:numPr>
                      <w:ilvl w:val="0"/>
                      <w:numId w:val="27"/>
                    </w:numPr>
                    <w:spacing w:afterAutospacing="1"/>
                    <w:contextualSpacing/>
                    <w:rPr>
                      <w:rFonts w:ascii="Times New Roman" w:eastAsia="Times New Roman" w:hAnsi="Times New Roman" w:cs="Times New Roman"/>
                    </w:rPr>
                  </w:pPr>
                  <w:proofErr w:type="spellStart"/>
                  <w:r w:rsidRPr="00172FDA">
                    <w:rPr>
                      <w:rFonts w:ascii="Times New Roman" w:eastAsia="Times New Roman" w:hAnsi="Times New Roman" w:cs="Times New Roman"/>
                    </w:rPr>
                    <w:t>Judeţean</w:t>
                  </w:r>
                  <w:proofErr w:type="spellEnd"/>
                </w:p>
              </w:tc>
              <w:tc>
                <w:tcPr>
                  <w:tcW w:w="3420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628E1FD9" w14:textId="77777777" w:rsidR="00172FDA" w:rsidRPr="00172FDA" w:rsidRDefault="00172FDA" w:rsidP="00172FDA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</w:rPr>
                  </w:pPr>
                  <w:r w:rsidRPr="00172FDA">
                    <w:rPr>
                      <w:rFonts w:ascii="Times New Roman" w:eastAsia="Times New Roman" w:hAnsi="Times New Roman" w:cs="Times New Roman"/>
                      <w:b/>
                    </w:rPr>
                    <w:t>4</w:t>
                  </w:r>
                </w:p>
              </w:tc>
            </w:tr>
            <w:tr w:rsidR="00172FDA" w:rsidRPr="00172FDA" w14:paraId="6E864BF2" w14:textId="77777777" w:rsidTr="00555C73">
              <w:trPr>
                <w:trHeight w:val="270"/>
              </w:trPr>
              <w:tc>
                <w:tcPr>
                  <w:tcW w:w="1022" w:type="dxa"/>
                  <w:vMerge/>
                </w:tcPr>
                <w:p w14:paraId="29E908CD" w14:textId="77777777" w:rsidR="00172FDA" w:rsidRPr="00172FDA" w:rsidRDefault="00172FDA" w:rsidP="00172FDA">
                  <w:pPr>
                    <w:rPr>
                      <w:rFonts w:ascii="Times New Roman" w:eastAsia="Times New Roman" w:hAnsi="Times New Roman" w:cs="Times New Roman"/>
                      <w:b/>
                    </w:rPr>
                  </w:pPr>
                </w:p>
              </w:tc>
              <w:tc>
                <w:tcPr>
                  <w:tcW w:w="5817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6C03596B" w14:textId="77777777" w:rsidR="00172FDA" w:rsidRPr="00172FDA" w:rsidRDefault="00172FDA" w:rsidP="00172FDA">
                  <w:pPr>
                    <w:numPr>
                      <w:ilvl w:val="0"/>
                      <w:numId w:val="27"/>
                    </w:numPr>
                    <w:spacing w:afterAutospacing="1"/>
                    <w:contextualSpacing/>
                    <w:rPr>
                      <w:rFonts w:ascii="Times New Roman" w:eastAsia="Times New Roman" w:hAnsi="Times New Roman" w:cs="Times New Roman"/>
                    </w:rPr>
                  </w:pPr>
                  <w:r w:rsidRPr="00172FDA">
                    <w:rPr>
                      <w:rFonts w:ascii="Times New Roman" w:eastAsia="Times New Roman" w:hAnsi="Times New Roman" w:cs="Times New Roman"/>
                    </w:rPr>
                    <w:t>Regional</w:t>
                  </w:r>
                </w:p>
              </w:tc>
              <w:tc>
                <w:tcPr>
                  <w:tcW w:w="3420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578A4502" w14:textId="77777777" w:rsidR="00172FDA" w:rsidRPr="00172FDA" w:rsidRDefault="00172FDA" w:rsidP="00172FDA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</w:rPr>
                  </w:pPr>
                  <w:r w:rsidRPr="00172FDA">
                    <w:rPr>
                      <w:rFonts w:ascii="Times New Roman" w:eastAsia="Times New Roman" w:hAnsi="Times New Roman" w:cs="Times New Roman"/>
                      <w:b/>
                    </w:rPr>
                    <w:t>6</w:t>
                  </w:r>
                </w:p>
              </w:tc>
            </w:tr>
            <w:tr w:rsidR="00172FDA" w:rsidRPr="00172FDA" w14:paraId="1654AB3A" w14:textId="77777777" w:rsidTr="00555C73">
              <w:trPr>
                <w:trHeight w:val="270"/>
              </w:trPr>
              <w:tc>
                <w:tcPr>
                  <w:tcW w:w="1022" w:type="dxa"/>
                  <w:vMerge/>
                </w:tcPr>
                <w:p w14:paraId="311C642C" w14:textId="77777777" w:rsidR="00172FDA" w:rsidRPr="00172FDA" w:rsidRDefault="00172FDA" w:rsidP="00172FDA">
                  <w:pPr>
                    <w:rPr>
                      <w:rFonts w:ascii="Times New Roman" w:eastAsia="Times New Roman" w:hAnsi="Times New Roman" w:cs="Times New Roman"/>
                      <w:b/>
                    </w:rPr>
                  </w:pPr>
                </w:p>
              </w:tc>
              <w:tc>
                <w:tcPr>
                  <w:tcW w:w="5817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293BBD22" w14:textId="77777777" w:rsidR="00172FDA" w:rsidRPr="00172FDA" w:rsidRDefault="00172FDA" w:rsidP="00172FDA">
                  <w:pPr>
                    <w:numPr>
                      <w:ilvl w:val="0"/>
                      <w:numId w:val="27"/>
                    </w:numPr>
                    <w:spacing w:afterAutospacing="1"/>
                    <w:contextualSpacing/>
                    <w:rPr>
                      <w:rFonts w:ascii="Times New Roman" w:eastAsia="Times New Roman" w:hAnsi="Times New Roman" w:cs="Times New Roman"/>
                    </w:rPr>
                  </w:pPr>
                  <w:proofErr w:type="spellStart"/>
                  <w:r w:rsidRPr="00172FDA">
                    <w:rPr>
                      <w:rFonts w:ascii="Times New Roman" w:eastAsia="Times New Roman" w:hAnsi="Times New Roman" w:cs="Times New Roman"/>
                    </w:rPr>
                    <w:t>Naţional</w:t>
                  </w:r>
                  <w:proofErr w:type="spellEnd"/>
                </w:p>
              </w:tc>
              <w:tc>
                <w:tcPr>
                  <w:tcW w:w="3420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73D39053" w14:textId="77777777" w:rsidR="00172FDA" w:rsidRPr="00172FDA" w:rsidRDefault="00172FDA" w:rsidP="00172FDA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</w:rPr>
                  </w:pPr>
                  <w:r w:rsidRPr="00172FDA">
                    <w:rPr>
                      <w:rFonts w:ascii="Times New Roman" w:eastAsia="Times New Roman" w:hAnsi="Times New Roman" w:cs="Times New Roman"/>
                      <w:b/>
                    </w:rPr>
                    <w:t>8</w:t>
                  </w:r>
                </w:p>
              </w:tc>
            </w:tr>
            <w:tr w:rsidR="00172FDA" w:rsidRPr="00172FDA" w14:paraId="6BE90822" w14:textId="77777777" w:rsidTr="00555C73">
              <w:trPr>
                <w:trHeight w:val="270"/>
              </w:trPr>
              <w:tc>
                <w:tcPr>
                  <w:tcW w:w="1022" w:type="dxa"/>
                  <w:vMerge w:val="restart"/>
                </w:tcPr>
                <w:p w14:paraId="49399946" w14:textId="77777777" w:rsidR="00172FDA" w:rsidRPr="00172FDA" w:rsidRDefault="00172FDA" w:rsidP="00172FDA">
                  <w:pPr>
                    <w:rPr>
                      <w:rFonts w:ascii="Times New Roman" w:eastAsia="Times New Roman" w:hAnsi="Times New Roman" w:cs="Times New Roman"/>
                      <w:b/>
                    </w:rPr>
                  </w:pPr>
                  <w:r w:rsidRPr="00172FDA">
                    <w:rPr>
                      <w:rFonts w:ascii="Times New Roman" w:eastAsia="Times New Roman" w:hAnsi="Times New Roman" w:cs="Times New Roman"/>
                      <w:b/>
                    </w:rPr>
                    <w:t>3</w:t>
                  </w:r>
                </w:p>
              </w:tc>
              <w:tc>
                <w:tcPr>
                  <w:tcW w:w="5817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41B9FE07" w14:textId="77777777" w:rsidR="00172FDA" w:rsidRPr="00172FDA" w:rsidRDefault="00172FDA" w:rsidP="00172FDA">
                  <w:pPr>
                    <w:rPr>
                      <w:rFonts w:ascii="Times New Roman" w:eastAsia="Times New Roman" w:hAnsi="Times New Roman" w:cs="Times New Roman"/>
                      <w:b/>
                    </w:rPr>
                  </w:pPr>
                  <w:r w:rsidRPr="00172FDA">
                    <w:rPr>
                      <w:rFonts w:ascii="Times New Roman" w:eastAsia="Times New Roman" w:hAnsi="Times New Roman" w:cs="Times New Roman"/>
                      <w:b/>
                    </w:rPr>
                    <w:t xml:space="preserve">Nr. </w:t>
                  </w:r>
                  <w:proofErr w:type="spellStart"/>
                  <w:r w:rsidRPr="00172FDA">
                    <w:rPr>
                      <w:rFonts w:ascii="Times New Roman" w:eastAsia="Times New Roman" w:hAnsi="Times New Roman" w:cs="Times New Roman"/>
                      <w:b/>
                    </w:rPr>
                    <w:t>sportivi</w:t>
                  </w:r>
                  <w:proofErr w:type="spellEnd"/>
                  <w:r w:rsidRPr="00172FDA">
                    <w:rPr>
                      <w:rFonts w:ascii="Times New Roman" w:eastAsia="Times New Roman" w:hAnsi="Times New Roman" w:cs="Times New Roman"/>
                      <w:b/>
                    </w:rPr>
                    <w:t xml:space="preserve"> </w:t>
                  </w:r>
                  <w:proofErr w:type="spellStart"/>
                  <w:r w:rsidRPr="00172FDA">
                    <w:rPr>
                      <w:rFonts w:ascii="Times New Roman" w:eastAsia="Times New Roman" w:hAnsi="Times New Roman" w:cs="Times New Roman"/>
                      <w:b/>
                    </w:rPr>
                    <w:t>legitimaţi</w:t>
                  </w:r>
                  <w:proofErr w:type="spellEnd"/>
                </w:p>
              </w:tc>
              <w:tc>
                <w:tcPr>
                  <w:tcW w:w="3420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17532617" w14:textId="77777777" w:rsidR="00172FDA" w:rsidRPr="00172FDA" w:rsidRDefault="00172FDA" w:rsidP="00172FDA">
                  <w:pPr>
                    <w:rPr>
                      <w:rFonts w:ascii="Times New Roman" w:eastAsia="Times New Roman" w:hAnsi="Times New Roman" w:cs="Times New Roman"/>
                      <w:b/>
                    </w:rPr>
                  </w:pPr>
                </w:p>
              </w:tc>
            </w:tr>
            <w:tr w:rsidR="00172FDA" w:rsidRPr="00172FDA" w14:paraId="4348797B" w14:textId="77777777" w:rsidTr="00555C73">
              <w:trPr>
                <w:trHeight w:val="270"/>
              </w:trPr>
              <w:tc>
                <w:tcPr>
                  <w:tcW w:w="1022" w:type="dxa"/>
                  <w:vMerge/>
                </w:tcPr>
                <w:p w14:paraId="65EA0100" w14:textId="77777777" w:rsidR="00172FDA" w:rsidRPr="00172FDA" w:rsidRDefault="00172FDA" w:rsidP="00172FDA">
                  <w:pPr>
                    <w:rPr>
                      <w:rFonts w:ascii="Times New Roman" w:eastAsia="Times New Roman" w:hAnsi="Times New Roman" w:cs="Times New Roman"/>
                      <w:b/>
                    </w:rPr>
                  </w:pPr>
                </w:p>
              </w:tc>
              <w:tc>
                <w:tcPr>
                  <w:tcW w:w="5817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5D35588E" w14:textId="77777777" w:rsidR="00172FDA" w:rsidRPr="00172FDA" w:rsidRDefault="00172FDA" w:rsidP="00172FDA">
                  <w:pPr>
                    <w:numPr>
                      <w:ilvl w:val="0"/>
                      <w:numId w:val="27"/>
                    </w:numPr>
                    <w:spacing w:afterAutospacing="1"/>
                    <w:contextualSpacing/>
                    <w:rPr>
                      <w:rFonts w:ascii="Times New Roman" w:eastAsia="Times New Roman" w:hAnsi="Times New Roman" w:cs="Times New Roman"/>
                    </w:rPr>
                  </w:pPr>
                  <w:proofErr w:type="spellStart"/>
                  <w:r w:rsidRPr="00172FDA">
                    <w:rPr>
                      <w:rFonts w:ascii="Times New Roman" w:eastAsia="Times New Roman" w:hAnsi="Times New Roman" w:cs="Times New Roman"/>
                    </w:rPr>
                    <w:t>Până</w:t>
                  </w:r>
                  <w:proofErr w:type="spellEnd"/>
                  <w:r w:rsidRPr="00172FDA">
                    <w:rPr>
                      <w:rFonts w:ascii="Times New Roman" w:eastAsia="Times New Roman" w:hAnsi="Times New Roman" w:cs="Times New Roman"/>
                    </w:rPr>
                    <w:t xml:space="preserve"> la 100</w:t>
                  </w:r>
                </w:p>
              </w:tc>
              <w:tc>
                <w:tcPr>
                  <w:tcW w:w="3420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62932D94" w14:textId="77777777" w:rsidR="00172FDA" w:rsidRPr="00172FDA" w:rsidRDefault="00172FDA" w:rsidP="00172FDA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</w:rPr>
                  </w:pPr>
                  <w:r w:rsidRPr="00172FDA">
                    <w:rPr>
                      <w:rFonts w:ascii="Times New Roman" w:eastAsia="Times New Roman" w:hAnsi="Times New Roman" w:cs="Times New Roman"/>
                      <w:b/>
                    </w:rPr>
                    <w:t>2</w:t>
                  </w:r>
                </w:p>
              </w:tc>
            </w:tr>
            <w:tr w:rsidR="00172FDA" w:rsidRPr="00172FDA" w14:paraId="2EC0D8C0" w14:textId="77777777" w:rsidTr="00555C73">
              <w:trPr>
                <w:trHeight w:val="270"/>
              </w:trPr>
              <w:tc>
                <w:tcPr>
                  <w:tcW w:w="1022" w:type="dxa"/>
                  <w:vMerge/>
                </w:tcPr>
                <w:p w14:paraId="4E69410B" w14:textId="77777777" w:rsidR="00172FDA" w:rsidRPr="00172FDA" w:rsidRDefault="00172FDA" w:rsidP="00172FDA">
                  <w:pPr>
                    <w:rPr>
                      <w:rFonts w:ascii="Times New Roman" w:eastAsia="Times New Roman" w:hAnsi="Times New Roman" w:cs="Times New Roman"/>
                      <w:b/>
                    </w:rPr>
                  </w:pPr>
                </w:p>
              </w:tc>
              <w:tc>
                <w:tcPr>
                  <w:tcW w:w="5817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36F12946" w14:textId="77777777" w:rsidR="00172FDA" w:rsidRPr="00172FDA" w:rsidRDefault="00172FDA" w:rsidP="00172FDA">
                  <w:pPr>
                    <w:numPr>
                      <w:ilvl w:val="0"/>
                      <w:numId w:val="27"/>
                    </w:numPr>
                    <w:spacing w:afterAutospacing="1"/>
                    <w:contextualSpacing/>
                    <w:rPr>
                      <w:rFonts w:ascii="Times New Roman" w:eastAsia="Times New Roman" w:hAnsi="Times New Roman" w:cs="Times New Roman"/>
                    </w:rPr>
                  </w:pPr>
                  <w:proofErr w:type="spellStart"/>
                  <w:r w:rsidRPr="00172FDA">
                    <w:rPr>
                      <w:rFonts w:ascii="Times New Roman" w:eastAsia="Times New Roman" w:hAnsi="Times New Roman" w:cs="Times New Roman"/>
                    </w:rPr>
                    <w:t>Între</w:t>
                  </w:r>
                  <w:proofErr w:type="spellEnd"/>
                  <w:r w:rsidRPr="00172FDA">
                    <w:rPr>
                      <w:rFonts w:ascii="Times New Roman" w:eastAsia="Times New Roman" w:hAnsi="Times New Roman" w:cs="Times New Roman"/>
                    </w:rPr>
                    <w:t xml:space="preserve"> 101 - 200</w:t>
                  </w:r>
                </w:p>
              </w:tc>
              <w:tc>
                <w:tcPr>
                  <w:tcW w:w="3420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5CC939F2" w14:textId="77777777" w:rsidR="00172FDA" w:rsidRPr="00172FDA" w:rsidRDefault="00172FDA" w:rsidP="00172FDA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</w:rPr>
                  </w:pPr>
                  <w:r w:rsidRPr="00172FDA">
                    <w:rPr>
                      <w:rFonts w:ascii="Times New Roman" w:eastAsia="Times New Roman" w:hAnsi="Times New Roman" w:cs="Times New Roman"/>
                      <w:b/>
                    </w:rPr>
                    <w:t>4</w:t>
                  </w:r>
                </w:p>
              </w:tc>
            </w:tr>
            <w:tr w:rsidR="00172FDA" w:rsidRPr="00172FDA" w14:paraId="436F52C9" w14:textId="77777777" w:rsidTr="00555C73">
              <w:trPr>
                <w:trHeight w:val="270"/>
              </w:trPr>
              <w:tc>
                <w:tcPr>
                  <w:tcW w:w="1022" w:type="dxa"/>
                  <w:vMerge/>
                </w:tcPr>
                <w:p w14:paraId="3747FD71" w14:textId="77777777" w:rsidR="00172FDA" w:rsidRPr="00172FDA" w:rsidRDefault="00172FDA" w:rsidP="00172FDA">
                  <w:pPr>
                    <w:rPr>
                      <w:rFonts w:ascii="Times New Roman" w:eastAsia="Times New Roman" w:hAnsi="Times New Roman" w:cs="Times New Roman"/>
                      <w:b/>
                    </w:rPr>
                  </w:pPr>
                </w:p>
              </w:tc>
              <w:tc>
                <w:tcPr>
                  <w:tcW w:w="5817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5FD29AA9" w14:textId="77777777" w:rsidR="00172FDA" w:rsidRPr="00172FDA" w:rsidRDefault="00172FDA" w:rsidP="00172FDA">
                  <w:pPr>
                    <w:numPr>
                      <w:ilvl w:val="0"/>
                      <w:numId w:val="27"/>
                    </w:numPr>
                    <w:spacing w:afterAutospacing="1"/>
                    <w:contextualSpacing/>
                    <w:rPr>
                      <w:rFonts w:ascii="Times New Roman" w:eastAsia="Times New Roman" w:hAnsi="Times New Roman" w:cs="Times New Roman"/>
                    </w:rPr>
                  </w:pPr>
                  <w:proofErr w:type="spellStart"/>
                  <w:r w:rsidRPr="00172FDA">
                    <w:rPr>
                      <w:rFonts w:ascii="Times New Roman" w:eastAsia="Times New Roman" w:hAnsi="Times New Roman" w:cs="Times New Roman"/>
                    </w:rPr>
                    <w:t>Între</w:t>
                  </w:r>
                  <w:proofErr w:type="spellEnd"/>
                  <w:r w:rsidRPr="00172FDA">
                    <w:rPr>
                      <w:rFonts w:ascii="Times New Roman" w:eastAsia="Times New Roman" w:hAnsi="Times New Roman" w:cs="Times New Roman"/>
                    </w:rPr>
                    <w:t xml:space="preserve">  201 - 300</w:t>
                  </w:r>
                </w:p>
              </w:tc>
              <w:tc>
                <w:tcPr>
                  <w:tcW w:w="3420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2D843198" w14:textId="77777777" w:rsidR="00172FDA" w:rsidRPr="00172FDA" w:rsidRDefault="00172FDA" w:rsidP="00172FDA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</w:rPr>
                  </w:pPr>
                  <w:r w:rsidRPr="00172FDA">
                    <w:rPr>
                      <w:rFonts w:ascii="Times New Roman" w:eastAsia="Times New Roman" w:hAnsi="Times New Roman" w:cs="Times New Roman"/>
                      <w:b/>
                    </w:rPr>
                    <w:t>6</w:t>
                  </w:r>
                </w:p>
              </w:tc>
            </w:tr>
            <w:tr w:rsidR="00172FDA" w:rsidRPr="00172FDA" w14:paraId="4842F7A1" w14:textId="77777777" w:rsidTr="00555C73">
              <w:trPr>
                <w:trHeight w:val="270"/>
              </w:trPr>
              <w:tc>
                <w:tcPr>
                  <w:tcW w:w="1022" w:type="dxa"/>
                  <w:vMerge/>
                </w:tcPr>
                <w:p w14:paraId="20C7B633" w14:textId="77777777" w:rsidR="00172FDA" w:rsidRPr="00172FDA" w:rsidRDefault="00172FDA" w:rsidP="00172FDA">
                  <w:pPr>
                    <w:rPr>
                      <w:rFonts w:ascii="Times New Roman" w:eastAsia="Times New Roman" w:hAnsi="Times New Roman" w:cs="Times New Roman"/>
                      <w:b/>
                    </w:rPr>
                  </w:pPr>
                </w:p>
              </w:tc>
              <w:tc>
                <w:tcPr>
                  <w:tcW w:w="5817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28A57974" w14:textId="77777777" w:rsidR="00172FDA" w:rsidRPr="00172FDA" w:rsidRDefault="00172FDA" w:rsidP="00172FDA">
                  <w:pPr>
                    <w:numPr>
                      <w:ilvl w:val="0"/>
                      <w:numId w:val="27"/>
                    </w:numPr>
                    <w:spacing w:afterAutospacing="1"/>
                    <w:contextualSpacing/>
                    <w:rPr>
                      <w:rFonts w:ascii="Times New Roman" w:eastAsia="Times New Roman" w:hAnsi="Times New Roman" w:cs="Times New Roman"/>
                    </w:rPr>
                  </w:pPr>
                  <w:proofErr w:type="spellStart"/>
                  <w:r w:rsidRPr="00172FDA">
                    <w:rPr>
                      <w:rFonts w:ascii="Times New Roman" w:eastAsia="Times New Roman" w:hAnsi="Times New Roman" w:cs="Times New Roman"/>
                    </w:rPr>
                    <w:t>Peste</w:t>
                  </w:r>
                  <w:proofErr w:type="spellEnd"/>
                  <w:r w:rsidRPr="00172FDA">
                    <w:rPr>
                      <w:rFonts w:ascii="Times New Roman" w:eastAsia="Times New Roman" w:hAnsi="Times New Roman" w:cs="Times New Roman"/>
                    </w:rPr>
                    <w:t xml:space="preserve"> 300</w:t>
                  </w:r>
                </w:p>
              </w:tc>
              <w:tc>
                <w:tcPr>
                  <w:tcW w:w="3420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6F311015" w14:textId="77777777" w:rsidR="00172FDA" w:rsidRPr="00172FDA" w:rsidRDefault="00172FDA" w:rsidP="00172FDA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</w:rPr>
                  </w:pPr>
                  <w:r w:rsidRPr="00172FDA">
                    <w:rPr>
                      <w:rFonts w:ascii="Times New Roman" w:eastAsia="Times New Roman" w:hAnsi="Times New Roman" w:cs="Times New Roman"/>
                      <w:b/>
                    </w:rPr>
                    <w:t>8</w:t>
                  </w:r>
                </w:p>
              </w:tc>
            </w:tr>
            <w:tr w:rsidR="00172FDA" w:rsidRPr="00172FDA" w14:paraId="4F6835BA" w14:textId="77777777" w:rsidTr="00555C73">
              <w:trPr>
                <w:trHeight w:val="270"/>
              </w:trPr>
              <w:tc>
                <w:tcPr>
                  <w:tcW w:w="1022" w:type="dxa"/>
                  <w:vMerge w:val="restart"/>
                </w:tcPr>
                <w:p w14:paraId="4C22BB05" w14:textId="77777777" w:rsidR="00172FDA" w:rsidRPr="00172FDA" w:rsidRDefault="00172FDA" w:rsidP="00172FDA">
                  <w:pPr>
                    <w:rPr>
                      <w:rFonts w:ascii="Times New Roman" w:eastAsia="Times New Roman" w:hAnsi="Times New Roman" w:cs="Times New Roman"/>
                      <w:b/>
                    </w:rPr>
                  </w:pPr>
                  <w:r w:rsidRPr="00172FDA">
                    <w:rPr>
                      <w:rFonts w:ascii="Times New Roman" w:eastAsia="Times New Roman" w:hAnsi="Times New Roman" w:cs="Times New Roman"/>
                      <w:b/>
                    </w:rPr>
                    <w:t>4</w:t>
                  </w:r>
                </w:p>
              </w:tc>
              <w:tc>
                <w:tcPr>
                  <w:tcW w:w="5817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6B6D9F5B" w14:textId="77777777" w:rsidR="00172FDA" w:rsidRPr="00172FDA" w:rsidRDefault="00172FDA" w:rsidP="00172FDA">
                  <w:pPr>
                    <w:rPr>
                      <w:rFonts w:ascii="Times New Roman" w:eastAsia="Times New Roman" w:hAnsi="Times New Roman" w:cs="Times New Roman"/>
                      <w:b/>
                    </w:rPr>
                  </w:pPr>
                  <w:r w:rsidRPr="00172FDA">
                    <w:rPr>
                      <w:rFonts w:ascii="Times New Roman" w:eastAsia="Times New Roman" w:hAnsi="Times New Roman" w:cs="Times New Roman"/>
                      <w:b/>
                    </w:rPr>
                    <w:t xml:space="preserve">Nr. </w:t>
                  </w:r>
                  <w:proofErr w:type="spellStart"/>
                  <w:r w:rsidRPr="00172FDA">
                    <w:rPr>
                      <w:rFonts w:ascii="Times New Roman" w:eastAsia="Times New Roman" w:hAnsi="Times New Roman" w:cs="Times New Roman"/>
                      <w:b/>
                    </w:rPr>
                    <w:t>grupe</w:t>
                  </w:r>
                  <w:proofErr w:type="spellEnd"/>
                  <w:r w:rsidRPr="00172FDA">
                    <w:rPr>
                      <w:rFonts w:ascii="Times New Roman" w:eastAsia="Times New Roman" w:hAnsi="Times New Roman" w:cs="Times New Roman"/>
                      <w:b/>
                    </w:rPr>
                    <w:t xml:space="preserve"> </w:t>
                  </w:r>
                </w:p>
              </w:tc>
              <w:tc>
                <w:tcPr>
                  <w:tcW w:w="3420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67875F84" w14:textId="77777777" w:rsidR="00172FDA" w:rsidRPr="00172FDA" w:rsidRDefault="00172FDA" w:rsidP="00172FDA">
                  <w:pPr>
                    <w:rPr>
                      <w:rFonts w:ascii="Times New Roman" w:eastAsia="Times New Roman" w:hAnsi="Times New Roman" w:cs="Times New Roman"/>
                      <w:b/>
                    </w:rPr>
                  </w:pPr>
                </w:p>
              </w:tc>
            </w:tr>
            <w:tr w:rsidR="00172FDA" w:rsidRPr="00172FDA" w14:paraId="3C0906B1" w14:textId="77777777" w:rsidTr="00555C73">
              <w:trPr>
                <w:trHeight w:val="270"/>
              </w:trPr>
              <w:tc>
                <w:tcPr>
                  <w:tcW w:w="1022" w:type="dxa"/>
                  <w:vMerge/>
                </w:tcPr>
                <w:p w14:paraId="6BE1F430" w14:textId="77777777" w:rsidR="00172FDA" w:rsidRPr="00172FDA" w:rsidRDefault="00172FDA" w:rsidP="00172FDA">
                  <w:pPr>
                    <w:rPr>
                      <w:rFonts w:ascii="Times New Roman" w:eastAsia="Times New Roman" w:hAnsi="Times New Roman" w:cs="Times New Roman"/>
                      <w:b/>
                    </w:rPr>
                  </w:pPr>
                </w:p>
              </w:tc>
              <w:tc>
                <w:tcPr>
                  <w:tcW w:w="5817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5661CA8D" w14:textId="77777777" w:rsidR="00172FDA" w:rsidRPr="00172FDA" w:rsidRDefault="00172FDA" w:rsidP="00172FDA">
                  <w:pPr>
                    <w:numPr>
                      <w:ilvl w:val="0"/>
                      <w:numId w:val="27"/>
                    </w:numPr>
                    <w:spacing w:afterAutospacing="1"/>
                    <w:contextualSpacing/>
                    <w:rPr>
                      <w:rFonts w:ascii="Times New Roman" w:eastAsia="Times New Roman" w:hAnsi="Times New Roman" w:cs="Times New Roman"/>
                    </w:rPr>
                  </w:pPr>
                  <w:proofErr w:type="spellStart"/>
                  <w:r w:rsidRPr="00172FDA">
                    <w:rPr>
                      <w:rFonts w:ascii="Times New Roman" w:eastAsia="Times New Roman" w:hAnsi="Times New Roman" w:cs="Times New Roman"/>
                    </w:rPr>
                    <w:t>Până</w:t>
                  </w:r>
                  <w:proofErr w:type="spellEnd"/>
                  <w:r w:rsidRPr="00172FDA">
                    <w:rPr>
                      <w:rFonts w:ascii="Times New Roman" w:eastAsia="Times New Roman" w:hAnsi="Times New Roman" w:cs="Times New Roman"/>
                    </w:rPr>
                    <w:t xml:space="preserve"> la 3 </w:t>
                  </w:r>
                </w:p>
              </w:tc>
              <w:tc>
                <w:tcPr>
                  <w:tcW w:w="3420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00A45978" w14:textId="77777777" w:rsidR="00172FDA" w:rsidRPr="00172FDA" w:rsidRDefault="00172FDA" w:rsidP="00172FDA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</w:rPr>
                  </w:pPr>
                  <w:r w:rsidRPr="00172FDA">
                    <w:rPr>
                      <w:rFonts w:ascii="Times New Roman" w:eastAsia="Times New Roman" w:hAnsi="Times New Roman" w:cs="Times New Roman"/>
                      <w:b/>
                    </w:rPr>
                    <w:t>2</w:t>
                  </w:r>
                </w:p>
              </w:tc>
            </w:tr>
            <w:tr w:rsidR="00172FDA" w:rsidRPr="00172FDA" w14:paraId="4FA69A94" w14:textId="77777777" w:rsidTr="00555C73">
              <w:trPr>
                <w:trHeight w:val="270"/>
              </w:trPr>
              <w:tc>
                <w:tcPr>
                  <w:tcW w:w="1022" w:type="dxa"/>
                  <w:vMerge/>
                </w:tcPr>
                <w:p w14:paraId="415293B0" w14:textId="77777777" w:rsidR="00172FDA" w:rsidRPr="00172FDA" w:rsidRDefault="00172FDA" w:rsidP="00172FDA">
                  <w:pPr>
                    <w:rPr>
                      <w:rFonts w:ascii="Times New Roman" w:eastAsia="Times New Roman" w:hAnsi="Times New Roman" w:cs="Times New Roman"/>
                      <w:b/>
                    </w:rPr>
                  </w:pPr>
                </w:p>
              </w:tc>
              <w:tc>
                <w:tcPr>
                  <w:tcW w:w="5817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17F88EA6" w14:textId="77777777" w:rsidR="00172FDA" w:rsidRPr="00172FDA" w:rsidRDefault="00172FDA" w:rsidP="00172FDA">
                  <w:pPr>
                    <w:numPr>
                      <w:ilvl w:val="0"/>
                      <w:numId w:val="27"/>
                    </w:numPr>
                    <w:spacing w:afterAutospacing="1"/>
                    <w:contextualSpacing/>
                    <w:rPr>
                      <w:rFonts w:ascii="Times New Roman" w:eastAsia="Times New Roman" w:hAnsi="Times New Roman" w:cs="Times New Roman"/>
                    </w:rPr>
                  </w:pPr>
                  <w:proofErr w:type="spellStart"/>
                  <w:r w:rsidRPr="00172FDA">
                    <w:rPr>
                      <w:rFonts w:ascii="Times New Roman" w:eastAsia="Times New Roman" w:hAnsi="Times New Roman" w:cs="Times New Roman"/>
                    </w:rPr>
                    <w:t>Între</w:t>
                  </w:r>
                  <w:proofErr w:type="spellEnd"/>
                  <w:r w:rsidRPr="00172FDA">
                    <w:rPr>
                      <w:rFonts w:ascii="Times New Roman" w:eastAsia="Times New Roman" w:hAnsi="Times New Roman" w:cs="Times New Roman"/>
                    </w:rPr>
                    <w:t xml:space="preserve"> 4 – 6 </w:t>
                  </w:r>
                </w:p>
              </w:tc>
              <w:tc>
                <w:tcPr>
                  <w:tcW w:w="3420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35852343" w14:textId="77777777" w:rsidR="00172FDA" w:rsidRPr="00172FDA" w:rsidRDefault="00172FDA" w:rsidP="00172FDA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</w:rPr>
                  </w:pPr>
                  <w:r w:rsidRPr="00172FDA">
                    <w:rPr>
                      <w:rFonts w:ascii="Times New Roman" w:eastAsia="Times New Roman" w:hAnsi="Times New Roman" w:cs="Times New Roman"/>
                      <w:b/>
                    </w:rPr>
                    <w:t>4</w:t>
                  </w:r>
                </w:p>
              </w:tc>
            </w:tr>
            <w:tr w:rsidR="00172FDA" w:rsidRPr="00172FDA" w14:paraId="4781C64D" w14:textId="77777777" w:rsidTr="00555C73">
              <w:trPr>
                <w:trHeight w:val="270"/>
              </w:trPr>
              <w:tc>
                <w:tcPr>
                  <w:tcW w:w="1022" w:type="dxa"/>
                  <w:vMerge/>
                </w:tcPr>
                <w:p w14:paraId="4585066B" w14:textId="77777777" w:rsidR="00172FDA" w:rsidRPr="00172FDA" w:rsidRDefault="00172FDA" w:rsidP="00172FDA">
                  <w:pPr>
                    <w:rPr>
                      <w:rFonts w:ascii="Times New Roman" w:eastAsia="Times New Roman" w:hAnsi="Times New Roman" w:cs="Times New Roman"/>
                      <w:b/>
                    </w:rPr>
                  </w:pPr>
                </w:p>
              </w:tc>
              <w:tc>
                <w:tcPr>
                  <w:tcW w:w="5817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1B540ADE" w14:textId="77777777" w:rsidR="00172FDA" w:rsidRPr="00172FDA" w:rsidRDefault="00172FDA" w:rsidP="00172FDA">
                  <w:pPr>
                    <w:numPr>
                      <w:ilvl w:val="0"/>
                      <w:numId w:val="27"/>
                    </w:numPr>
                    <w:spacing w:afterAutospacing="1"/>
                    <w:contextualSpacing/>
                    <w:rPr>
                      <w:rFonts w:ascii="Times New Roman" w:eastAsia="Times New Roman" w:hAnsi="Times New Roman" w:cs="Times New Roman"/>
                    </w:rPr>
                  </w:pPr>
                  <w:proofErr w:type="spellStart"/>
                  <w:r w:rsidRPr="00172FDA">
                    <w:rPr>
                      <w:rFonts w:ascii="Times New Roman" w:eastAsia="Times New Roman" w:hAnsi="Times New Roman" w:cs="Times New Roman"/>
                    </w:rPr>
                    <w:t>Între</w:t>
                  </w:r>
                  <w:proofErr w:type="spellEnd"/>
                  <w:r w:rsidRPr="00172FDA">
                    <w:rPr>
                      <w:rFonts w:ascii="Times New Roman" w:eastAsia="Times New Roman" w:hAnsi="Times New Roman" w:cs="Times New Roman"/>
                    </w:rPr>
                    <w:t xml:space="preserve"> 7 – 9 </w:t>
                  </w:r>
                </w:p>
              </w:tc>
              <w:tc>
                <w:tcPr>
                  <w:tcW w:w="3420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0231B1E1" w14:textId="77777777" w:rsidR="00172FDA" w:rsidRPr="00172FDA" w:rsidRDefault="00172FDA" w:rsidP="00172FDA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</w:rPr>
                  </w:pPr>
                  <w:r w:rsidRPr="00172FDA">
                    <w:rPr>
                      <w:rFonts w:ascii="Times New Roman" w:eastAsia="Times New Roman" w:hAnsi="Times New Roman" w:cs="Times New Roman"/>
                      <w:b/>
                    </w:rPr>
                    <w:t>6</w:t>
                  </w:r>
                </w:p>
              </w:tc>
            </w:tr>
            <w:tr w:rsidR="00172FDA" w:rsidRPr="00172FDA" w14:paraId="1948FA68" w14:textId="77777777" w:rsidTr="00555C73">
              <w:trPr>
                <w:trHeight w:val="270"/>
              </w:trPr>
              <w:tc>
                <w:tcPr>
                  <w:tcW w:w="1022" w:type="dxa"/>
                  <w:vMerge/>
                </w:tcPr>
                <w:p w14:paraId="58A14F57" w14:textId="77777777" w:rsidR="00172FDA" w:rsidRPr="00172FDA" w:rsidRDefault="00172FDA" w:rsidP="00172FDA">
                  <w:pPr>
                    <w:rPr>
                      <w:rFonts w:ascii="Times New Roman" w:eastAsia="Times New Roman" w:hAnsi="Times New Roman" w:cs="Times New Roman"/>
                      <w:b/>
                    </w:rPr>
                  </w:pPr>
                </w:p>
              </w:tc>
              <w:tc>
                <w:tcPr>
                  <w:tcW w:w="5817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3F6DA581" w14:textId="77777777" w:rsidR="00172FDA" w:rsidRPr="00172FDA" w:rsidRDefault="00172FDA" w:rsidP="00172FDA">
                  <w:pPr>
                    <w:numPr>
                      <w:ilvl w:val="0"/>
                      <w:numId w:val="27"/>
                    </w:numPr>
                    <w:spacing w:afterAutospacing="1"/>
                    <w:contextualSpacing/>
                    <w:rPr>
                      <w:rFonts w:ascii="Times New Roman" w:eastAsia="Times New Roman" w:hAnsi="Times New Roman" w:cs="Times New Roman"/>
                    </w:rPr>
                  </w:pPr>
                  <w:proofErr w:type="spellStart"/>
                  <w:r w:rsidRPr="00172FDA">
                    <w:rPr>
                      <w:rFonts w:ascii="Times New Roman" w:eastAsia="Times New Roman" w:hAnsi="Times New Roman" w:cs="Times New Roman"/>
                    </w:rPr>
                    <w:t>Peste</w:t>
                  </w:r>
                  <w:proofErr w:type="spellEnd"/>
                  <w:r w:rsidRPr="00172FDA">
                    <w:rPr>
                      <w:rFonts w:ascii="Times New Roman" w:eastAsia="Times New Roman" w:hAnsi="Times New Roman" w:cs="Times New Roman"/>
                    </w:rPr>
                    <w:t xml:space="preserve"> 10 </w:t>
                  </w:r>
                </w:p>
              </w:tc>
              <w:tc>
                <w:tcPr>
                  <w:tcW w:w="3420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6C732B17" w14:textId="77777777" w:rsidR="00172FDA" w:rsidRPr="00172FDA" w:rsidRDefault="00172FDA" w:rsidP="00172FDA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</w:rPr>
                  </w:pPr>
                  <w:r w:rsidRPr="00172FDA">
                    <w:rPr>
                      <w:rFonts w:ascii="Times New Roman" w:eastAsia="Times New Roman" w:hAnsi="Times New Roman" w:cs="Times New Roman"/>
                      <w:b/>
                    </w:rPr>
                    <w:t>8</w:t>
                  </w:r>
                </w:p>
              </w:tc>
            </w:tr>
            <w:tr w:rsidR="00172FDA" w:rsidRPr="00172FDA" w14:paraId="048ECF10" w14:textId="77777777" w:rsidTr="00555C73">
              <w:trPr>
                <w:trHeight w:val="270"/>
              </w:trPr>
              <w:tc>
                <w:tcPr>
                  <w:tcW w:w="10259" w:type="dxa"/>
                  <w:gridSpan w:val="3"/>
                </w:tcPr>
                <w:p w14:paraId="1FBB34BC" w14:textId="77777777" w:rsidR="00172FDA" w:rsidRPr="00172FDA" w:rsidRDefault="00172FDA" w:rsidP="00172FDA">
                  <w:pPr>
                    <w:rPr>
                      <w:rFonts w:ascii="Times New Roman" w:eastAsia="Times New Roman" w:hAnsi="Times New Roman" w:cs="Times New Roman"/>
                    </w:rPr>
                  </w:pPr>
                  <w:proofErr w:type="spellStart"/>
                  <w:r w:rsidRPr="00172FDA">
                    <w:rPr>
                      <w:rFonts w:ascii="Times New Roman" w:eastAsia="Times New Roman" w:hAnsi="Times New Roman" w:cs="Times New Roman"/>
                    </w:rPr>
                    <w:t>Închirierea</w:t>
                  </w:r>
                  <w:proofErr w:type="spellEnd"/>
                  <w:r w:rsidRPr="00172FDA">
                    <w:rPr>
                      <w:rFonts w:ascii="Times New Roman" w:eastAsia="Times New Roman" w:hAnsi="Times New Roman" w:cs="Times New Roman"/>
                    </w:rPr>
                    <w:t xml:space="preserve">  </w:t>
                  </w:r>
                  <w:proofErr w:type="spellStart"/>
                  <w:r w:rsidRPr="00172FDA">
                    <w:rPr>
                      <w:rFonts w:ascii="Times New Roman" w:eastAsia="Times New Roman" w:hAnsi="Times New Roman" w:cs="Times New Roman"/>
                    </w:rPr>
                    <w:t>terenurilor</w:t>
                  </w:r>
                  <w:proofErr w:type="spellEnd"/>
                  <w:r w:rsidRPr="00172FDA">
                    <w:rPr>
                      <w:rFonts w:ascii="Times New Roman" w:eastAsia="Times New Roman" w:hAnsi="Times New Roman" w:cs="Times New Roman"/>
                    </w:rPr>
                    <w:t xml:space="preserve"> de sport </w:t>
                  </w:r>
                  <w:proofErr w:type="spellStart"/>
                  <w:r w:rsidRPr="00172FDA">
                    <w:rPr>
                      <w:rFonts w:ascii="Times New Roman" w:eastAsia="Times New Roman" w:hAnsi="Times New Roman" w:cs="Times New Roman"/>
                    </w:rPr>
                    <w:t>pentru</w:t>
                  </w:r>
                  <w:proofErr w:type="spellEnd"/>
                  <w:r w:rsidRPr="00172FDA">
                    <w:rPr>
                      <w:rFonts w:ascii="Times New Roman" w:eastAsia="Times New Roman" w:hAnsi="Times New Roman" w:cs="Times New Roman"/>
                    </w:rPr>
                    <w:t xml:space="preserve"> </w:t>
                  </w:r>
                  <w:proofErr w:type="spellStart"/>
                  <w:r w:rsidRPr="00172FDA">
                    <w:rPr>
                      <w:rFonts w:ascii="Times New Roman" w:eastAsia="Times New Roman" w:hAnsi="Times New Roman" w:cs="Times New Roman"/>
                    </w:rPr>
                    <w:t>desfăşurarea</w:t>
                  </w:r>
                  <w:proofErr w:type="spellEnd"/>
                  <w:r w:rsidRPr="00172FDA">
                    <w:rPr>
                      <w:rFonts w:ascii="Times New Roman" w:eastAsia="Times New Roman" w:hAnsi="Times New Roman" w:cs="Times New Roman"/>
                    </w:rPr>
                    <w:t xml:space="preserve">  </w:t>
                  </w:r>
                  <w:proofErr w:type="spellStart"/>
                  <w:r w:rsidRPr="00172FDA">
                    <w:rPr>
                      <w:rFonts w:ascii="Times New Roman" w:eastAsia="Times New Roman" w:hAnsi="Times New Roman" w:cs="Times New Roman"/>
                    </w:rPr>
                    <w:t>antrenamentelor</w:t>
                  </w:r>
                  <w:proofErr w:type="spellEnd"/>
                  <w:r w:rsidRPr="00172FDA">
                    <w:rPr>
                      <w:rFonts w:ascii="Times New Roman" w:eastAsia="Times New Roman" w:hAnsi="Times New Roman" w:cs="Times New Roman"/>
                    </w:rPr>
                    <w:t xml:space="preserve"> (</w:t>
                  </w:r>
                  <w:proofErr w:type="spellStart"/>
                  <w:r w:rsidRPr="00172FDA">
                    <w:rPr>
                      <w:rFonts w:ascii="Times New Roman" w:eastAsia="Times New Roman" w:hAnsi="Times New Roman" w:cs="Times New Roman"/>
                    </w:rPr>
                    <w:t>cluburi</w:t>
                  </w:r>
                  <w:proofErr w:type="spellEnd"/>
                  <w:r w:rsidRPr="00172FDA">
                    <w:rPr>
                      <w:rFonts w:ascii="Times New Roman" w:eastAsia="Times New Roman" w:hAnsi="Times New Roman" w:cs="Times New Roman"/>
                    </w:rPr>
                    <w:t xml:space="preserve"> sportive şi </w:t>
                  </w:r>
                  <w:proofErr w:type="spellStart"/>
                  <w:r w:rsidRPr="00172FDA">
                    <w:rPr>
                      <w:rFonts w:ascii="Times New Roman" w:eastAsia="Times New Roman" w:hAnsi="Times New Roman" w:cs="Times New Roman"/>
                    </w:rPr>
                    <w:t>asociaţii</w:t>
                  </w:r>
                  <w:proofErr w:type="spellEnd"/>
                  <w:r w:rsidRPr="00172FDA">
                    <w:rPr>
                      <w:rFonts w:ascii="Times New Roman" w:eastAsia="Times New Roman" w:hAnsi="Times New Roman" w:cs="Times New Roman"/>
                    </w:rPr>
                    <w:t xml:space="preserve"> sportive) </w:t>
                  </w:r>
                  <w:proofErr w:type="spellStart"/>
                  <w:r w:rsidRPr="00172FDA">
                    <w:rPr>
                      <w:rFonts w:ascii="Times New Roman" w:eastAsia="Times New Roman" w:hAnsi="Times New Roman" w:cs="Times New Roman"/>
                    </w:rPr>
                    <w:t>pentru</w:t>
                  </w:r>
                  <w:proofErr w:type="spellEnd"/>
                  <w:r w:rsidRPr="00172FDA">
                    <w:rPr>
                      <w:rFonts w:ascii="Times New Roman" w:eastAsia="Times New Roman" w:hAnsi="Times New Roman" w:cs="Times New Roman"/>
                    </w:rPr>
                    <w:t xml:space="preserve"> </w:t>
                  </w:r>
                  <w:proofErr w:type="spellStart"/>
                  <w:r w:rsidRPr="00172FDA">
                    <w:rPr>
                      <w:rFonts w:ascii="Times New Roman" w:eastAsia="Times New Roman" w:hAnsi="Times New Roman" w:cs="Times New Roman"/>
                    </w:rPr>
                    <w:t>sportul</w:t>
                  </w:r>
                  <w:proofErr w:type="spellEnd"/>
                  <w:r w:rsidRPr="00172FDA">
                    <w:rPr>
                      <w:rFonts w:ascii="Times New Roman" w:eastAsia="Times New Roman" w:hAnsi="Times New Roman" w:cs="Times New Roman"/>
                    </w:rPr>
                    <w:t xml:space="preserve"> de </w:t>
                  </w:r>
                  <w:proofErr w:type="spellStart"/>
                  <w:r w:rsidRPr="00172FDA">
                    <w:rPr>
                      <w:rFonts w:ascii="Times New Roman" w:eastAsia="Times New Roman" w:hAnsi="Times New Roman" w:cs="Times New Roman"/>
                    </w:rPr>
                    <w:t>performanţă</w:t>
                  </w:r>
                  <w:proofErr w:type="spellEnd"/>
                  <w:r w:rsidRPr="00172FDA">
                    <w:rPr>
                      <w:rFonts w:ascii="Times New Roman" w:eastAsia="Times New Roman" w:hAnsi="Times New Roman" w:cs="Times New Roman"/>
                    </w:rPr>
                    <w:t xml:space="preserve"> se face </w:t>
                  </w:r>
                  <w:proofErr w:type="spellStart"/>
                  <w:r w:rsidRPr="00172FDA">
                    <w:rPr>
                      <w:rFonts w:ascii="Times New Roman" w:eastAsia="Times New Roman" w:hAnsi="Times New Roman" w:cs="Times New Roman"/>
                    </w:rPr>
                    <w:t>în</w:t>
                  </w:r>
                  <w:proofErr w:type="spellEnd"/>
                  <w:r w:rsidRPr="00172FDA">
                    <w:rPr>
                      <w:rFonts w:ascii="Times New Roman" w:eastAsia="Times New Roman" w:hAnsi="Times New Roman" w:cs="Times New Roman"/>
                    </w:rPr>
                    <w:t xml:space="preserve"> </w:t>
                  </w:r>
                  <w:proofErr w:type="spellStart"/>
                  <w:r w:rsidRPr="00172FDA">
                    <w:rPr>
                      <w:rFonts w:ascii="Times New Roman" w:eastAsia="Times New Roman" w:hAnsi="Times New Roman" w:cs="Times New Roman"/>
                    </w:rPr>
                    <w:t>funcţie</w:t>
                  </w:r>
                  <w:proofErr w:type="spellEnd"/>
                  <w:r w:rsidRPr="00172FDA">
                    <w:rPr>
                      <w:rFonts w:ascii="Times New Roman" w:eastAsia="Times New Roman" w:hAnsi="Times New Roman" w:cs="Times New Roman"/>
                    </w:rPr>
                    <w:t xml:space="preserve"> de </w:t>
                  </w:r>
                  <w:proofErr w:type="spellStart"/>
                  <w:r w:rsidRPr="00172FDA">
                    <w:rPr>
                      <w:rFonts w:ascii="Times New Roman" w:eastAsia="Times New Roman" w:hAnsi="Times New Roman" w:cs="Times New Roman"/>
                    </w:rPr>
                    <w:t>punctajul</w:t>
                  </w:r>
                  <w:proofErr w:type="spellEnd"/>
                  <w:r w:rsidRPr="00172FDA">
                    <w:rPr>
                      <w:rFonts w:ascii="Times New Roman" w:eastAsia="Times New Roman" w:hAnsi="Times New Roman" w:cs="Times New Roman"/>
                    </w:rPr>
                    <w:t xml:space="preserve"> </w:t>
                  </w:r>
                  <w:proofErr w:type="spellStart"/>
                  <w:r w:rsidRPr="00172FDA">
                    <w:rPr>
                      <w:rFonts w:ascii="Times New Roman" w:eastAsia="Times New Roman" w:hAnsi="Times New Roman" w:cs="Times New Roman"/>
                    </w:rPr>
                    <w:t>obţinut</w:t>
                  </w:r>
                  <w:proofErr w:type="spellEnd"/>
                  <w:r w:rsidRPr="00172FDA">
                    <w:rPr>
                      <w:rFonts w:ascii="Times New Roman" w:eastAsia="Times New Roman" w:hAnsi="Times New Roman" w:cs="Times New Roman"/>
                    </w:rPr>
                    <w:t xml:space="preserve"> şi au </w:t>
                  </w:r>
                  <w:proofErr w:type="spellStart"/>
                  <w:r w:rsidRPr="00172FDA">
                    <w:rPr>
                      <w:rFonts w:ascii="Times New Roman" w:eastAsia="Times New Roman" w:hAnsi="Times New Roman" w:cs="Times New Roman"/>
                    </w:rPr>
                    <w:t>prioritate</w:t>
                  </w:r>
                  <w:proofErr w:type="spellEnd"/>
                  <w:r w:rsidRPr="00172FDA">
                    <w:rPr>
                      <w:rFonts w:ascii="Times New Roman" w:eastAsia="Times New Roman" w:hAnsi="Times New Roman" w:cs="Times New Roman"/>
                    </w:rPr>
                    <w:t xml:space="preserve"> conform </w:t>
                  </w:r>
                  <w:proofErr w:type="spellStart"/>
                  <w:r w:rsidRPr="00172FDA">
                    <w:rPr>
                      <w:rFonts w:ascii="Times New Roman" w:eastAsia="Times New Roman" w:hAnsi="Times New Roman" w:cs="Times New Roman"/>
                    </w:rPr>
                    <w:t>criterilor</w:t>
                  </w:r>
                  <w:proofErr w:type="spellEnd"/>
                  <w:r w:rsidRPr="00172FDA">
                    <w:rPr>
                      <w:rFonts w:ascii="Times New Roman" w:eastAsia="Times New Roman" w:hAnsi="Times New Roman" w:cs="Times New Roman"/>
                    </w:rPr>
                    <w:t xml:space="preserve"> </w:t>
                  </w:r>
                  <w:proofErr w:type="spellStart"/>
                  <w:r w:rsidRPr="00172FDA">
                    <w:rPr>
                      <w:rFonts w:ascii="Times New Roman" w:eastAsia="Times New Roman" w:hAnsi="Times New Roman" w:cs="Times New Roman"/>
                    </w:rPr>
                    <w:t>prezentate</w:t>
                  </w:r>
                  <w:proofErr w:type="spellEnd"/>
                  <w:r w:rsidRPr="00172FDA">
                    <w:rPr>
                      <w:rFonts w:ascii="Times New Roman" w:eastAsia="Times New Roman" w:hAnsi="Times New Roman" w:cs="Times New Roman"/>
                    </w:rPr>
                    <w:t xml:space="preserve"> </w:t>
                  </w:r>
                  <w:proofErr w:type="spellStart"/>
                  <w:r w:rsidRPr="00172FDA">
                    <w:rPr>
                      <w:rFonts w:ascii="Times New Roman" w:eastAsia="Times New Roman" w:hAnsi="Times New Roman" w:cs="Times New Roman"/>
                    </w:rPr>
                    <w:t>mai</w:t>
                  </w:r>
                  <w:proofErr w:type="spellEnd"/>
                  <w:r w:rsidRPr="00172FDA">
                    <w:rPr>
                      <w:rFonts w:ascii="Times New Roman" w:eastAsia="Times New Roman" w:hAnsi="Times New Roman" w:cs="Times New Roman"/>
                    </w:rPr>
                    <w:t xml:space="preserve"> sus. </w:t>
                  </w:r>
                  <w:proofErr w:type="spellStart"/>
                  <w:r w:rsidRPr="00172FDA">
                    <w:rPr>
                      <w:rFonts w:ascii="Times New Roman" w:eastAsia="Times New Roman" w:hAnsi="Times New Roman" w:cs="Times New Roman"/>
                    </w:rPr>
                    <w:t>Cererile</w:t>
                  </w:r>
                  <w:proofErr w:type="spellEnd"/>
                  <w:r w:rsidRPr="00172FDA">
                    <w:rPr>
                      <w:rFonts w:ascii="Times New Roman" w:eastAsia="Times New Roman" w:hAnsi="Times New Roman" w:cs="Times New Roman"/>
                    </w:rPr>
                    <w:t>/</w:t>
                  </w:r>
                  <w:proofErr w:type="spellStart"/>
                  <w:r w:rsidRPr="00172FDA">
                    <w:rPr>
                      <w:rFonts w:ascii="Times New Roman" w:eastAsia="Times New Roman" w:hAnsi="Times New Roman" w:cs="Times New Roman"/>
                    </w:rPr>
                    <w:t>solicitările</w:t>
                  </w:r>
                  <w:proofErr w:type="spellEnd"/>
                  <w:r w:rsidRPr="00172FDA">
                    <w:rPr>
                      <w:rFonts w:ascii="Times New Roman" w:eastAsia="Times New Roman" w:hAnsi="Times New Roman" w:cs="Times New Roman"/>
                    </w:rPr>
                    <w:t xml:space="preserve"> se </w:t>
                  </w:r>
                  <w:proofErr w:type="spellStart"/>
                  <w:r w:rsidRPr="00172FDA">
                    <w:rPr>
                      <w:rFonts w:ascii="Times New Roman" w:eastAsia="Times New Roman" w:hAnsi="Times New Roman" w:cs="Times New Roman"/>
                    </w:rPr>
                    <w:t>depun</w:t>
                  </w:r>
                  <w:proofErr w:type="spellEnd"/>
                  <w:r w:rsidRPr="00172FDA">
                    <w:rPr>
                      <w:rFonts w:ascii="Times New Roman" w:eastAsia="Times New Roman" w:hAnsi="Times New Roman" w:cs="Times New Roman"/>
                    </w:rPr>
                    <w:t xml:space="preserve"> </w:t>
                  </w:r>
                  <w:proofErr w:type="spellStart"/>
                  <w:r w:rsidRPr="00172FDA">
                    <w:rPr>
                      <w:rFonts w:ascii="Times New Roman" w:eastAsia="Times New Roman" w:hAnsi="Times New Roman" w:cs="Times New Roman"/>
                    </w:rPr>
                    <w:t>până</w:t>
                  </w:r>
                  <w:proofErr w:type="spellEnd"/>
                  <w:r w:rsidRPr="00172FDA">
                    <w:rPr>
                      <w:rFonts w:ascii="Times New Roman" w:eastAsia="Times New Roman" w:hAnsi="Times New Roman" w:cs="Times New Roman"/>
                    </w:rPr>
                    <w:t xml:space="preserve"> la data de 31.01.2027.</w:t>
                  </w:r>
                </w:p>
                <w:p w14:paraId="6BE2D8AD" w14:textId="77777777" w:rsidR="00172FDA" w:rsidRPr="00172FDA" w:rsidRDefault="00172FDA" w:rsidP="00172FDA">
                  <w:pPr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  <w:proofErr w:type="spellStart"/>
                  <w:r w:rsidRPr="00172FDA">
                    <w:rPr>
                      <w:rFonts w:ascii="Times New Roman" w:eastAsia="Times New Roman" w:hAnsi="Times New Roman" w:cs="Times New Roman"/>
                    </w:rPr>
                    <w:t>Pentru</w:t>
                  </w:r>
                  <w:proofErr w:type="spellEnd"/>
                  <w:r w:rsidRPr="00172FDA">
                    <w:rPr>
                      <w:rFonts w:ascii="Times New Roman" w:eastAsia="Times New Roman" w:hAnsi="Times New Roman" w:cs="Times New Roman"/>
                    </w:rPr>
                    <w:t xml:space="preserve"> </w:t>
                  </w:r>
                  <w:proofErr w:type="spellStart"/>
                  <w:r w:rsidRPr="00172FDA">
                    <w:rPr>
                      <w:rFonts w:ascii="Times New Roman" w:eastAsia="Times New Roman" w:hAnsi="Times New Roman" w:cs="Times New Roman"/>
                    </w:rPr>
                    <w:t>cluburile</w:t>
                  </w:r>
                  <w:proofErr w:type="spellEnd"/>
                  <w:r w:rsidRPr="00172FDA">
                    <w:rPr>
                      <w:rFonts w:ascii="Times New Roman" w:eastAsia="Times New Roman" w:hAnsi="Times New Roman" w:cs="Times New Roman"/>
                    </w:rPr>
                    <w:t xml:space="preserve"> care </w:t>
                  </w:r>
                  <w:proofErr w:type="spellStart"/>
                  <w:r w:rsidRPr="00172FDA">
                    <w:rPr>
                      <w:rFonts w:ascii="Times New Roman" w:eastAsia="Times New Roman" w:hAnsi="Times New Roman" w:cs="Times New Roman"/>
                    </w:rPr>
                    <w:t>închiriază</w:t>
                  </w:r>
                  <w:proofErr w:type="spellEnd"/>
                  <w:r w:rsidRPr="00172FDA">
                    <w:rPr>
                      <w:rFonts w:ascii="Times New Roman" w:eastAsia="Times New Roman" w:hAnsi="Times New Roman" w:cs="Times New Roman"/>
                    </w:rPr>
                    <w:t xml:space="preserve"> </w:t>
                  </w:r>
                  <w:proofErr w:type="spellStart"/>
                  <w:r w:rsidRPr="00172FDA">
                    <w:rPr>
                      <w:rFonts w:ascii="Times New Roman" w:eastAsia="Times New Roman" w:hAnsi="Times New Roman" w:cs="Times New Roman"/>
                    </w:rPr>
                    <w:t>terenurile</w:t>
                  </w:r>
                  <w:proofErr w:type="spellEnd"/>
                  <w:r w:rsidRPr="00172FDA">
                    <w:rPr>
                      <w:rFonts w:ascii="Times New Roman" w:eastAsia="Times New Roman" w:hAnsi="Times New Roman" w:cs="Times New Roman"/>
                    </w:rPr>
                    <w:t xml:space="preserve"> cu </w:t>
                  </w:r>
                  <w:proofErr w:type="spellStart"/>
                  <w:r w:rsidRPr="00172FDA">
                    <w:rPr>
                      <w:rFonts w:ascii="Times New Roman" w:eastAsia="Times New Roman" w:hAnsi="Times New Roman" w:cs="Times New Roman"/>
                    </w:rPr>
                    <w:t>gazon</w:t>
                  </w:r>
                  <w:proofErr w:type="spellEnd"/>
                  <w:r w:rsidRPr="00172FDA">
                    <w:rPr>
                      <w:rFonts w:ascii="Times New Roman" w:eastAsia="Times New Roman" w:hAnsi="Times New Roman" w:cs="Times New Roman"/>
                    </w:rPr>
                    <w:t xml:space="preserve"> </w:t>
                  </w:r>
                  <w:proofErr w:type="spellStart"/>
                  <w:r w:rsidRPr="00172FDA">
                    <w:rPr>
                      <w:rFonts w:ascii="Times New Roman" w:eastAsia="Times New Roman" w:hAnsi="Times New Roman" w:cs="Times New Roman"/>
                    </w:rPr>
                    <w:t>sintetic</w:t>
                  </w:r>
                  <w:proofErr w:type="spellEnd"/>
                  <w:r w:rsidRPr="00172FDA">
                    <w:rPr>
                      <w:rFonts w:ascii="Times New Roman" w:eastAsia="Times New Roman" w:hAnsi="Times New Roman" w:cs="Times New Roman"/>
                    </w:rPr>
                    <w:t xml:space="preserve"> </w:t>
                  </w:r>
                  <w:proofErr w:type="spellStart"/>
                  <w:r w:rsidRPr="00172FDA">
                    <w:rPr>
                      <w:rFonts w:ascii="Times New Roman" w:eastAsia="Times New Roman" w:hAnsi="Times New Roman" w:cs="Times New Roman"/>
                    </w:rPr>
                    <w:t>pentru</w:t>
                  </w:r>
                  <w:proofErr w:type="spellEnd"/>
                  <w:r w:rsidRPr="00172FDA">
                    <w:rPr>
                      <w:rFonts w:ascii="Times New Roman" w:eastAsia="Times New Roman" w:hAnsi="Times New Roman" w:cs="Times New Roman"/>
                    </w:rPr>
                    <w:t xml:space="preserve"> </w:t>
                  </w:r>
                  <w:proofErr w:type="spellStart"/>
                  <w:r w:rsidRPr="00172FDA">
                    <w:rPr>
                      <w:rFonts w:ascii="Times New Roman" w:eastAsia="Times New Roman" w:hAnsi="Times New Roman" w:cs="Times New Roman"/>
                    </w:rPr>
                    <w:t>antrenamente</w:t>
                  </w:r>
                  <w:proofErr w:type="spellEnd"/>
                  <w:r w:rsidRPr="00172FDA">
                    <w:rPr>
                      <w:rFonts w:ascii="Times New Roman" w:eastAsia="Times New Roman" w:hAnsi="Times New Roman" w:cs="Times New Roman"/>
                    </w:rPr>
                    <w:t xml:space="preserve"> cu </w:t>
                  </w:r>
                  <w:proofErr w:type="spellStart"/>
                  <w:r w:rsidRPr="00172FDA">
                    <w:rPr>
                      <w:rFonts w:ascii="Times New Roman" w:eastAsia="Times New Roman" w:hAnsi="Times New Roman" w:cs="Times New Roman"/>
                    </w:rPr>
                    <w:t>peste</w:t>
                  </w:r>
                  <w:proofErr w:type="spellEnd"/>
                  <w:r w:rsidRPr="00172FDA">
                    <w:rPr>
                      <w:rFonts w:ascii="Times New Roman" w:eastAsia="Times New Roman" w:hAnsi="Times New Roman" w:cs="Times New Roman"/>
                    </w:rPr>
                    <w:t xml:space="preserve"> 10 ore pe </w:t>
                  </w:r>
                  <w:proofErr w:type="spellStart"/>
                  <w:r w:rsidRPr="00172FDA">
                    <w:rPr>
                      <w:rFonts w:ascii="Times New Roman" w:eastAsia="Times New Roman" w:hAnsi="Times New Roman" w:cs="Times New Roman"/>
                    </w:rPr>
                    <w:t>săptămână</w:t>
                  </w:r>
                  <w:proofErr w:type="spellEnd"/>
                  <w:r w:rsidRPr="00172FDA">
                    <w:rPr>
                      <w:rFonts w:ascii="Times New Roman" w:eastAsia="Times New Roman" w:hAnsi="Times New Roman" w:cs="Times New Roman"/>
                    </w:rPr>
                    <w:t xml:space="preserve">, </w:t>
                  </w:r>
                  <w:proofErr w:type="spellStart"/>
                  <w:r w:rsidRPr="00172FDA">
                    <w:rPr>
                      <w:rFonts w:ascii="Times New Roman" w:eastAsia="Times New Roman" w:hAnsi="Times New Roman" w:cs="Times New Roman"/>
                    </w:rPr>
                    <w:t>prețul</w:t>
                  </w:r>
                  <w:proofErr w:type="spellEnd"/>
                  <w:r w:rsidRPr="00172FDA">
                    <w:rPr>
                      <w:rFonts w:ascii="Times New Roman" w:eastAsia="Times New Roman" w:hAnsi="Times New Roman" w:cs="Times New Roman"/>
                    </w:rPr>
                    <w:t xml:space="preserve"> </w:t>
                  </w:r>
                  <w:proofErr w:type="spellStart"/>
                  <w:r w:rsidRPr="00172FDA">
                    <w:rPr>
                      <w:rFonts w:ascii="Times New Roman" w:eastAsia="Times New Roman" w:hAnsi="Times New Roman" w:cs="Times New Roman"/>
                    </w:rPr>
                    <w:t>chiriei</w:t>
                  </w:r>
                  <w:proofErr w:type="spellEnd"/>
                  <w:r w:rsidRPr="00172FDA">
                    <w:rPr>
                      <w:rFonts w:ascii="Times New Roman" w:eastAsia="Times New Roman" w:hAnsi="Times New Roman" w:cs="Times New Roman"/>
                    </w:rPr>
                    <w:t xml:space="preserve"> </w:t>
                  </w:r>
                  <w:proofErr w:type="spellStart"/>
                  <w:r w:rsidRPr="00172FDA">
                    <w:rPr>
                      <w:rFonts w:ascii="Times New Roman" w:eastAsia="Times New Roman" w:hAnsi="Times New Roman" w:cs="Times New Roman"/>
                    </w:rPr>
                    <w:t>va</w:t>
                  </w:r>
                  <w:proofErr w:type="spellEnd"/>
                  <w:r w:rsidRPr="00172FDA">
                    <w:rPr>
                      <w:rFonts w:ascii="Times New Roman" w:eastAsia="Times New Roman" w:hAnsi="Times New Roman" w:cs="Times New Roman"/>
                    </w:rPr>
                    <w:t xml:space="preserve"> fi de 1.200 lei/</w:t>
                  </w:r>
                  <w:proofErr w:type="spellStart"/>
                  <w:r w:rsidRPr="00172FDA">
                    <w:rPr>
                      <w:rFonts w:ascii="Times New Roman" w:eastAsia="Times New Roman" w:hAnsi="Times New Roman" w:cs="Times New Roman"/>
                    </w:rPr>
                    <w:t>lună</w:t>
                  </w:r>
                  <w:proofErr w:type="spellEnd"/>
                  <w:r w:rsidRPr="00172FDA">
                    <w:rPr>
                      <w:rFonts w:ascii="Times New Roman" w:eastAsia="Times New Roman" w:hAnsi="Times New Roman" w:cs="Times New Roman"/>
                    </w:rPr>
                    <w:t>.</w:t>
                  </w:r>
                </w:p>
                <w:p w14:paraId="789F5084" w14:textId="77777777" w:rsidR="00172FDA" w:rsidRPr="00172FDA" w:rsidRDefault="00172FDA" w:rsidP="00172FDA">
                  <w:pPr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  <w:proofErr w:type="spellStart"/>
                  <w:r w:rsidRPr="00172FDA">
                    <w:rPr>
                      <w:rFonts w:ascii="Times New Roman" w:eastAsia="Times New Roman" w:hAnsi="Times New Roman" w:cs="Times New Roman"/>
                    </w:rPr>
                    <w:t>Pentru</w:t>
                  </w:r>
                  <w:proofErr w:type="spellEnd"/>
                  <w:r w:rsidRPr="00172FDA">
                    <w:rPr>
                      <w:rFonts w:ascii="Times New Roman" w:eastAsia="Times New Roman" w:hAnsi="Times New Roman" w:cs="Times New Roman"/>
                    </w:rPr>
                    <w:t xml:space="preserve"> </w:t>
                  </w:r>
                  <w:proofErr w:type="spellStart"/>
                  <w:r w:rsidRPr="00172FDA">
                    <w:rPr>
                      <w:rFonts w:ascii="Times New Roman" w:eastAsia="Times New Roman" w:hAnsi="Times New Roman" w:cs="Times New Roman"/>
                    </w:rPr>
                    <w:t>competițiile</w:t>
                  </w:r>
                  <w:proofErr w:type="spellEnd"/>
                  <w:r w:rsidRPr="00172FDA">
                    <w:rPr>
                      <w:rFonts w:ascii="Times New Roman" w:eastAsia="Times New Roman" w:hAnsi="Times New Roman" w:cs="Times New Roman"/>
                    </w:rPr>
                    <w:t xml:space="preserve"> sportive </w:t>
                  </w:r>
                  <w:proofErr w:type="spellStart"/>
                  <w:r w:rsidRPr="00172FDA">
                    <w:rPr>
                      <w:rFonts w:ascii="Times New Roman" w:eastAsia="Times New Roman" w:hAnsi="Times New Roman" w:cs="Times New Roman"/>
                    </w:rPr>
                    <w:t>organizate</w:t>
                  </w:r>
                  <w:proofErr w:type="spellEnd"/>
                  <w:r w:rsidRPr="00172FDA">
                    <w:rPr>
                      <w:rFonts w:ascii="Times New Roman" w:eastAsia="Times New Roman" w:hAnsi="Times New Roman" w:cs="Times New Roman"/>
                    </w:rPr>
                    <w:t xml:space="preserve"> de </w:t>
                  </w:r>
                  <w:proofErr w:type="spellStart"/>
                  <w:r w:rsidRPr="00172FDA">
                    <w:rPr>
                      <w:rFonts w:ascii="Times New Roman" w:eastAsia="Times New Roman" w:hAnsi="Times New Roman" w:cs="Times New Roman"/>
                    </w:rPr>
                    <w:t>federațiile</w:t>
                  </w:r>
                  <w:proofErr w:type="spellEnd"/>
                  <w:r w:rsidRPr="00172FDA">
                    <w:rPr>
                      <w:rFonts w:ascii="Times New Roman" w:eastAsia="Times New Roman" w:hAnsi="Times New Roman" w:cs="Times New Roman"/>
                    </w:rPr>
                    <w:t xml:space="preserve"> de </w:t>
                  </w:r>
                  <w:proofErr w:type="spellStart"/>
                  <w:r w:rsidRPr="00172FDA">
                    <w:rPr>
                      <w:rFonts w:ascii="Times New Roman" w:eastAsia="Times New Roman" w:hAnsi="Times New Roman" w:cs="Times New Roman"/>
                    </w:rPr>
                    <w:t>specialitate</w:t>
                  </w:r>
                  <w:proofErr w:type="spellEnd"/>
                  <w:r w:rsidRPr="00172FDA">
                    <w:rPr>
                      <w:rFonts w:ascii="Times New Roman" w:eastAsia="Times New Roman" w:hAnsi="Times New Roman" w:cs="Times New Roman"/>
                    </w:rPr>
                    <w:t xml:space="preserve"> (</w:t>
                  </w:r>
                  <w:proofErr w:type="spellStart"/>
                  <w:r w:rsidRPr="00172FDA">
                    <w:rPr>
                      <w:rFonts w:ascii="Times New Roman" w:eastAsia="Times New Roman" w:hAnsi="Times New Roman" w:cs="Times New Roman"/>
                    </w:rPr>
                    <w:t>turnee</w:t>
                  </w:r>
                  <w:proofErr w:type="spellEnd"/>
                  <w:r w:rsidRPr="00172FDA">
                    <w:rPr>
                      <w:rFonts w:ascii="Times New Roman" w:eastAsia="Times New Roman" w:hAnsi="Times New Roman" w:cs="Times New Roman"/>
                    </w:rPr>
                    <w:t xml:space="preserve">, </w:t>
                  </w:r>
                  <w:proofErr w:type="spellStart"/>
                  <w:r w:rsidRPr="00172FDA">
                    <w:rPr>
                      <w:rFonts w:ascii="Times New Roman" w:eastAsia="Times New Roman" w:hAnsi="Times New Roman" w:cs="Times New Roman"/>
                    </w:rPr>
                    <w:t>cupe</w:t>
                  </w:r>
                  <w:proofErr w:type="spellEnd"/>
                  <w:r w:rsidRPr="00172FDA">
                    <w:rPr>
                      <w:rFonts w:ascii="Times New Roman" w:eastAsia="Times New Roman" w:hAnsi="Times New Roman" w:cs="Times New Roman"/>
                    </w:rPr>
                    <w:t xml:space="preserve">, etc.) </w:t>
                  </w:r>
                  <w:proofErr w:type="spellStart"/>
                  <w:r w:rsidRPr="00172FDA">
                    <w:rPr>
                      <w:rFonts w:ascii="Times New Roman" w:eastAsia="Times New Roman" w:hAnsi="Times New Roman" w:cs="Times New Roman"/>
                    </w:rPr>
                    <w:t>tarifele</w:t>
                  </w:r>
                  <w:proofErr w:type="spellEnd"/>
                  <w:r w:rsidRPr="00172FDA">
                    <w:rPr>
                      <w:rFonts w:ascii="Times New Roman" w:eastAsia="Times New Roman" w:hAnsi="Times New Roman" w:cs="Times New Roman"/>
                    </w:rPr>
                    <w:t xml:space="preserve">  se </w:t>
                  </w:r>
                  <w:proofErr w:type="spellStart"/>
                  <w:r w:rsidRPr="00172FDA">
                    <w:rPr>
                      <w:rFonts w:ascii="Times New Roman" w:eastAsia="Times New Roman" w:hAnsi="Times New Roman" w:cs="Times New Roman"/>
                    </w:rPr>
                    <w:t>reduc</w:t>
                  </w:r>
                  <w:proofErr w:type="spellEnd"/>
                  <w:r w:rsidRPr="00172FDA">
                    <w:rPr>
                      <w:rFonts w:ascii="Times New Roman" w:eastAsia="Times New Roman" w:hAnsi="Times New Roman" w:cs="Times New Roman"/>
                    </w:rPr>
                    <w:t xml:space="preserve"> cu 80%.</w:t>
                  </w:r>
                </w:p>
                <w:p w14:paraId="12E0D8E8" w14:textId="77777777" w:rsidR="00172FDA" w:rsidRPr="00172FDA" w:rsidRDefault="00172FDA" w:rsidP="00172FDA">
                  <w:pPr>
                    <w:rPr>
                      <w:rFonts w:ascii="Times New Roman" w:eastAsia="Times New Roman" w:hAnsi="Times New Roman" w:cs="Times New Roman"/>
                    </w:rPr>
                  </w:pPr>
                  <w:proofErr w:type="spellStart"/>
                  <w:r w:rsidRPr="00172FDA">
                    <w:rPr>
                      <w:rFonts w:ascii="Times New Roman" w:eastAsia="Times New Roman" w:hAnsi="Times New Roman" w:cs="Times New Roman"/>
                    </w:rPr>
                    <w:t>Accesul</w:t>
                  </w:r>
                  <w:proofErr w:type="spellEnd"/>
                  <w:r w:rsidRPr="00172FDA">
                    <w:rPr>
                      <w:rFonts w:ascii="Times New Roman" w:eastAsia="Times New Roman" w:hAnsi="Times New Roman" w:cs="Times New Roman"/>
                    </w:rPr>
                    <w:t xml:space="preserve"> la </w:t>
                  </w:r>
                  <w:proofErr w:type="spellStart"/>
                  <w:r w:rsidRPr="00172FDA">
                    <w:rPr>
                      <w:rFonts w:ascii="Times New Roman" w:eastAsia="Times New Roman" w:hAnsi="Times New Roman" w:cs="Times New Roman"/>
                    </w:rPr>
                    <w:t>terenurile</w:t>
                  </w:r>
                  <w:proofErr w:type="spellEnd"/>
                  <w:r w:rsidRPr="00172FDA">
                    <w:rPr>
                      <w:rFonts w:ascii="Times New Roman" w:eastAsia="Times New Roman" w:hAnsi="Times New Roman" w:cs="Times New Roman"/>
                    </w:rPr>
                    <w:t xml:space="preserve"> de sport se face </w:t>
                  </w:r>
                  <w:proofErr w:type="spellStart"/>
                  <w:r w:rsidRPr="00172FDA">
                    <w:rPr>
                      <w:rFonts w:ascii="Times New Roman" w:eastAsia="Times New Roman" w:hAnsi="Times New Roman" w:cs="Times New Roman"/>
                    </w:rPr>
                    <w:t>zilnic</w:t>
                  </w:r>
                  <w:proofErr w:type="spellEnd"/>
                  <w:r w:rsidRPr="00172FDA">
                    <w:rPr>
                      <w:rFonts w:ascii="Times New Roman" w:eastAsia="Times New Roman" w:hAnsi="Times New Roman" w:cs="Times New Roman"/>
                    </w:rPr>
                    <w:t xml:space="preserve"> </w:t>
                  </w:r>
                  <w:proofErr w:type="spellStart"/>
                  <w:r w:rsidRPr="00172FDA">
                    <w:rPr>
                      <w:rFonts w:ascii="Times New Roman" w:eastAsia="Times New Roman" w:hAnsi="Times New Roman" w:cs="Times New Roman"/>
                    </w:rPr>
                    <w:t>între</w:t>
                  </w:r>
                  <w:proofErr w:type="spellEnd"/>
                  <w:r w:rsidRPr="00172FDA">
                    <w:rPr>
                      <w:rFonts w:ascii="Times New Roman" w:eastAsia="Times New Roman" w:hAnsi="Times New Roman" w:cs="Times New Roman"/>
                    </w:rPr>
                    <w:t xml:space="preserve"> </w:t>
                  </w:r>
                  <w:proofErr w:type="spellStart"/>
                  <w:r w:rsidRPr="00172FDA">
                    <w:rPr>
                      <w:rFonts w:ascii="Times New Roman" w:eastAsia="Times New Roman" w:hAnsi="Times New Roman" w:cs="Times New Roman"/>
                    </w:rPr>
                    <w:t>orele</w:t>
                  </w:r>
                  <w:proofErr w:type="spellEnd"/>
                  <w:r w:rsidRPr="00172FDA">
                    <w:rPr>
                      <w:rFonts w:ascii="Times New Roman" w:eastAsia="Times New Roman" w:hAnsi="Times New Roman" w:cs="Times New Roman"/>
                    </w:rPr>
                    <w:t xml:space="preserve"> 7,00 – 24,00 . </w:t>
                  </w:r>
                </w:p>
                <w:p w14:paraId="56EE06FC" w14:textId="77777777" w:rsidR="00172FDA" w:rsidRPr="00172FDA" w:rsidRDefault="00172FDA" w:rsidP="00172FDA">
                  <w:pPr>
                    <w:rPr>
                      <w:rFonts w:ascii="Times New Roman" w:eastAsia="Times New Roman" w:hAnsi="Times New Roman" w:cs="Times New Roman"/>
                    </w:rPr>
                  </w:pPr>
                  <w:r w:rsidRPr="00172FDA">
                    <w:rPr>
                      <w:rFonts w:ascii="Times New Roman" w:eastAsia="Times New Roman" w:hAnsi="Times New Roman" w:cs="Times New Roman"/>
                    </w:rPr>
                    <w:t xml:space="preserve">Pe </w:t>
                  </w:r>
                  <w:proofErr w:type="spellStart"/>
                  <w:r w:rsidRPr="00172FDA">
                    <w:rPr>
                      <w:rFonts w:ascii="Times New Roman" w:eastAsia="Times New Roman" w:hAnsi="Times New Roman" w:cs="Times New Roman"/>
                    </w:rPr>
                    <w:t>perioadele</w:t>
                  </w:r>
                  <w:proofErr w:type="spellEnd"/>
                  <w:r w:rsidRPr="00172FDA">
                    <w:rPr>
                      <w:rFonts w:ascii="Times New Roman" w:eastAsia="Times New Roman" w:hAnsi="Times New Roman" w:cs="Times New Roman"/>
                    </w:rPr>
                    <w:t xml:space="preserve"> </w:t>
                  </w:r>
                  <w:proofErr w:type="spellStart"/>
                  <w:r w:rsidRPr="00172FDA">
                    <w:rPr>
                      <w:rFonts w:ascii="Times New Roman" w:eastAsia="Times New Roman" w:hAnsi="Times New Roman" w:cs="Times New Roman"/>
                    </w:rPr>
                    <w:t>în</w:t>
                  </w:r>
                  <w:proofErr w:type="spellEnd"/>
                  <w:r w:rsidRPr="00172FDA">
                    <w:rPr>
                      <w:rFonts w:ascii="Times New Roman" w:eastAsia="Times New Roman" w:hAnsi="Times New Roman" w:cs="Times New Roman"/>
                    </w:rPr>
                    <w:t xml:space="preserve"> care se </w:t>
                  </w:r>
                  <w:proofErr w:type="spellStart"/>
                  <w:r w:rsidRPr="00172FDA">
                    <w:rPr>
                      <w:rFonts w:ascii="Times New Roman" w:eastAsia="Times New Roman" w:hAnsi="Times New Roman" w:cs="Times New Roman"/>
                    </w:rPr>
                    <w:t>desfășoară</w:t>
                  </w:r>
                  <w:proofErr w:type="spellEnd"/>
                  <w:r w:rsidRPr="00172FDA">
                    <w:rPr>
                      <w:rFonts w:ascii="Times New Roman" w:eastAsia="Times New Roman" w:hAnsi="Times New Roman" w:cs="Times New Roman"/>
                    </w:rPr>
                    <w:t xml:space="preserve"> </w:t>
                  </w:r>
                  <w:proofErr w:type="spellStart"/>
                  <w:r w:rsidRPr="00172FDA">
                    <w:rPr>
                      <w:rFonts w:ascii="Times New Roman" w:eastAsia="Times New Roman" w:hAnsi="Times New Roman" w:cs="Times New Roman"/>
                    </w:rPr>
                    <w:t>activități</w:t>
                  </w:r>
                  <w:proofErr w:type="spellEnd"/>
                  <w:r w:rsidRPr="00172FDA">
                    <w:rPr>
                      <w:rFonts w:ascii="Times New Roman" w:eastAsia="Times New Roman" w:hAnsi="Times New Roman" w:cs="Times New Roman"/>
                    </w:rPr>
                    <w:t xml:space="preserve"> </w:t>
                  </w:r>
                  <w:proofErr w:type="spellStart"/>
                  <w:r w:rsidRPr="00172FDA">
                    <w:rPr>
                      <w:rFonts w:ascii="Times New Roman" w:eastAsia="Times New Roman" w:hAnsi="Times New Roman" w:cs="Times New Roman"/>
                    </w:rPr>
                    <w:t>în</w:t>
                  </w:r>
                  <w:proofErr w:type="spellEnd"/>
                  <w:r w:rsidRPr="00172FDA">
                    <w:rPr>
                      <w:rFonts w:ascii="Times New Roman" w:eastAsia="Times New Roman" w:hAnsi="Times New Roman" w:cs="Times New Roman"/>
                    </w:rPr>
                    <w:t xml:space="preserve"> </w:t>
                  </w:r>
                  <w:proofErr w:type="spellStart"/>
                  <w:r w:rsidRPr="00172FDA">
                    <w:rPr>
                      <w:rFonts w:ascii="Times New Roman" w:eastAsia="Times New Roman" w:hAnsi="Times New Roman" w:cs="Times New Roman"/>
                    </w:rPr>
                    <w:t>cadrul</w:t>
                  </w:r>
                  <w:proofErr w:type="spellEnd"/>
                  <w:r w:rsidRPr="00172FDA">
                    <w:rPr>
                      <w:rFonts w:ascii="Times New Roman" w:eastAsia="Times New Roman" w:hAnsi="Times New Roman" w:cs="Times New Roman"/>
                    </w:rPr>
                    <w:t xml:space="preserve"> </w:t>
                  </w:r>
                  <w:proofErr w:type="spellStart"/>
                  <w:r w:rsidRPr="00172FDA">
                    <w:rPr>
                      <w:rFonts w:ascii="Times New Roman" w:eastAsia="Times New Roman" w:hAnsi="Times New Roman" w:cs="Times New Roman"/>
                    </w:rPr>
                    <w:t>programului</w:t>
                  </w:r>
                  <w:proofErr w:type="spellEnd"/>
                  <w:r w:rsidRPr="00172FDA">
                    <w:rPr>
                      <w:rFonts w:ascii="Times New Roman" w:eastAsia="Times New Roman" w:hAnsi="Times New Roman" w:cs="Times New Roman"/>
                    </w:rPr>
                    <w:t xml:space="preserve"> ,,</w:t>
                  </w:r>
                  <w:proofErr w:type="spellStart"/>
                  <w:r w:rsidRPr="00172FDA">
                    <w:rPr>
                      <w:rFonts w:ascii="Times New Roman" w:eastAsia="Times New Roman" w:hAnsi="Times New Roman" w:cs="Times New Roman"/>
                    </w:rPr>
                    <w:t>Școala</w:t>
                  </w:r>
                  <w:proofErr w:type="spellEnd"/>
                  <w:r w:rsidRPr="00172FDA">
                    <w:rPr>
                      <w:rFonts w:ascii="Times New Roman" w:eastAsia="Times New Roman" w:hAnsi="Times New Roman" w:cs="Times New Roman"/>
                    </w:rPr>
                    <w:t xml:space="preserve"> </w:t>
                  </w:r>
                  <w:proofErr w:type="spellStart"/>
                  <w:r w:rsidRPr="00172FDA">
                    <w:rPr>
                      <w:rFonts w:ascii="Times New Roman" w:eastAsia="Times New Roman" w:hAnsi="Times New Roman" w:cs="Times New Roman"/>
                    </w:rPr>
                    <w:t>altfel</w:t>
                  </w:r>
                  <w:proofErr w:type="spellEnd"/>
                  <w:r w:rsidRPr="00172FDA">
                    <w:rPr>
                      <w:rFonts w:ascii="Times New Roman" w:eastAsia="Times New Roman" w:hAnsi="Times New Roman" w:cs="Times New Roman"/>
                    </w:rPr>
                    <w:t xml:space="preserve">,, </w:t>
                  </w:r>
                  <w:proofErr w:type="spellStart"/>
                  <w:r w:rsidRPr="00172FDA">
                    <w:rPr>
                      <w:rFonts w:ascii="Times New Roman" w:eastAsia="Times New Roman" w:hAnsi="Times New Roman" w:cs="Times New Roman"/>
                    </w:rPr>
                    <w:t>accesul</w:t>
                  </w:r>
                  <w:proofErr w:type="spellEnd"/>
                  <w:r w:rsidRPr="00172FDA">
                    <w:rPr>
                      <w:rFonts w:ascii="Times New Roman" w:eastAsia="Times New Roman" w:hAnsi="Times New Roman" w:cs="Times New Roman"/>
                    </w:rPr>
                    <w:t xml:space="preserve"> </w:t>
                  </w:r>
                  <w:proofErr w:type="spellStart"/>
                  <w:r w:rsidRPr="00172FDA">
                    <w:rPr>
                      <w:rFonts w:ascii="Times New Roman" w:eastAsia="Times New Roman" w:hAnsi="Times New Roman" w:cs="Times New Roman"/>
                    </w:rPr>
                    <w:t>elevilor</w:t>
                  </w:r>
                  <w:proofErr w:type="spellEnd"/>
                  <w:r w:rsidRPr="00172FDA">
                    <w:rPr>
                      <w:rFonts w:ascii="Times New Roman" w:eastAsia="Times New Roman" w:hAnsi="Times New Roman" w:cs="Times New Roman"/>
                    </w:rPr>
                    <w:t xml:space="preserve"> pe </w:t>
                  </w:r>
                  <w:proofErr w:type="spellStart"/>
                  <w:r w:rsidRPr="00172FDA">
                    <w:rPr>
                      <w:rFonts w:ascii="Times New Roman" w:eastAsia="Times New Roman" w:hAnsi="Times New Roman" w:cs="Times New Roman"/>
                    </w:rPr>
                    <w:t>terenurile</w:t>
                  </w:r>
                  <w:proofErr w:type="spellEnd"/>
                  <w:r w:rsidRPr="00172FDA">
                    <w:rPr>
                      <w:rFonts w:ascii="Times New Roman" w:eastAsia="Times New Roman" w:hAnsi="Times New Roman" w:cs="Times New Roman"/>
                    </w:rPr>
                    <w:t xml:space="preserve"> de sport </w:t>
                  </w:r>
                  <w:proofErr w:type="spellStart"/>
                  <w:r w:rsidRPr="00172FDA">
                    <w:rPr>
                      <w:rFonts w:ascii="Times New Roman" w:eastAsia="Times New Roman" w:hAnsi="Times New Roman" w:cs="Times New Roman"/>
                    </w:rPr>
                    <w:t>este</w:t>
                  </w:r>
                  <w:proofErr w:type="spellEnd"/>
                  <w:r w:rsidRPr="00172FDA">
                    <w:rPr>
                      <w:rFonts w:ascii="Times New Roman" w:eastAsia="Times New Roman" w:hAnsi="Times New Roman" w:cs="Times New Roman"/>
                    </w:rPr>
                    <w:t xml:space="preserve"> </w:t>
                  </w:r>
                  <w:proofErr w:type="spellStart"/>
                  <w:r w:rsidRPr="00172FDA">
                    <w:rPr>
                      <w:rFonts w:ascii="Times New Roman" w:eastAsia="Times New Roman" w:hAnsi="Times New Roman" w:cs="Times New Roman"/>
                    </w:rPr>
                    <w:t>gratuit</w:t>
                  </w:r>
                  <w:proofErr w:type="spellEnd"/>
                  <w:r w:rsidRPr="00172FDA">
                    <w:rPr>
                      <w:rFonts w:ascii="Times New Roman" w:eastAsia="Times New Roman" w:hAnsi="Times New Roman" w:cs="Times New Roman"/>
                    </w:rPr>
                    <w:t xml:space="preserve"> cu </w:t>
                  </w:r>
                  <w:proofErr w:type="spellStart"/>
                  <w:r w:rsidRPr="00172FDA">
                    <w:rPr>
                      <w:rFonts w:ascii="Times New Roman" w:eastAsia="Times New Roman" w:hAnsi="Times New Roman" w:cs="Times New Roman"/>
                    </w:rPr>
                    <w:t>rezervare</w:t>
                  </w:r>
                  <w:proofErr w:type="spellEnd"/>
                  <w:r w:rsidRPr="00172FDA">
                    <w:rPr>
                      <w:rFonts w:ascii="Times New Roman" w:eastAsia="Times New Roman" w:hAnsi="Times New Roman" w:cs="Times New Roman"/>
                    </w:rPr>
                    <w:t xml:space="preserve"> </w:t>
                  </w:r>
                  <w:proofErr w:type="spellStart"/>
                  <w:r w:rsidRPr="00172FDA">
                    <w:rPr>
                      <w:rFonts w:ascii="Times New Roman" w:eastAsia="Times New Roman" w:hAnsi="Times New Roman" w:cs="Times New Roman"/>
                    </w:rPr>
                    <w:t>prealabilă</w:t>
                  </w:r>
                  <w:proofErr w:type="spellEnd"/>
                  <w:r w:rsidRPr="00172FDA">
                    <w:rPr>
                      <w:rFonts w:ascii="Times New Roman" w:eastAsia="Times New Roman" w:hAnsi="Times New Roman" w:cs="Times New Roman"/>
                    </w:rPr>
                    <w:t>.</w:t>
                  </w:r>
                </w:p>
              </w:tc>
            </w:tr>
          </w:tbl>
          <w:p w14:paraId="75AA404C" w14:textId="77777777" w:rsidR="00172FDA" w:rsidRPr="00172FDA" w:rsidRDefault="00172FDA" w:rsidP="00172F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</w:pPr>
          </w:p>
        </w:tc>
      </w:tr>
      <w:tr w:rsidR="00172FDA" w:rsidRPr="00172FDA" w14:paraId="0B5495DC" w14:textId="77777777" w:rsidTr="00BD5BB3">
        <w:trPr>
          <w:trHeight w:val="277"/>
        </w:trPr>
        <w:tc>
          <w:tcPr>
            <w:tcW w:w="1933" w:type="dxa"/>
            <w:tcBorders>
              <w:top w:val="nil"/>
            </w:tcBorders>
          </w:tcPr>
          <w:p w14:paraId="6410E69E" w14:textId="77777777" w:rsidR="00172FDA" w:rsidRPr="00172FDA" w:rsidRDefault="00172FDA" w:rsidP="00172F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5</w:t>
            </w:r>
          </w:p>
        </w:tc>
        <w:tc>
          <w:tcPr>
            <w:tcW w:w="8557" w:type="dxa"/>
            <w:gridSpan w:val="5"/>
            <w:tcBorders>
              <w:top w:val="nil"/>
            </w:tcBorders>
          </w:tcPr>
          <w:p w14:paraId="776C2857" w14:textId="77777777" w:rsidR="00172FDA" w:rsidRPr="00172FDA" w:rsidRDefault="00172FDA" w:rsidP="00172F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Tarif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intrare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pe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bază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de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bilete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: lei/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intrare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/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persoană</w:t>
            </w:r>
            <w:proofErr w:type="spellEnd"/>
          </w:p>
        </w:tc>
      </w:tr>
      <w:tr w:rsidR="00172FDA" w:rsidRPr="00172FDA" w14:paraId="3FC23E64" w14:textId="77777777" w:rsidTr="00BD5BB3">
        <w:trPr>
          <w:trHeight w:val="277"/>
        </w:trPr>
        <w:tc>
          <w:tcPr>
            <w:tcW w:w="1933" w:type="dxa"/>
            <w:tcBorders>
              <w:top w:val="nil"/>
            </w:tcBorders>
          </w:tcPr>
          <w:p w14:paraId="4705BCF6" w14:textId="77777777" w:rsidR="00172FDA" w:rsidRPr="00172FDA" w:rsidRDefault="00172FDA" w:rsidP="00172F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5.1.</w:t>
            </w:r>
          </w:p>
        </w:tc>
        <w:tc>
          <w:tcPr>
            <w:tcW w:w="4392" w:type="dxa"/>
            <w:tcBorders>
              <w:top w:val="nil"/>
            </w:tcBorders>
          </w:tcPr>
          <w:p w14:paraId="422F115E" w14:textId="77777777" w:rsidR="00172FDA" w:rsidRPr="00172FDA" w:rsidRDefault="00172FDA" w:rsidP="00172F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-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adulţi</w:t>
            </w:r>
            <w:proofErr w:type="spellEnd"/>
          </w:p>
        </w:tc>
        <w:tc>
          <w:tcPr>
            <w:tcW w:w="1046" w:type="dxa"/>
          </w:tcPr>
          <w:p w14:paraId="22BA217C" w14:textId="77777777" w:rsidR="00172FDA" w:rsidRPr="00172FDA" w:rsidRDefault="00172FDA" w:rsidP="00172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30,00</w:t>
            </w:r>
          </w:p>
        </w:tc>
        <w:tc>
          <w:tcPr>
            <w:tcW w:w="892" w:type="dxa"/>
          </w:tcPr>
          <w:p w14:paraId="59A35FD2" w14:textId="77777777" w:rsidR="00172FDA" w:rsidRPr="00172FDA" w:rsidRDefault="00172FDA" w:rsidP="00172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45,00</w:t>
            </w:r>
          </w:p>
        </w:tc>
        <w:tc>
          <w:tcPr>
            <w:tcW w:w="958" w:type="dxa"/>
            <w:tcBorders>
              <w:right w:val="single" w:sz="4" w:space="0" w:color="auto"/>
            </w:tcBorders>
          </w:tcPr>
          <w:p w14:paraId="6B9FE9F5" w14:textId="77777777" w:rsidR="00172FDA" w:rsidRPr="00172FDA" w:rsidRDefault="00172FDA" w:rsidP="00172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-</w:t>
            </w:r>
          </w:p>
        </w:tc>
        <w:tc>
          <w:tcPr>
            <w:tcW w:w="1269" w:type="dxa"/>
            <w:tcBorders>
              <w:left w:val="single" w:sz="4" w:space="0" w:color="auto"/>
            </w:tcBorders>
          </w:tcPr>
          <w:p w14:paraId="70DF40B4" w14:textId="77777777" w:rsidR="00172FDA" w:rsidRPr="00172FDA" w:rsidRDefault="00172FDA" w:rsidP="00172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-</w:t>
            </w:r>
          </w:p>
        </w:tc>
      </w:tr>
      <w:tr w:rsidR="00172FDA" w:rsidRPr="00172FDA" w14:paraId="67A4CA1B" w14:textId="77777777" w:rsidTr="00BD5BB3">
        <w:trPr>
          <w:trHeight w:val="277"/>
        </w:trPr>
        <w:tc>
          <w:tcPr>
            <w:tcW w:w="1933" w:type="dxa"/>
            <w:tcBorders>
              <w:top w:val="nil"/>
            </w:tcBorders>
          </w:tcPr>
          <w:p w14:paraId="19E045B1" w14:textId="77777777" w:rsidR="00172FDA" w:rsidRPr="00172FDA" w:rsidRDefault="00172FDA" w:rsidP="00172F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5.2.</w:t>
            </w:r>
          </w:p>
        </w:tc>
        <w:tc>
          <w:tcPr>
            <w:tcW w:w="4392" w:type="dxa"/>
            <w:tcBorders>
              <w:top w:val="nil"/>
            </w:tcBorders>
          </w:tcPr>
          <w:p w14:paraId="4BDE5617" w14:textId="77777777" w:rsidR="00172FDA" w:rsidRPr="00172FDA" w:rsidRDefault="00172FDA" w:rsidP="00172F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-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copiii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de la 3 ani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până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la 14 ani şi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pensionari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</w:p>
        </w:tc>
        <w:tc>
          <w:tcPr>
            <w:tcW w:w="1046" w:type="dxa"/>
          </w:tcPr>
          <w:p w14:paraId="2B999270" w14:textId="77777777" w:rsidR="00172FDA" w:rsidRPr="00172FDA" w:rsidRDefault="00172FDA" w:rsidP="00172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15,00</w:t>
            </w:r>
          </w:p>
        </w:tc>
        <w:tc>
          <w:tcPr>
            <w:tcW w:w="892" w:type="dxa"/>
          </w:tcPr>
          <w:p w14:paraId="3D93A39C" w14:textId="77777777" w:rsidR="00172FDA" w:rsidRPr="00172FDA" w:rsidRDefault="00172FDA" w:rsidP="00172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25,00</w:t>
            </w:r>
          </w:p>
        </w:tc>
        <w:tc>
          <w:tcPr>
            <w:tcW w:w="958" w:type="dxa"/>
            <w:tcBorders>
              <w:right w:val="single" w:sz="4" w:space="0" w:color="auto"/>
            </w:tcBorders>
          </w:tcPr>
          <w:p w14:paraId="63F8781A" w14:textId="77777777" w:rsidR="00172FDA" w:rsidRPr="00172FDA" w:rsidRDefault="00172FDA" w:rsidP="00172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-</w:t>
            </w:r>
          </w:p>
        </w:tc>
        <w:tc>
          <w:tcPr>
            <w:tcW w:w="1269" w:type="dxa"/>
            <w:tcBorders>
              <w:left w:val="single" w:sz="4" w:space="0" w:color="auto"/>
            </w:tcBorders>
          </w:tcPr>
          <w:p w14:paraId="4E2474E1" w14:textId="77777777" w:rsidR="00172FDA" w:rsidRPr="00172FDA" w:rsidRDefault="00172FDA" w:rsidP="00172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-</w:t>
            </w:r>
          </w:p>
        </w:tc>
      </w:tr>
      <w:tr w:rsidR="00172FDA" w:rsidRPr="00172FDA" w14:paraId="0342D37B" w14:textId="77777777" w:rsidTr="00BD5BB3">
        <w:trPr>
          <w:trHeight w:val="277"/>
        </w:trPr>
        <w:tc>
          <w:tcPr>
            <w:tcW w:w="1933" w:type="dxa"/>
            <w:tcBorders>
              <w:top w:val="single" w:sz="4" w:space="0" w:color="auto"/>
            </w:tcBorders>
          </w:tcPr>
          <w:p w14:paraId="37EA5D01" w14:textId="77777777" w:rsidR="00172FDA" w:rsidRPr="00172FDA" w:rsidRDefault="00172FDA" w:rsidP="00172F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5.3.</w:t>
            </w:r>
          </w:p>
        </w:tc>
        <w:tc>
          <w:tcPr>
            <w:tcW w:w="4392" w:type="dxa"/>
            <w:tcBorders>
              <w:top w:val="single" w:sz="4" w:space="0" w:color="auto"/>
            </w:tcBorders>
          </w:tcPr>
          <w:p w14:paraId="34FEB81F" w14:textId="77777777" w:rsidR="00172FDA" w:rsidRPr="00172FDA" w:rsidRDefault="00172FDA" w:rsidP="00172F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-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copiii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până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 la 3 ani</w:t>
            </w:r>
          </w:p>
        </w:tc>
        <w:tc>
          <w:tcPr>
            <w:tcW w:w="1046" w:type="dxa"/>
          </w:tcPr>
          <w:p w14:paraId="2AEA3F0D" w14:textId="77777777" w:rsidR="00172FDA" w:rsidRPr="00172FDA" w:rsidRDefault="00172FDA" w:rsidP="00172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Acces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gratuit</w:t>
            </w:r>
            <w:proofErr w:type="spellEnd"/>
          </w:p>
        </w:tc>
        <w:tc>
          <w:tcPr>
            <w:tcW w:w="892" w:type="dxa"/>
          </w:tcPr>
          <w:p w14:paraId="77819BA1" w14:textId="77777777" w:rsidR="00172FDA" w:rsidRPr="00172FDA" w:rsidRDefault="00172FDA" w:rsidP="00172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Acces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gratuit</w:t>
            </w:r>
            <w:proofErr w:type="spellEnd"/>
          </w:p>
        </w:tc>
        <w:tc>
          <w:tcPr>
            <w:tcW w:w="958" w:type="dxa"/>
            <w:tcBorders>
              <w:right w:val="single" w:sz="4" w:space="0" w:color="auto"/>
            </w:tcBorders>
          </w:tcPr>
          <w:p w14:paraId="423C5B63" w14:textId="77777777" w:rsidR="00172FDA" w:rsidRPr="00172FDA" w:rsidRDefault="00172FDA" w:rsidP="00172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-</w:t>
            </w:r>
          </w:p>
        </w:tc>
        <w:tc>
          <w:tcPr>
            <w:tcW w:w="1269" w:type="dxa"/>
            <w:tcBorders>
              <w:left w:val="single" w:sz="4" w:space="0" w:color="auto"/>
            </w:tcBorders>
          </w:tcPr>
          <w:p w14:paraId="208AAE06" w14:textId="77777777" w:rsidR="00172FDA" w:rsidRPr="00172FDA" w:rsidRDefault="00172FDA" w:rsidP="00172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-</w:t>
            </w:r>
          </w:p>
        </w:tc>
      </w:tr>
    </w:tbl>
    <w:p w14:paraId="35B7CB1C" w14:textId="77777777" w:rsidR="00172FDA" w:rsidRPr="00172FDA" w:rsidRDefault="00172FDA" w:rsidP="00172FDA">
      <w:pPr>
        <w:spacing w:after="200" w:line="276" w:lineRule="auto"/>
        <w:rPr>
          <w:rFonts w:ascii="Cambria" w:eastAsia="MS Mincho" w:hAnsi="Cambria" w:cs="Times New Roman"/>
          <w:kern w:val="0"/>
          <w:sz w:val="22"/>
          <w:szCs w:val="22"/>
          <w:lang w:val="en-US"/>
          <w14:ligatures w14:val="none"/>
        </w:rPr>
      </w:pPr>
    </w:p>
    <w:tbl>
      <w:tblPr>
        <w:tblW w:w="10773" w:type="dxa"/>
        <w:tblInd w:w="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933"/>
        <w:gridCol w:w="4392"/>
        <w:gridCol w:w="1288"/>
        <w:gridCol w:w="1210"/>
        <w:gridCol w:w="12"/>
        <w:gridCol w:w="946"/>
        <w:gridCol w:w="992"/>
      </w:tblGrid>
      <w:tr w:rsidR="00172FDA" w:rsidRPr="00172FDA" w14:paraId="020045C8" w14:textId="77777777" w:rsidTr="00555C73">
        <w:trPr>
          <w:trHeight w:val="277"/>
        </w:trPr>
        <w:tc>
          <w:tcPr>
            <w:tcW w:w="1933" w:type="dxa"/>
            <w:vMerge w:val="restart"/>
          </w:tcPr>
          <w:p w14:paraId="66F7B834" w14:textId="77777777" w:rsidR="00172FDA" w:rsidRPr="00172FDA" w:rsidRDefault="00172FDA" w:rsidP="00172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lastRenderedPageBreak/>
              <w:t>Nr.</w:t>
            </w:r>
          </w:p>
          <w:p w14:paraId="48629B3A" w14:textId="77777777" w:rsidR="00172FDA" w:rsidRPr="00172FDA" w:rsidRDefault="00172FDA" w:rsidP="00172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</w:pPr>
            <w:proofErr w:type="spellStart"/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>Crt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>.</w:t>
            </w:r>
          </w:p>
        </w:tc>
        <w:tc>
          <w:tcPr>
            <w:tcW w:w="4392" w:type="dxa"/>
            <w:vMerge w:val="restart"/>
          </w:tcPr>
          <w:p w14:paraId="09E9CEF9" w14:textId="77777777" w:rsidR="00172FDA" w:rsidRPr="00172FDA" w:rsidRDefault="00172FDA" w:rsidP="00172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</w:pPr>
            <w:proofErr w:type="spellStart"/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>Specificaţie</w:t>
            </w:r>
            <w:proofErr w:type="spellEnd"/>
          </w:p>
        </w:tc>
        <w:tc>
          <w:tcPr>
            <w:tcW w:w="4448" w:type="dxa"/>
            <w:gridSpan w:val="5"/>
          </w:tcPr>
          <w:p w14:paraId="69B5E432" w14:textId="77777777" w:rsidR="00172FDA" w:rsidRPr="00172FDA" w:rsidRDefault="00172FDA" w:rsidP="00172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>ANUL</w:t>
            </w:r>
          </w:p>
        </w:tc>
      </w:tr>
      <w:tr w:rsidR="00172FDA" w:rsidRPr="00172FDA" w14:paraId="295CB31E" w14:textId="77777777" w:rsidTr="00555C73">
        <w:trPr>
          <w:trHeight w:val="277"/>
        </w:trPr>
        <w:tc>
          <w:tcPr>
            <w:tcW w:w="1933" w:type="dxa"/>
            <w:vMerge/>
          </w:tcPr>
          <w:p w14:paraId="5F81C78C" w14:textId="77777777" w:rsidR="00172FDA" w:rsidRPr="00172FDA" w:rsidRDefault="00172FDA" w:rsidP="00172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</w:pPr>
          </w:p>
        </w:tc>
        <w:tc>
          <w:tcPr>
            <w:tcW w:w="4392" w:type="dxa"/>
            <w:vMerge/>
          </w:tcPr>
          <w:p w14:paraId="10D1210D" w14:textId="77777777" w:rsidR="00172FDA" w:rsidRPr="00172FDA" w:rsidRDefault="00172FDA" w:rsidP="00172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</w:pPr>
          </w:p>
        </w:tc>
        <w:tc>
          <w:tcPr>
            <w:tcW w:w="1288" w:type="dxa"/>
          </w:tcPr>
          <w:p w14:paraId="41EDBC60" w14:textId="77777777" w:rsidR="00172FDA" w:rsidRPr="00172FDA" w:rsidRDefault="00172FDA" w:rsidP="00172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>2026</w:t>
            </w:r>
          </w:p>
          <w:p w14:paraId="586081BF" w14:textId="77777777" w:rsidR="00172FDA" w:rsidRPr="00172FDA" w:rsidRDefault="00172FDA" w:rsidP="00172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</w:pPr>
            <w:proofErr w:type="spellStart"/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>sezon</w:t>
            </w:r>
            <w:proofErr w:type="spellEnd"/>
          </w:p>
        </w:tc>
        <w:tc>
          <w:tcPr>
            <w:tcW w:w="1210" w:type="dxa"/>
          </w:tcPr>
          <w:p w14:paraId="095E522F" w14:textId="77777777" w:rsidR="00172FDA" w:rsidRPr="00172FDA" w:rsidRDefault="00172FDA" w:rsidP="00172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>2027</w:t>
            </w:r>
          </w:p>
          <w:p w14:paraId="028387BB" w14:textId="77777777" w:rsidR="00172FDA" w:rsidRPr="00172FDA" w:rsidRDefault="00172FDA" w:rsidP="00172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</w:pPr>
            <w:proofErr w:type="spellStart"/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>sezon</w:t>
            </w:r>
            <w:proofErr w:type="spellEnd"/>
          </w:p>
        </w:tc>
        <w:tc>
          <w:tcPr>
            <w:tcW w:w="958" w:type="dxa"/>
            <w:gridSpan w:val="2"/>
            <w:tcBorders>
              <w:right w:val="single" w:sz="4" w:space="0" w:color="auto"/>
            </w:tcBorders>
          </w:tcPr>
          <w:p w14:paraId="0AFABC52" w14:textId="77777777" w:rsidR="00172FDA" w:rsidRPr="00172FDA" w:rsidRDefault="00172FDA" w:rsidP="00172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 xml:space="preserve">2026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>extrasezon</w:t>
            </w:r>
            <w:proofErr w:type="spellEnd"/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50174FC9" w14:textId="77777777" w:rsidR="00172FDA" w:rsidRPr="00172FDA" w:rsidRDefault="00172FDA" w:rsidP="00172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 xml:space="preserve">2027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>extrasezon</w:t>
            </w:r>
            <w:proofErr w:type="spellEnd"/>
          </w:p>
        </w:tc>
      </w:tr>
      <w:tr w:rsidR="00172FDA" w:rsidRPr="00172FDA" w14:paraId="0E464287" w14:textId="77777777" w:rsidTr="00555C73">
        <w:trPr>
          <w:trHeight w:val="277"/>
        </w:trPr>
        <w:tc>
          <w:tcPr>
            <w:tcW w:w="1933" w:type="dxa"/>
          </w:tcPr>
          <w:p w14:paraId="64506009" w14:textId="77777777" w:rsidR="00172FDA" w:rsidRPr="00172FDA" w:rsidRDefault="00172FDA" w:rsidP="00172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0</w:t>
            </w:r>
          </w:p>
        </w:tc>
        <w:tc>
          <w:tcPr>
            <w:tcW w:w="4392" w:type="dxa"/>
          </w:tcPr>
          <w:p w14:paraId="7A8126D0" w14:textId="77777777" w:rsidR="00172FDA" w:rsidRPr="00172FDA" w:rsidRDefault="00172FDA" w:rsidP="00172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1</w:t>
            </w:r>
          </w:p>
        </w:tc>
        <w:tc>
          <w:tcPr>
            <w:tcW w:w="1288" w:type="dxa"/>
          </w:tcPr>
          <w:p w14:paraId="47BAE8D5" w14:textId="77777777" w:rsidR="00172FDA" w:rsidRPr="00172FDA" w:rsidRDefault="00172FDA" w:rsidP="00172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2</w:t>
            </w:r>
          </w:p>
        </w:tc>
        <w:tc>
          <w:tcPr>
            <w:tcW w:w="1210" w:type="dxa"/>
          </w:tcPr>
          <w:p w14:paraId="6883032D" w14:textId="77777777" w:rsidR="00172FDA" w:rsidRPr="00172FDA" w:rsidRDefault="00172FDA" w:rsidP="00172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3</w:t>
            </w:r>
          </w:p>
        </w:tc>
        <w:tc>
          <w:tcPr>
            <w:tcW w:w="958" w:type="dxa"/>
            <w:gridSpan w:val="2"/>
            <w:tcBorders>
              <w:right w:val="single" w:sz="4" w:space="0" w:color="auto"/>
            </w:tcBorders>
          </w:tcPr>
          <w:p w14:paraId="051DC059" w14:textId="77777777" w:rsidR="00172FDA" w:rsidRPr="00172FDA" w:rsidRDefault="00172FDA" w:rsidP="00172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4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6168D87E" w14:textId="77777777" w:rsidR="00172FDA" w:rsidRPr="00172FDA" w:rsidRDefault="00172FDA" w:rsidP="00172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5</w:t>
            </w:r>
          </w:p>
        </w:tc>
      </w:tr>
      <w:tr w:rsidR="00172FDA" w:rsidRPr="00172FDA" w14:paraId="58DC1BC3" w14:textId="77777777" w:rsidTr="00555C73">
        <w:trPr>
          <w:trHeight w:val="277"/>
        </w:trPr>
        <w:tc>
          <w:tcPr>
            <w:tcW w:w="1933" w:type="dxa"/>
            <w:tcBorders>
              <w:top w:val="nil"/>
            </w:tcBorders>
          </w:tcPr>
          <w:p w14:paraId="3872E5F9" w14:textId="77777777" w:rsidR="00172FDA" w:rsidRPr="00172FDA" w:rsidRDefault="00172FDA" w:rsidP="00172F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1</w:t>
            </w:r>
          </w:p>
        </w:tc>
        <w:tc>
          <w:tcPr>
            <w:tcW w:w="4392" w:type="dxa"/>
            <w:tcBorders>
              <w:top w:val="nil"/>
            </w:tcBorders>
          </w:tcPr>
          <w:p w14:paraId="2AED4C63" w14:textId="77777777" w:rsidR="00172FDA" w:rsidRPr="00172FDA" w:rsidRDefault="00172FDA" w:rsidP="00172F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Copiii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şi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însoţitorii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proveniţi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din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centrele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de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plasament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şi case de tip familial lei /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intrare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/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persoană</w:t>
            </w:r>
            <w:proofErr w:type="spellEnd"/>
          </w:p>
        </w:tc>
        <w:tc>
          <w:tcPr>
            <w:tcW w:w="1288" w:type="dxa"/>
          </w:tcPr>
          <w:p w14:paraId="6C983E04" w14:textId="77777777" w:rsidR="00172FDA" w:rsidRPr="00172FDA" w:rsidRDefault="00172FDA" w:rsidP="00172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Acces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gratuit</w:t>
            </w:r>
            <w:proofErr w:type="spellEnd"/>
          </w:p>
        </w:tc>
        <w:tc>
          <w:tcPr>
            <w:tcW w:w="1210" w:type="dxa"/>
          </w:tcPr>
          <w:p w14:paraId="2790074E" w14:textId="77777777" w:rsidR="00172FDA" w:rsidRPr="00172FDA" w:rsidRDefault="00172FDA" w:rsidP="00172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Acces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gratuit</w:t>
            </w:r>
            <w:proofErr w:type="spellEnd"/>
          </w:p>
        </w:tc>
        <w:tc>
          <w:tcPr>
            <w:tcW w:w="958" w:type="dxa"/>
            <w:gridSpan w:val="2"/>
            <w:tcBorders>
              <w:right w:val="single" w:sz="4" w:space="0" w:color="auto"/>
            </w:tcBorders>
          </w:tcPr>
          <w:p w14:paraId="5B750BE2" w14:textId="77777777" w:rsidR="00172FDA" w:rsidRPr="00172FDA" w:rsidRDefault="00172FDA" w:rsidP="00172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3455C10F" w14:textId="77777777" w:rsidR="00172FDA" w:rsidRPr="00172FDA" w:rsidRDefault="00172FDA" w:rsidP="00172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-</w:t>
            </w:r>
          </w:p>
        </w:tc>
      </w:tr>
      <w:tr w:rsidR="00172FDA" w:rsidRPr="00172FDA" w14:paraId="4C1458C6" w14:textId="77777777" w:rsidTr="00555C73">
        <w:tc>
          <w:tcPr>
            <w:tcW w:w="1933" w:type="dxa"/>
          </w:tcPr>
          <w:p w14:paraId="0F21F457" w14:textId="77777777" w:rsidR="00172FDA" w:rsidRPr="00172FDA" w:rsidRDefault="00172FDA" w:rsidP="00172F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2</w:t>
            </w:r>
          </w:p>
        </w:tc>
        <w:tc>
          <w:tcPr>
            <w:tcW w:w="4392" w:type="dxa"/>
          </w:tcPr>
          <w:p w14:paraId="24A761AF" w14:textId="77777777" w:rsidR="00172FDA" w:rsidRPr="00172FDA" w:rsidRDefault="00172FDA" w:rsidP="00172F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Persoane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cu handicap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grav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și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accentuat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(permanent) cu 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însoţitor</w:t>
            </w:r>
            <w:proofErr w:type="spellEnd"/>
          </w:p>
        </w:tc>
        <w:tc>
          <w:tcPr>
            <w:tcW w:w="1288" w:type="dxa"/>
          </w:tcPr>
          <w:p w14:paraId="445B3344" w14:textId="77777777" w:rsidR="00172FDA" w:rsidRPr="00172FDA" w:rsidRDefault="00172FDA" w:rsidP="00172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Acces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gratuit</w:t>
            </w:r>
            <w:proofErr w:type="spellEnd"/>
          </w:p>
        </w:tc>
        <w:tc>
          <w:tcPr>
            <w:tcW w:w="1222" w:type="dxa"/>
            <w:gridSpan w:val="2"/>
          </w:tcPr>
          <w:p w14:paraId="79CA967C" w14:textId="77777777" w:rsidR="00172FDA" w:rsidRPr="00172FDA" w:rsidRDefault="00172FDA" w:rsidP="00172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Acces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gratuit</w:t>
            </w:r>
            <w:proofErr w:type="spellEnd"/>
          </w:p>
        </w:tc>
        <w:tc>
          <w:tcPr>
            <w:tcW w:w="946" w:type="dxa"/>
          </w:tcPr>
          <w:p w14:paraId="6BFC0AA1" w14:textId="77777777" w:rsidR="00172FDA" w:rsidRPr="00172FDA" w:rsidRDefault="00172FDA" w:rsidP="00172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-</w:t>
            </w:r>
          </w:p>
        </w:tc>
        <w:tc>
          <w:tcPr>
            <w:tcW w:w="992" w:type="dxa"/>
          </w:tcPr>
          <w:p w14:paraId="3F30BECB" w14:textId="77777777" w:rsidR="00172FDA" w:rsidRPr="00172FDA" w:rsidRDefault="00172FDA" w:rsidP="00172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-</w:t>
            </w:r>
          </w:p>
        </w:tc>
      </w:tr>
      <w:tr w:rsidR="00172FDA" w:rsidRPr="00172FDA" w14:paraId="2BFB41A7" w14:textId="77777777" w:rsidTr="00555C73">
        <w:tc>
          <w:tcPr>
            <w:tcW w:w="1933" w:type="dxa"/>
          </w:tcPr>
          <w:p w14:paraId="439E7467" w14:textId="77777777" w:rsidR="00172FDA" w:rsidRPr="00172FDA" w:rsidRDefault="00172FDA" w:rsidP="00172F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</w:p>
          <w:p w14:paraId="30E47068" w14:textId="77777777" w:rsidR="00172FDA" w:rsidRPr="00172FDA" w:rsidRDefault="00172FDA" w:rsidP="00172F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3</w:t>
            </w:r>
          </w:p>
          <w:p w14:paraId="46B90937" w14:textId="77777777" w:rsidR="00172FDA" w:rsidRPr="00172FDA" w:rsidRDefault="00172FDA" w:rsidP="00172F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</w:p>
        </w:tc>
        <w:tc>
          <w:tcPr>
            <w:tcW w:w="4392" w:type="dxa"/>
          </w:tcPr>
          <w:p w14:paraId="43A36F1A" w14:textId="77777777" w:rsidR="00172FDA" w:rsidRPr="00172FDA" w:rsidRDefault="00172FDA" w:rsidP="00172FDA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Calibri" w:hAnsi="Times New Roman" w:cs="Times New Roman"/>
                <w:kern w:val="0"/>
                <w:lang w:val="en-US"/>
                <w14:ligatures w14:val="none"/>
              </w:rPr>
              <w:t xml:space="preserve">Tarif </w:t>
            </w:r>
            <w:proofErr w:type="spellStart"/>
            <w:r w:rsidRPr="00172FDA">
              <w:rPr>
                <w:rFonts w:ascii="Times New Roman" w:eastAsia="Calibri" w:hAnsi="Times New Roman" w:cs="Times New Roman"/>
                <w:kern w:val="0"/>
                <w:lang w:val="en-US"/>
                <w14:ligatures w14:val="none"/>
              </w:rPr>
              <w:t>acces</w:t>
            </w:r>
            <w:proofErr w:type="spellEnd"/>
            <w:r w:rsidRPr="00172FDA">
              <w:rPr>
                <w:rFonts w:ascii="Times New Roman" w:eastAsia="Calibri" w:hAnsi="Times New Roman" w:cs="Times New Roman"/>
                <w:kern w:val="0"/>
                <w:lang w:val="en-US"/>
                <w14:ligatures w14:val="none"/>
              </w:rPr>
              <w:t xml:space="preserve"> la </w:t>
            </w:r>
            <w:proofErr w:type="spellStart"/>
            <w:r w:rsidRPr="00172FDA">
              <w:rPr>
                <w:rFonts w:ascii="Times New Roman" w:eastAsia="Calibri" w:hAnsi="Times New Roman" w:cs="Times New Roman"/>
                <w:kern w:val="0"/>
                <w:lang w:val="en-US"/>
                <w14:ligatures w14:val="none"/>
              </w:rPr>
              <w:t>cele</w:t>
            </w:r>
            <w:proofErr w:type="spellEnd"/>
            <w:r w:rsidRPr="00172FDA">
              <w:rPr>
                <w:rFonts w:ascii="Times New Roman" w:eastAsia="Calibri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Calibri" w:hAnsi="Times New Roman" w:cs="Times New Roman"/>
                <w:kern w:val="0"/>
                <w:lang w:val="en-US"/>
                <w14:ligatures w14:val="none"/>
              </w:rPr>
              <w:t>două</w:t>
            </w:r>
            <w:proofErr w:type="spellEnd"/>
            <w:r w:rsidRPr="00172FDA">
              <w:rPr>
                <w:rFonts w:ascii="Times New Roman" w:eastAsia="Calibri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Calibri" w:hAnsi="Times New Roman" w:cs="Times New Roman"/>
                <w:kern w:val="0"/>
                <w:lang w:val="en-US"/>
                <w14:ligatures w14:val="none"/>
              </w:rPr>
              <w:t>complexe</w:t>
            </w:r>
            <w:proofErr w:type="spellEnd"/>
            <w:r w:rsidRPr="00172FDA">
              <w:rPr>
                <w:rFonts w:ascii="Times New Roman" w:eastAsia="Calibri" w:hAnsi="Times New Roman" w:cs="Times New Roman"/>
                <w:kern w:val="0"/>
                <w:lang w:val="en-US"/>
                <w14:ligatures w14:val="none"/>
              </w:rPr>
              <w:t xml:space="preserve"> de </w:t>
            </w:r>
            <w:proofErr w:type="spellStart"/>
            <w:r w:rsidRPr="00172FDA">
              <w:rPr>
                <w:rFonts w:ascii="Times New Roman" w:eastAsia="Calibri" w:hAnsi="Times New Roman" w:cs="Times New Roman"/>
                <w:kern w:val="0"/>
                <w:lang w:val="en-US"/>
                <w14:ligatures w14:val="none"/>
              </w:rPr>
              <w:t>tobogane</w:t>
            </w:r>
            <w:proofErr w:type="spellEnd"/>
            <w:r w:rsidRPr="00172FDA">
              <w:rPr>
                <w:rFonts w:ascii="Times New Roman" w:eastAsia="Calibri" w:hAnsi="Times New Roman" w:cs="Times New Roman"/>
                <w:kern w:val="0"/>
                <w:lang w:val="en-US"/>
                <w14:ligatures w14:val="none"/>
              </w:rPr>
              <w:t xml:space="preserve"> cu jet de </w:t>
            </w:r>
            <w:proofErr w:type="spellStart"/>
            <w:r w:rsidRPr="00172FDA">
              <w:rPr>
                <w:rFonts w:ascii="Times New Roman" w:eastAsia="Calibri" w:hAnsi="Times New Roman" w:cs="Times New Roman"/>
                <w:kern w:val="0"/>
                <w:lang w:val="en-US"/>
                <w14:ligatures w14:val="none"/>
              </w:rPr>
              <w:t>apă</w:t>
            </w:r>
            <w:proofErr w:type="spellEnd"/>
            <w:r w:rsidRPr="00172FDA">
              <w:rPr>
                <w:rFonts w:ascii="Times New Roman" w:eastAsia="Calibri" w:hAnsi="Times New Roman" w:cs="Times New Roman"/>
                <w:kern w:val="0"/>
                <w:lang w:val="en-US"/>
                <w14:ligatures w14:val="none"/>
              </w:rPr>
              <w:t xml:space="preserve">,  la </w:t>
            </w:r>
            <w:proofErr w:type="spellStart"/>
            <w:r w:rsidRPr="00172FDA">
              <w:rPr>
                <w:rFonts w:ascii="Times New Roman" w:eastAsia="Calibri" w:hAnsi="Times New Roman" w:cs="Times New Roman"/>
                <w:kern w:val="0"/>
                <w:lang w:val="en-US"/>
                <w14:ligatures w14:val="none"/>
              </w:rPr>
              <w:t>bazinul</w:t>
            </w:r>
            <w:proofErr w:type="spellEnd"/>
            <w:r w:rsidRPr="00172FDA">
              <w:rPr>
                <w:rFonts w:ascii="Times New Roman" w:eastAsia="Calibri" w:hAnsi="Times New Roman" w:cs="Times New Roman"/>
                <w:kern w:val="0"/>
                <w:lang w:val="en-US"/>
                <w14:ligatures w14:val="none"/>
              </w:rPr>
              <w:t xml:space="preserve"> cu </w:t>
            </w:r>
            <w:proofErr w:type="spellStart"/>
            <w:r w:rsidRPr="00172FDA">
              <w:rPr>
                <w:rFonts w:ascii="Times New Roman" w:eastAsia="Calibri" w:hAnsi="Times New Roman" w:cs="Times New Roman"/>
                <w:kern w:val="0"/>
                <w:lang w:val="en-US"/>
                <w14:ligatures w14:val="none"/>
              </w:rPr>
              <w:t>adâncimea</w:t>
            </w:r>
            <w:proofErr w:type="spellEnd"/>
            <w:r w:rsidRPr="00172FDA">
              <w:rPr>
                <w:rFonts w:ascii="Times New Roman" w:eastAsia="Calibri" w:hAnsi="Times New Roman" w:cs="Times New Roman"/>
                <w:kern w:val="0"/>
                <w:lang w:val="en-US"/>
                <w14:ligatures w14:val="none"/>
              </w:rPr>
              <w:t xml:space="preserve"> de 1,20 m. </w:t>
            </w:r>
          </w:p>
          <w:p w14:paraId="6FEA1667" w14:textId="77777777" w:rsidR="00172FDA" w:rsidRPr="00172FDA" w:rsidRDefault="00172FDA" w:rsidP="00172F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Program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acces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 :</w:t>
            </w:r>
          </w:p>
          <w:p w14:paraId="026A6515" w14:textId="77777777" w:rsidR="00172FDA" w:rsidRPr="00172FDA" w:rsidRDefault="00172FDA" w:rsidP="00172F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-de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luni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până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vineri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de la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orele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: 14</w:t>
            </w:r>
            <w:r w:rsidRPr="00172FDA">
              <w:rPr>
                <w:rFonts w:ascii="Times New Roman" w:eastAsia="Times New Roman" w:hAnsi="Times New Roman" w:cs="Times New Roman"/>
                <w:kern w:val="0"/>
                <w:vertAlign w:val="superscript"/>
                <w:lang w:val="en-US"/>
                <w14:ligatures w14:val="none"/>
              </w:rPr>
              <w:t>00</w:t>
            </w: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– 15</w:t>
            </w:r>
            <w:r w:rsidRPr="00172FDA">
              <w:rPr>
                <w:rFonts w:ascii="Times New Roman" w:eastAsia="Times New Roman" w:hAnsi="Times New Roman" w:cs="Times New Roman"/>
                <w:kern w:val="0"/>
                <w:vertAlign w:val="superscript"/>
                <w:lang w:val="en-US"/>
                <w14:ligatures w14:val="none"/>
              </w:rPr>
              <w:t>30</w:t>
            </w: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,</w:t>
            </w:r>
          </w:p>
          <w:p w14:paraId="46B48D40" w14:textId="77777777" w:rsidR="00172FDA" w:rsidRPr="00172FDA" w:rsidRDefault="00172FDA" w:rsidP="00172F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vertAlign w:val="superscript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           16</w:t>
            </w:r>
            <w:r w:rsidRPr="00172FDA">
              <w:rPr>
                <w:rFonts w:ascii="Times New Roman" w:eastAsia="Times New Roman" w:hAnsi="Times New Roman" w:cs="Times New Roman"/>
                <w:kern w:val="0"/>
                <w:vertAlign w:val="superscript"/>
                <w:lang w:val="en-US"/>
                <w14:ligatures w14:val="none"/>
              </w:rPr>
              <w:t>00</w:t>
            </w: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– 17</w:t>
            </w:r>
            <w:r w:rsidRPr="00172FDA">
              <w:rPr>
                <w:rFonts w:ascii="Times New Roman" w:eastAsia="Times New Roman" w:hAnsi="Times New Roman" w:cs="Times New Roman"/>
                <w:kern w:val="0"/>
                <w:vertAlign w:val="superscript"/>
                <w:lang w:val="en-US"/>
                <w14:ligatures w14:val="none"/>
              </w:rPr>
              <w:t>30</w:t>
            </w: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, 18</w:t>
            </w:r>
            <w:r w:rsidRPr="00172FDA">
              <w:rPr>
                <w:rFonts w:ascii="Times New Roman" w:eastAsia="Times New Roman" w:hAnsi="Times New Roman" w:cs="Times New Roman"/>
                <w:kern w:val="0"/>
                <w:vertAlign w:val="superscript"/>
                <w:lang w:val="en-US"/>
                <w14:ligatures w14:val="none"/>
              </w:rPr>
              <w:t>00</w:t>
            </w: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– 19</w:t>
            </w:r>
            <w:r w:rsidRPr="00172FDA">
              <w:rPr>
                <w:rFonts w:ascii="Times New Roman" w:eastAsia="Times New Roman" w:hAnsi="Times New Roman" w:cs="Times New Roman"/>
                <w:kern w:val="0"/>
                <w:vertAlign w:val="superscript"/>
                <w:lang w:val="en-US"/>
                <w14:ligatures w14:val="none"/>
              </w:rPr>
              <w:t>30</w:t>
            </w:r>
          </w:p>
          <w:p w14:paraId="179BBA0E" w14:textId="77777777" w:rsidR="00172FDA" w:rsidRPr="00172FDA" w:rsidRDefault="00172FDA" w:rsidP="00172F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-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sămbătă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și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duminică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între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orele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: 10</w:t>
            </w:r>
            <w:r w:rsidRPr="00172FDA">
              <w:rPr>
                <w:rFonts w:ascii="Times New Roman" w:eastAsia="Times New Roman" w:hAnsi="Times New Roman" w:cs="Times New Roman"/>
                <w:kern w:val="0"/>
                <w:vertAlign w:val="superscript"/>
                <w:lang w:val="en-US"/>
                <w14:ligatures w14:val="none"/>
              </w:rPr>
              <w:t xml:space="preserve">00 </w:t>
            </w: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-  11</w:t>
            </w:r>
            <w:r w:rsidRPr="00172FDA">
              <w:rPr>
                <w:rFonts w:ascii="Times New Roman" w:eastAsia="Times New Roman" w:hAnsi="Times New Roman" w:cs="Times New Roman"/>
                <w:kern w:val="0"/>
                <w:vertAlign w:val="superscript"/>
                <w:lang w:val="en-US"/>
                <w14:ligatures w14:val="none"/>
              </w:rPr>
              <w:t>30</w:t>
            </w: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, 12</w:t>
            </w:r>
            <w:r w:rsidRPr="00172FDA">
              <w:rPr>
                <w:rFonts w:ascii="Times New Roman" w:eastAsia="Times New Roman" w:hAnsi="Times New Roman" w:cs="Times New Roman"/>
                <w:kern w:val="0"/>
                <w:vertAlign w:val="superscript"/>
                <w:lang w:val="en-US"/>
                <w14:ligatures w14:val="none"/>
              </w:rPr>
              <w:t>00</w:t>
            </w: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– 13</w:t>
            </w:r>
            <w:r w:rsidRPr="00172FDA">
              <w:rPr>
                <w:rFonts w:ascii="Times New Roman" w:eastAsia="Times New Roman" w:hAnsi="Times New Roman" w:cs="Times New Roman"/>
                <w:kern w:val="0"/>
                <w:vertAlign w:val="superscript"/>
                <w:lang w:val="en-US"/>
                <w14:ligatures w14:val="none"/>
              </w:rPr>
              <w:t>30</w:t>
            </w: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,14</w:t>
            </w:r>
            <w:r w:rsidRPr="00172FDA">
              <w:rPr>
                <w:rFonts w:ascii="Times New Roman" w:eastAsia="Times New Roman" w:hAnsi="Times New Roman" w:cs="Times New Roman"/>
                <w:kern w:val="0"/>
                <w:vertAlign w:val="superscript"/>
                <w:lang w:val="en-US"/>
                <w14:ligatures w14:val="none"/>
              </w:rPr>
              <w:t>00</w:t>
            </w: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– 15</w:t>
            </w:r>
            <w:r w:rsidRPr="00172FDA">
              <w:rPr>
                <w:rFonts w:ascii="Times New Roman" w:eastAsia="Times New Roman" w:hAnsi="Times New Roman" w:cs="Times New Roman"/>
                <w:kern w:val="0"/>
                <w:vertAlign w:val="superscript"/>
                <w:lang w:val="en-US"/>
                <w14:ligatures w14:val="none"/>
              </w:rPr>
              <w:t>30</w:t>
            </w: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, 16</w:t>
            </w:r>
            <w:r w:rsidRPr="00172FDA">
              <w:rPr>
                <w:rFonts w:ascii="Times New Roman" w:eastAsia="Times New Roman" w:hAnsi="Times New Roman" w:cs="Times New Roman"/>
                <w:kern w:val="0"/>
                <w:vertAlign w:val="superscript"/>
                <w:lang w:val="en-US"/>
                <w14:ligatures w14:val="none"/>
              </w:rPr>
              <w:t>00</w:t>
            </w: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– 17</w:t>
            </w:r>
            <w:r w:rsidRPr="00172FDA">
              <w:rPr>
                <w:rFonts w:ascii="Times New Roman" w:eastAsia="Times New Roman" w:hAnsi="Times New Roman" w:cs="Times New Roman"/>
                <w:kern w:val="0"/>
                <w:vertAlign w:val="superscript"/>
                <w:lang w:val="en-US"/>
                <w14:ligatures w14:val="none"/>
              </w:rPr>
              <w:t>30</w:t>
            </w: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, 18</w:t>
            </w:r>
            <w:r w:rsidRPr="00172FDA">
              <w:rPr>
                <w:rFonts w:ascii="Times New Roman" w:eastAsia="Times New Roman" w:hAnsi="Times New Roman" w:cs="Times New Roman"/>
                <w:kern w:val="0"/>
                <w:vertAlign w:val="superscript"/>
                <w:lang w:val="en-US"/>
                <w14:ligatures w14:val="none"/>
              </w:rPr>
              <w:t>00</w:t>
            </w: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– 19</w:t>
            </w:r>
            <w:r w:rsidRPr="00172FDA">
              <w:rPr>
                <w:rFonts w:ascii="Times New Roman" w:eastAsia="Times New Roman" w:hAnsi="Times New Roman" w:cs="Times New Roman"/>
                <w:kern w:val="0"/>
                <w:vertAlign w:val="superscript"/>
                <w:lang w:val="en-US"/>
                <w14:ligatures w14:val="none"/>
              </w:rPr>
              <w:t>30</w:t>
            </w: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</w:p>
        </w:tc>
        <w:tc>
          <w:tcPr>
            <w:tcW w:w="1288" w:type="dxa"/>
          </w:tcPr>
          <w:p w14:paraId="4C3D617C" w14:textId="77777777" w:rsidR="00172FDA" w:rsidRPr="00172FDA" w:rsidRDefault="00172FDA" w:rsidP="00172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35,00</w:t>
            </w:r>
          </w:p>
        </w:tc>
        <w:tc>
          <w:tcPr>
            <w:tcW w:w="1222" w:type="dxa"/>
            <w:gridSpan w:val="2"/>
          </w:tcPr>
          <w:p w14:paraId="69D1A6F0" w14:textId="77777777" w:rsidR="00172FDA" w:rsidRPr="00172FDA" w:rsidRDefault="00172FDA" w:rsidP="00172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40,00</w:t>
            </w:r>
          </w:p>
        </w:tc>
        <w:tc>
          <w:tcPr>
            <w:tcW w:w="946" w:type="dxa"/>
          </w:tcPr>
          <w:p w14:paraId="2AFE3DAC" w14:textId="77777777" w:rsidR="00172FDA" w:rsidRPr="00172FDA" w:rsidRDefault="00172FDA" w:rsidP="00172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992" w:type="dxa"/>
          </w:tcPr>
          <w:p w14:paraId="7690CC51" w14:textId="77777777" w:rsidR="00172FDA" w:rsidRPr="00172FDA" w:rsidRDefault="00172FDA" w:rsidP="00172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</w:p>
        </w:tc>
      </w:tr>
      <w:tr w:rsidR="00172FDA" w:rsidRPr="00172FDA" w14:paraId="2F178B01" w14:textId="77777777" w:rsidTr="00555C73">
        <w:tc>
          <w:tcPr>
            <w:tcW w:w="1933" w:type="dxa"/>
          </w:tcPr>
          <w:p w14:paraId="611271D1" w14:textId="77777777" w:rsidR="00172FDA" w:rsidRPr="00172FDA" w:rsidRDefault="00172FDA" w:rsidP="00172F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>4</w:t>
            </w:r>
          </w:p>
        </w:tc>
        <w:tc>
          <w:tcPr>
            <w:tcW w:w="8840" w:type="dxa"/>
            <w:gridSpan w:val="6"/>
          </w:tcPr>
          <w:p w14:paraId="1BA54A13" w14:textId="77777777" w:rsidR="00172FDA" w:rsidRPr="00172FDA" w:rsidRDefault="00172FDA" w:rsidP="00172F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 xml:space="preserve">Tarif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>intrare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 xml:space="preserve"> pe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>bază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 xml:space="preserve"> de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>abonament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 xml:space="preserve"> lei/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>sezon</w:t>
            </w:r>
            <w:proofErr w:type="spellEnd"/>
          </w:p>
        </w:tc>
      </w:tr>
      <w:tr w:rsidR="00172FDA" w:rsidRPr="00172FDA" w14:paraId="30458B28" w14:textId="77777777" w:rsidTr="00555C73">
        <w:tc>
          <w:tcPr>
            <w:tcW w:w="1933" w:type="dxa"/>
          </w:tcPr>
          <w:p w14:paraId="353C5F82" w14:textId="77777777" w:rsidR="00172FDA" w:rsidRPr="00172FDA" w:rsidRDefault="00172FDA" w:rsidP="00172F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4.1.</w:t>
            </w:r>
          </w:p>
        </w:tc>
        <w:tc>
          <w:tcPr>
            <w:tcW w:w="4392" w:type="dxa"/>
          </w:tcPr>
          <w:p w14:paraId="6828D644" w14:textId="77777777" w:rsidR="00172FDA" w:rsidRPr="00172FDA" w:rsidRDefault="00172FDA" w:rsidP="00172F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-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adulţi</w:t>
            </w:r>
            <w:proofErr w:type="spellEnd"/>
          </w:p>
        </w:tc>
        <w:tc>
          <w:tcPr>
            <w:tcW w:w="1288" w:type="dxa"/>
          </w:tcPr>
          <w:p w14:paraId="01B0D8F5" w14:textId="77777777" w:rsidR="00172FDA" w:rsidRPr="00172FDA" w:rsidRDefault="00172FDA" w:rsidP="00172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300,00</w:t>
            </w:r>
          </w:p>
        </w:tc>
        <w:tc>
          <w:tcPr>
            <w:tcW w:w="1222" w:type="dxa"/>
            <w:gridSpan w:val="2"/>
          </w:tcPr>
          <w:p w14:paraId="787FD1D8" w14:textId="77777777" w:rsidR="00172FDA" w:rsidRPr="00172FDA" w:rsidRDefault="00172FDA" w:rsidP="00172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450,00</w:t>
            </w:r>
          </w:p>
        </w:tc>
        <w:tc>
          <w:tcPr>
            <w:tcW w:w="946" w:type="dxa"/>
          </w:tcPr>
          <w:p w14:paraId="5AA23711" w14:textId="77777777" w:rsidR="00172FDA" w:rsidRPr="00172FDA" w:rsidRDefault="00172FDA" w:rsidP="00172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992" w:type="dxa"/>
          </w:tcPr>
          <w:p w14:paraId="1C2771CD" w14:textId="77777777" w:rsidR="00172FDA" w:rsidRPr="00172FDA" w:rsidRDefault="00172FDA" w:rsidP="00172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-</w:t>
            </w:r>
          </w:p>
        </w:tc>
      </w:tr>
      <w:tr w:rsidR="00172FDA" w:rsidRPr="00172FDA" w14:paraId="64573AA7" w14:textId="77777777" w:rsidTr="00555C73">
        <w:tc>
          <w:tcPr>
            <w:tcW w:w="1933" w:type="dxa"/>
          </w:tcPr>
          <w:p w14:paraId="76F85485" w14:textId="77777777" w:rsidR="00172FDA" w:rsidRPr="00172FDA" w:rsidRDefault="00172FDA" w:rsidP="00172F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4.2.</w:t>
            </w:r>
          </w:p>
        </w:tc>
        <w:tc>
          <w:tcPr>
            <w:tcW w:w="4392" w:type="dxa"/>
          </w:tcPr>
          <w:p w14:paraId="2FCF6E19" w14:textId="77777777" w:rsidR="00172FDA" w:rsidRPr="00172FDA" w:rsidRDefault="00172FDA" w:rsidP="00172F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-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copii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până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la 14 ani şi 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pensionari</w:t>
            </w:r>
            <w:proofErr w:type="spellEnd"/>
          </w:p>
        </w:tc>
        <w:tc>
          <w:tcPr>
            <w:tcW w:w="1288" w:type="dxa"/>
          </w:tcPr>
          <w:p w14:paraId="43BF919E" w14:textId="77777777" w:rsidR="00172FDA" w:rsidRPr="00172FDA" w:rsidRDefault="00172FDA" w:rsidP="00172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150,00</w:t>
            </w:r>
          </w:p>
        </w:tc>
        <w:tc>
          <w:tcPr>
            <w:tcW w:w="1222" w:type="dxa"/>
            <w:gridSpan w:val="2"/>
          </w:tcPr>
          <w:p w14:paraId="274240C1" w14:textId="77777777" w:rsidR="00172FDA" w:rsidRPr="00172FDA" w:rsidRDefault="00172FDA" w:rsidP="00172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250,00</w:t>
            </w:r>
          </w:p>
        </w:tc>
        <w:tc>
          <w:tcPr>
            <w:tcW w:w="946" w:type="dxa"/>
          </w:tcPr>
          <w:p w14:paraId="33BAE43C" w14:textId="77777777" w:rsidR="00172FDA" w:rsidRPr="00172FDA" w:rsidRDefault="00172FDA" w:rsidP="00172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992" w:type="dxa"/>
          </w:tcPr>
          <w:p w14:paraId="23D2AD83" w14:textId="77777777" w:rsidR="00172FDA" w:rsidRPr="00172FDA" w:rsidRDefault="00172FDA" w:rsidP="00172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-</w:t>
            </w:r>
          </w:p>
        </w:tc>
      </w:tr>
      <w:tr w:rsidR="00172FDA" w:rsidRPr="00172FDA" w14:paraId="55F60BFF" w14:textId="77777777" w:rsidTr="00555C73">
        <w:tc>
          <w:tcPr>
            <w:tcW w:w="1933" w:type="dxa"/>
          </w:tcPr>
          <w:p w14:paraId="0171FE20" w14:textId="77777777" w:rsidR="00172FDA" w:rsidRPr="00172FDA" w:rsidRDefault="00172FDA" w:rsidP="00172F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>5</w:t>
            </w:r>
          </w:p>
        </w:tc>
        <w:tc>
          <w:tcPr>
            <w:tcW w:w="8840" w:type="dxa"/>
            <w:gridSpan w:val="6"/>
          </w:tcPr>
          <w:p w14:paraId="0D2EC2DB" w14:textId="77777777" w:rsidR="00172FDA" w:rsidRPr="00172FDA" w:rsidRDefault="00172FDA" w:rsidP="00172F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 xml:space="preserve">Tarif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>intrare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 xml:space="preserve"> pe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>ba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  <w:t>ză de abonament lunar lei/abonament/lună</w:t>
            </w:r>
          </w:p>
        </w:tc>
      </w:tr>
      <w:tr w:rsidR="00172FDA" w:rsidRPr="00172FDA" w14:paraId="745A6534" w14:textId="77777777" w:rsidTr="00555C73">
        <w:tc>
          <w:tcPr>
            <w:tcW w:w="1933" w:type="dxa"/>
          </w:tcPr>
          <w:p w14:paraId="5B372311" w14:textId="77777777" w:rsidR="00172FDA" w:rsidRPr="00172FDA" w:rsidRDefault="00172FDA" w:rsidP="00172F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5.1</w:t>
            </w:r>
          </w:p>
        </w:tc>
        <w:tc>
          <w:tcPr>
            <w:tcW w:w="4392" w:type="dxa"/>
          </w:tcPr>
          <w:p w14:paraId="6D493B35" w14:textId="77777777" w:rsidR="00172FDA" w:rsidRPr="00172FDA" w:rsidRDefault="00172FDA" w:rsidP="00172F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-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copii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până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la 14 ani şi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pensionari</w:t>
            </w:r>
            <w:proofErr w:type="spellEnd"/>
          </w:p>
        </w:tc>
        <w:tc>
          <w:tcPr>
            <w:tcW w:w="1288" w:type="dxa"/>
          </w:tcPr>
          <w:p w14:paraId="2D716002" w14:textId="77777777" w:rsidR="00172FDA" w:rsidRPr="00172FDA" w:rsidRDefault="00172FDA" w:rsidP="00172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100,00</w:t>
            </w:r>
          </w:p>
        </w:tc>
        <w:tc>
          <w:tcPr>
            <w:tcW w:w="1222" w:type="dxa"/>
            <w:gridSpan w:val="2"/>
          </w:tcPr>
          <w:p w14:paraId="717CFB06" w14:textId="77777777" w:rsidR="00172FDA" w:rsidRPr="00172FDA" w:rsidRDefault="00172FDA" w:rsidP="00172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150,00</w:t>
            </w:r>
          </w:p>
        </w:tc>
        <w:tc>
          <w:tcPr>
            <w:tcW w:w="946" w:type="dxa"/>
          </w:tcPr>
          <w:p w14:paraId="62B70E43" w14:textId="77777777" w:rsidR="00172FDA" w:rsidRPr="00172FDA" w:rsidRDefault="00172FDA" w:rsidP="00172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992" w:type="dxa"/>
          </w:tcPr>
          <w:p w14:paraId="23AB0E90" w14:textId="77777777" w:rsidR="00172FDA" w:rsidRPr="00172FDA" w:rsidRDefault="00172FDA" w:rsidP="00172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-</w:t>
            </w:r>
          </w:p>
        </w:tc>
      </w:tr>
      <w:tr w:rsidR="00172FDA" w:rsidRPr="00172FDA" w14:paraId="56C15758" w14:textId="77777777" w:rsidTr="00555C73">
        <w:tc>
          <w:tcPr>
            <w:tcW w:w="1933" w:type="dxa"/>
          </w:tcPr>
          <w:p w14:paraId="4AE97340" w14:textId="77777777" w:rsidR="00172FDA" w:rsidRPr="00172FDA" w:rsidRDefault="00172FDA" w:rsidP="00172F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5.2</w:t>
            </w:r>
          </w:p>
        </w:tc>
        <w:tc>
          <w:tcPr>
            <w:tcW w:w="4392" w:type="dxa"/>
          </w:tcPr>
          <w:p w14:paraId="78F745B9" w14:textId="77777777" w:rsidR="00172FDA" w:rsidRPr="00172FDA" w:rsidRDefault="00172FDA" w:rsidP="00172F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-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adulţi</w:t>
            </w:r>
            <w:proofErr w:type="spellEnd"/>
          </w:p>
        </w:tc>
        <w:tc>
          <w:tcPr>
            <w:tcW w:w="1288" w:type="dxa"/>
          </w:tcPr>
          <w:p w14:paraId="413AC47E" w14:textId="77777777" w:rsidR="00172FDA" w:rsidRPr="00172FDA" w:rsidRDefault="00172FDA" w:rsidP="00172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200,00</w:t>
            </w:r>
          </w:p>
        </w:tc>
        <w:tc>
          <w:tcPr>
            <w:tcW w:w="1222" w:type="dxa"/>
            <w:gridSpan w:val="2"/>
          </w:tcPr>
          <w:p w14:paraId="0690DA09" w14:textId="77777777" w:rsidR="00172FDA" w:rsidRPr="00172FDA" w:rsidRDefault="00172FDA" w:rsidP="00172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300,00</w:t>
            </w:r>
          </w:p>
        </w:tc>
        <w:tc>
          <w:tcPr>
            <w:tcW w:w="946" w:type="dxa"/>
          </w:tcPr>
          <w:p w14:paraId="7E0950F3" w14:textId="77777777" w:rsidR="00172FDA" w:rsidRPr="00172FDA" w:rsidRDefault="00172FDA" w:rsidP="00172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992" w:type="dxa"/>
          </w:tcPr>
          <w:p w14:paraId="467377A2" w14:textId="77777777" w:rsidR="00172FDA" w:rsidRPr="00172FDA" w:rsidRDefault="00172FDA" w:rsidP="00172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-</w:t>
            </w:r>
          </w:p>
        </w:tc>
      </w:tr>
      <w:tr w:rsidR="00172FDA" w:rsidRPr="00172FDA" w14:paraId="372F224C" w14:textId="77777777" w:rsidTr="00555C73">
        <w:tc>
          <w:tcPr>
            <w:tcW w:w="1933" w:type="dxa"/>
          </w:tcPr>
          <w:p w14:paraId="5240AE79" w14:textId="77777777" w:rsidR="00172FDA" w:rsidRPr="00172FDA" w:rsidRDefault="00172FDA" w:rsidP="00172F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>6</w:t>
            </w:r>
          </w:p>
        </w:tc>
        <w:tc>
          <w:tcPr>
            <w:tcW w:w="8840" w:type="dxa"/>
            <w:gridSpan w:val="6"/>
          </w:tcPr>
          <w:p w14:paraId="16723A31" w14:textId="77777777" w:rsidR="00172FDA" w:rsidRPr="00172FDA" w:rsidRDefault="00172FDA" w:rsidP="00172F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 xml:space="preserve">Tarif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>închiriere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>şezlonguri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 xml:space="preserve"> lei/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>şezlong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>/zi</w:t>
            </w:r>
          </w:p>
        </w:tc>
      </w:tr>
      <w:tr w:rsidR="00172FDA" w:rsidRPr="00172FDA" w14:paraId="1270BF15" w14:textId="77777777" w:rsidTr="00555C73">
        <w:tc>
          <w:tcPr>
            <w:tcW w:w="1933" w:type="dxa"/>
          </w:tcPr>
          <w:p w14:paraId="264395CD" w14:textId="77777777" w:rsidR="00172FDA" w:rsidRPr="00172FDA" w:rsidRDefault="00172FDA" w:rsidP="00172F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6.1.</w:t>
            </w:r>
          </w:p>
        </w:tc>
        <w:tc>
          <w:tcPr>
            <w:tcW w:w="4392" w:type="dxa"/>
          </w:tcPr>
          <w:p w14:paraId="09D6AB4C" w14:textId="77777777" w:rsidR="00172FDA" w:rsidRPr="00172FDA" w:rsidRDefault="00172FDA" w:rsidP="00172F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-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şezlong</w:t>
            </w:r>
            <w:proofErr w:type="spellEnd"/>
          </w:p>
        </w:tc>
        <w:tc>
          <w:tcPr>
            <w:tcW w:w="1288" w:type="dxa"/>
          </w:tcPr>
          <w:p w14:paraId="0B764393" w14:textId="77777777" w:rsidR="00172FDA" w:rsidRPr="00172FDA" w:rsidRDefault="00172FDA" w:rsidP="00172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15,00</w:t>
            </w:r>
          </w:p>
        </w:tc>
        <w:tc>
          <w:tcPr>
            <w:tcW w:w="1222" w:type="dxa"/>
            <w:gridSpan w:val="2"/>
          </w:tcPr>
          <w:p w14:paraId="530B2462" w14:textId="77777777" w:rsidR="00172FDA" w:rsidRPr="00172FDA" w:rsidRDefault="00172FDA" w:rsidP="00172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Inclus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în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tariful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de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intrare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</w:p>
        </w:tc>
        <w:tc>
          <w:tcPr>
            <w:tcW w:w="946" w:type="dxa"/>
          </w:tcPr>
          <w:p w14:paraId="6D7FB677" w14:textId="77777777" w:rsidR="00172FDA" w:rsidRPr="00172FDA" w:rsidRDefault="00172FDA" w:rsidP="00172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992" w:type="dxa"/>
          </w:tcPr>
          <w:p w14:paraId="5787DE87" w14:textId="77777777" w:rsidR="00172FDA" w:rsidRPr="00172FDA" w:rsidRDefault="00172FDA" w:rsidP="00172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-</w:t>
            </w:r>
          </w:p>
        </w:tc>
      </w:tr>
      <w:tr w:rsidR="00172FDA" w:rsidRPr="00172FDA" w14:paraId="3250B93F" w14:textId="77777777" w:rsidTr="00555C73">
        <w:tc>
          <w:tcPr>
            <w:tcW w:w="1933" w:type="dxa"/>
          </w:tcPr>
          <w:p w14:paraId="0A5F3A89" w14:textId="77777777" w:rsidR="00172FDA" w:rsidRPr="00172FDA" w:rsidRDefault="00172FDA" w:rsidP="00172F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>7</w:t>
            </w:r>
          </w:p>
        </w:tc>
        <w:tc>
          <w:tcPr>
            <w:tcW w:w="4392" w:type="dxa"/>
          </w:tcPr>
          <w:p w14:paraId="02554C33" w14:textId="77777777" w:rsidR="00172FDA" w:rsidRPr="00172FDA" w:rsidRDefault="00172FDA" w:rsidP="00172F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 xml:space="preserve">Tarif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>închiriere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>ambarcaţiuni</w:t>
            </w:r>
            <w:proofErr w:type="spellEnd"/>
          </w:p>
          <w:p w14:paraId="1D58FD5F" w14:textId="77777777" w:rsidR="00172FDA" w:rsidRPr="00172FDA" w:rsidRDefault="00172FDA" w:rsidP="00172F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</w:pPr>
          </w:p>
        </w:tc>
        <w:tc>
          <w:tcPr>
            <w:tcW w:w="1288" w:type="dxa"/>
          </w:tcPr>
          <w:p w14:paraId="79FCEBDE" w14:textId="77777777" w:rsidR="00172FDA" w:rsidRPr="00172FDA" w:rsidRDefault="00172FDA" w:rsidP="00172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</w:pPr>
          </w:p>
        </w:tc>
        <w:tc>
          <w:tcPr>
            <w:tcW w:w="1222" w:type="dxa"/>
            <w:gridSpan w:val="2"/>
          </w:tcPr>
          <w:p w14:paraId="76F1A9FE" w14:textId="77777777" w:rsidR="00172FDA" w:rsidRPr="00172FDA" w:rsidRDefault="00172FDA" w:rsidP="00172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</w:pPr>
          </w:p>
        </w:tc>
        <w:tc>
          <w:tcPr>
            <w:tcW w:w="946" w:type="dxa"/>
          </w:tcPr>
          <w:p w14:paraId="30136957" w14:textId="77777777" w:rsidR="00172FDA" w:rsidRPr="00172FDA" w:rsidRDefault="00172FDA" w:rsidP="00172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992" w:type="dxa"/>
          </w:tcPr>
          <w:p w14:paraId="73BCF004" w14:textId="77777777" w:rsidR="00172FDA" w:rsidRPr="00172FDA" w:rsidRDefault="00172FDA" w:rsidP="00172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</w:p>
        </w:tc>
      </w:tr>
      <w:tr w:rsidR="00172FDA" w:rsidRPr="00172FDA" w14:paraId="6E62A206" w14:textId="77777777" w:rsidTr="00555C73">
        <w:tc>
          <w:tcPr>
            <w:tcW w:w="1933" w:type="dxa"/>
          </w:tcPr>
          <w:p w14:paraId="5DDF8006" w14:textId="77777777" w:rsidR="00172FDA" w:rsidRPr="00172FDA" w:rsidRDefault="00172FDA" w:rsidP="00172F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7.1</w:t>
            </w:r>
          </w:p>
        </w:tc>
        <w:tc>
          <w:tcPr>
            <w:tcW w:w="4392" w:type="dxa"/>
          </w:tcPr>
          <w:p w14:paraId="623F53B9" w14:textId="77777777" w:rsidR="00172FDA" w:rsidRPr="00172FDA" w:rsidRDefault="00172FDA" w:rsidP="00172F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-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bărci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PAFS – 4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locuri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lei/h</w:t>
            </w:r>
          </w:p>
        </w:tc>
        <w:tc>
          <w:tcPr>
            <w:tcW w:w="1288" w:type="dxa"/>
          </w:tcPr>
          <w:p w14:paraId="327BCF7A" w14:textId="77777777" w:rsidR="00172FDA" w:rsidRPr="00172FDA" w:rsidRDefault="00172FDA" w:rsidP="00172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20,00</w:t>
            </w:r>
          </w:p>
        </w:tc>
        <w:tc>
          <w:tcPr>
            <w:tcW w:w="1222" w:type="dxa"/>
            <w:gridSpan w:val="2"/>
          </w:tcPr>
          <w:p w14:paraId="52D34B0B" w14:textId="77777777" w:rsidR="00172FDA" w:rsidRPr="00172FDA" w:rsidRDefault="00172FDA" w:rsidP="00172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25,00</w:t>
            </w:r>
          </w:p>
        </w:tc>
        <w:tc>
          <w:tcPr>
            <w:tcW w:w="946" w:type="dxa"/>
          </w:tcPr>
          <w:p w14:paraId="0EF2C907" w14:textId="77777777" w:rsidR="00172FDA" w:rsidRPr="00172FDA" w:rsidRDefault="00172FDA" w:rsidP="00172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992" w:type="dxa"/>
          </w:tcPr>
          <w:p w14:paraId="1316D7D4" w14:textId="77777777" w:rsidR="00172FDA" w:rsidRPr="00172FDA" w:rsidRDefault="00172FDA" w:rsidP="00172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-</w:t>
            </w:r>
          </w:p>
        </w:tc>
      </w:tr>
      <w:tr w:rsidR="00172FDA" w:rsidRPr="00172FDA" w14:paraId="10B47D97" w14:textId="77777777" w:rsidTr="00555C73">
        <w:tc>
          <w:tcPr>
            <w:tcW w:w="1933" w:type="dxa"/>
          </w:tcPr>
          <w:p w14:paraId="58EEC15B" w14:textId="77777777" w:rsidR="00172FDA" w:rsidRPr="00172FDA" w:rsidRDefault="00172FDA" w:rsidP="00172F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7.2</w:t>
            </w:r>
          </w:p>
        </w:tc>
        <w:tc>
          <w:tcPr>
            <w:tcW w:w="4392" w:type="dxa"/>
          </w:tcPr>
          <w:p w14:paraId="5A7C9F97" w14:textId="77777777" w:rsidR="00172FDA" w:rsidRPr="00172FDA" w:rsidRDefault="00172FDA" w:rsidP="00172F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-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bărci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PAFS – 7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locuri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lei/h</w:t>
            </w:r>
          </w:p>
        </w:tc>
        <w:tc>
          <w:tcPr>
            <w:tcW w:w="1288" w:type="dxa"/>
          </w:tcPr>
          <w:p w14:paraId="7A035465" w14:textId="77777777" w:rsidR="00172FDA" w:rsidRPr="00172FDA" w:rsidRDefault="00172FDA" w:rsidP="00172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35,00</w:t>
            </w:r>
          </w:p>
        </w:tc>
        <w:tc>
          <w:tcPr>
            <w:tcW w:w="1222" w:type="dxa"/>
            <w:gridSpan w:val="2"/>
          </w:tcPr>
          <w:p w14:paraId="6CC9A026" w14:textId="77777777" w:rsidR="00172FDA" w:rsidRPr="00172FDA" w:rsidRDefault="00172FDA" w:rsidP="00172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40,00</w:t>
            </w:r>
          </w:p>
        </w:tc>
        <w:tc>
          <w:tcPr>
            <w:tcW w:w="946" w:type="dxa"/>
          </w:tcPr>
          <w:p w14:paraId="0E11BC95" w14:textId="77777777" w:rsidR="00172FDA" w:rsidRPr="00172FDA" w:rsidRDefault="00172FDA" w:rsidP="00172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992" w:type="dxa"/>
          </w:tcPr>
          <w:p w14:paraId="597C4D76" w14:textId="77777777" w:rsidR="00172FDA" w:rsidRPr="00172FDA" w:rsidRDefault="00172FDA" w:rsidP="00172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-</w:t>
            </w:r>
          </w:p>
        </w:tc>
      </w:tr>
      <w:tr w:rsidR="00172FDA" w:rsidRPr="00172FDA" w14:paraId="31293FB0" w14:textId="77777777" w:rsidTr="00555C73">
        <w:tc>
          <w:tcPr>
            <w:tcW w:w="1933" w:type="dxa"/>
          </w:tcPr>
          <w:p w14:paraId="7742B589" w14:textId="77777777" w:rsidR="00172FDA" w:rsidRPr="00172FDA" w:rsidRDefault="00172FDA" w:rsidP="00172F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7.3</w:t>
            </w:r>
          </w:p>
        </w:tc>
        <w:tc>
          <w:tcPr>
            <w:tcW w:w="4392" w:type="dxa"/>
          </w:tcPr>
          <w:p w14:paraId="553B4500" w14:textId="77777777" w:rsidR="00172FDA" w:rsidRPr="00172FDA" w:rsidRDefault="00172FDA" w:rsidP="00172F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-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hidrobicicletă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tip « Auto » lei/h</w:t>
            </w:r>
          </w:p>
        </w:tc>
        <w:tc>
          <w:tcPr>
            <w:tcW w:w="1288" w:type="dxa"/>
          </w:tcPr>
          <w:p w14:paraId="5DD2F122" w14:textId="77777777" w:rsidR="00172FDA" w:rsidRPr="00172FDA" w:rsidRDefault="00172FDA" w:rsidP="00172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30,00</w:t>
            </w:r>
          </w:p>
        </w:tc>
        <w:tc>
          <w:tcPr>
            <w:tcW w:w="1222" w:type="dxa"/>
            <w:gridSpan w:val="2"/>
          </w:tcPr>
          <w:p w14:paraId="007980EB" w14:textId="77777777" w:rsidR="00172FDA" w:rsidRPr="00172FDA" w:rsidRDefault="00172FDA" w:rsidP="00172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40,00</w:t>
            </w:r>
          </w:p>
        </w:tc>
        <w:tc>
          <w:tcPr>
            <w:tcW w:w="946" w:type="dxa"/>
          </w:tcPr>
          <w:p w14:paraId="5053697F" w14:textId="77777777" w:rsidR="00172FDA" w:rsidRPr="00172FDA" w:rsidRDefault="00172FDA" w:rsidP="00172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992" w:type="dxa"/>
          </w:tcPr>
          <w:p w14:paraId="2B031AD6" w14:textId="77777777" w:rsidR="00172FDA" w:rsidRPr="00172FDA" w:rsidRDefault="00172FDA" w:rsidP="00172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-</w:t>
            </w:r>
          </w:p>
        </w:tc>
      </w:tr>
      <w:tr w:rsidR="00172FDA" w:rsidRPr="00172FDA" w14:paraId="5047514F" w14:textId="77777777" w:rsidTr="00555C73">
        <w:tc>
          <w:tcPr>
            <w:tcW w:w="1933" w:type="dxa"/>
          </w:tcPr>
          <w:p w14:paraId="167D0268" w14:textId="77777777" w:rsidR="00172FDA" w:rsidRPr="00172FDA" w:rsidRDefault="00172FDA" w:rsidP="00172F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7.4</w:t>
            </w:r>
          </w:p>
        </w:tc>
        <w:tc>
          <w:tcPr>
            <w:tcW w:w="4392" w:type="dxa"/>
          </w:tcPr>
          <w:p w14:paraId="54D1FD7D" w14:textId="77777777" w:rsidR="00172FDA" w:rsidRPr="00172FDA" w:rsidRDefault="00172FDA" w:rsidP="00172F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- </w:t>
            </w:r>
            <w:proofErr w:type="spellStart"/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t>paddleboarduri</w:t>
            </w:r>
            <w:proofErr w:type="spellEnd"/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t xml:space="preserve"> (SUP-</w:t>
            </w:r>
            <w:proofErr w:type="spellStart"/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t>uri</w:t>
            </w:r>
            <w:proofErr w:type="spellEnd"/>
            <w:r w:rsidRPr="00172FD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t>)</w:t>
            </w:r>
          </w:p>
        </w:tc>
        <w:tc>
          <w:tcPr>
            <w:tcW w:w="1288" w:type="dxa"/>
          </w:tcPr>
          <w:p w14:paraId="16F6769C" w14:textId="77777777" w:rsidR="00172FDA" w:rsidRPr="00172FDA" w:rsidRDefault="00172FDA" w:rsidP="00172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25,00</w:t>
            </w:r>
          </w:p>
        </w:tc>
        <w:tc>
          <w:tcPr>
            <w:tcW w:w="1222" w:type="dxa"/>
            <w:gridSpan w:val="2"/>
          </w:tcPr>
          <w:p w14:paraId="0830FC1E" w14:textId="77777777" w:rsidR="00172FDA" w:rsidRPr="00172FDA" w:rsidRDefault="00172FDA" w:rsidP="00172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30,00</w:t>
            </w:r>
          </w:p>
        </w:tc>
        <w:tc>
          <w:tcPr>
            <w:tcW w:w="946" w:type="dxa"/>
          </w:tcPr>
          <w:p w14:paraId="5A44BC46" w14:textId="77777777" w:rsidR="00172FDA" w:rsidRPr="00172FDA" w:rsidRDefault="00172FDA" w:rsidP="00172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992" w:type="dxa"/>
          </w:tcPr>
          <w:p w14:paraId="19F7BE2C" w14:textId="77777777" w:rsidR="00172FDA" w:rsidRPr="00172FDA" w:rsidRDefault="00172FDA" w:rsidP="00172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</w:p>
        </w:tc>
      </w:tr>
      <w:tr w:rsidR="00172FDA" w:rsidRPr="00172FDA" w14:paraId="7CCDEC3C" w14:textId="77777777" w:rsidTr="00555C73">
        <w:tc>
          <w:tcPr>
            <w:tcW w:w="1933" w:type="dxa"/>
          </w:tcPr>
          <w:p w14:paraId="5B072DCC" w14:textId="77777777" w:rsidR="00172FDA" w:rsidRPr="00172FDA" w:rsidRDefault="00172FDA" w:rsidP="00172F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7.5</w:t>
            </w:r>
          </w:p>
        </w:tc>
        <w:tc>
          <w:tcPr>
            <w:tcW w:w="4392" w:type="dxa"/>
          </w:tcPr>
          <w:p w14:paraId="3D74CCBE" w14:textId="77777777" w:rsidR="00172FDA" w:rsidRPr="00172FDA" w:rsidRDefault="00172FDA" w:rsidP="00172F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-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tarif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acces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zona adults only include jacuzzi,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bazin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,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șezlong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/baldachin</w:t>
            </w:r>
          </w:p>
        </w:tc>
        <w:tc>
          <w:tcPr>
            <w:tcW w:w="1288" w:type="dxa"/>
          </w:tcPr>
          <w:p w14:paraId="44DF6280" w14:textId="77777777" w:rsidR="00172FDA" w:rsidRPr="00172FDA" w:rsidRDefault="00172FDA" w:rsidP="00172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-</w:t>
            </w:r>
          </w:p>
        </w:tc>
        <w:tc>
          <w:tcPr>
            <w:tcW w:w="1222" w:type="dxa"/>
            <w:gridSpan w:val="2"/>
          </w:tcPr>
          <w:p w14:paraId="48D29B4C" w14:textId="77777777" w:rsidR="00172FDA" w:rsidRPr="00172FDA" w:rsidRDefault="00172FDA" w:rsidP="00172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60,00</w:t>
            </w:r>
          </w:p>
        </w:tc>
        <w:tc>
          <w:tcPr>
            <w:tcW w:w="946" w:type="dxa"/>
          </w:tcPr>
          <w:p w14:paraId="529C816F" w14:textId="77777777" w:rsidR="00172FDA" w:rsidRPr="00172FDA" w:rsidRDefault="00172FDA" w:rsidP="00172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992" w:type="dxa"/>
          </w:tcPr>
          <w:p w14:paraId="591E5C75" w14:textId="77777777" w:rsidR="00172FDA" w:rsidRPr="00172FDA" w:rsidRDefault="00172FDA" w:rsidP="00172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highlight w:val="yellow"/>
                <w:lang w:val="en-US"/>
                <w14:ligatures w14:val="none"/>
              </w:rPr>
            </w:pPr>
          </w:p>
        </w:tc>
      </w:tr>
    </w:tbl>
    <w:p w14:paraId="02ECC40B" w14:textId="77777777" w:rsidR="00172FDA" w:rsidRPr="00172FDA" w:rsidRDefault="00172FDA" w:rsidP="00172FD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</w:p>
    <w:p w14:paraId="5029926B" w14:textId="77777777" w:rsidR="00172FDA" w:rsidRPr="00172FDA" w:rsidRDefault="00172FDA" w:rsidP="00172FD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</w:p>
    <w:p w14:paraId="65E2E418" w14:textId="77777777" w:rsidR="00172FDA" w:rsidRPr="00172FDA" w:rsidRDefault="00172FDA" w:rsidP="00172FDA">
      <w:pPr>
        <w:spacing w:after="0" w:line="240" w:lineRule="auto"/>
        <w:ind w:left="709" w:right="843"/>
        <w:jc w:val="both"/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</w:pPr>
      <w:r w:rsidRPr="00172FDA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>NOTĂ :</w:t>
      </w:r>
    </w:p>
    <w:p w14:paraId="4C5559AA" w14:textId="77777777" w:rsidR="00172FDA" w:rsidRPr="00172FDA" w:rsidRDefault="00172FDA" w:rsidP="00172FDA">
      <w:pPr>
        <w:numPr>
          <w:ilvl w:val="0"/>
          <w:numId w:val="23"/>
        </w:numPr>
        <w:spacing w:after="0" w:line="240" w:lineRule="auto"/>
        <w:ind w:left="709" w:right="843"/>
        <w:contextualSpacing/>
        <w:jc w:val="both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proofErr w:type="spellStart"/>
      <w:r w:rsidRPr="00172FDA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Tarifele</w:t>
      </w:r>
      <w:proofErr w:type="spellEnd"/>
      <w:r w:rsidRPr="00172FDA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sun </w:t>
      </w:r>
      <w:proofErr w:type="spellStart"/>
      <w:r w:rsidRPr="00172FDA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împărțite</w:t>
      </w:r>
      <w:proofErr w:type="spellEnd"/>
      <w:r w:rsidRPr="00172FDA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pe </w:t>
      </w:r>
      <w:proofErr w:type="spellStart"/>
      <w:r w:rsidRPr="00172FDA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categoriile</w:t>
      </w:r>
      <w:proofErr w:type="spellEnd"/>
      <w:r w:rsidRPr="00172FDA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172FDA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sezon</w:t>
      </w:r>
      <w:proofErr w:type="spellEnd"/>
      <w:r w:rsidRPr="00172FDA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172FDA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și</w:t>
      </w:r>
      <w:proofErr w:type="spellEnd"/>
      <w:r w:rsidRPr="00172FDA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172FDA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extrasezon</w:t>
      </w:r>
      <w:proofErr w:type="spellEnd"/>
      <w:r w:rsidRPr="00172FDA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172FDA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după</w:t>
      </w:r>
      <w:proofErr w:type="spellEnd"/>
      <w:r w:rsidRPr="00172FDA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cum sunt </w:t>
      </w:r>
      <w:proofErr w:type="spellStart"/>
      <w:r w:rsidRPr="00172FDA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prezentate</w:t>
      </w:r>
      <w:proofErr w:type="spellEnd"/>
      <w:r w:rsidRPr="00172FDA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172FDA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în</w:t>
      </w:r>
      <w:proofErr w:type="spellEnd"/>
      <w:r w:rsidRPr="00172FDA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172FDA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tabele</w:t>
      </w:r>
      <w:proofErr w:type="spellEnd"/>
      <w:r w:rsidRPr="00172FDA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.</w:t>
      </w:r>
    </w:p>
    <w:p w14:paraId="015DACA6" w14:textId="77777777" w:rsidR="00172FDA" w:rsidRPr="00172FDA" w:rsidRDefault="00172FDA" w:rsidP="00172FDA">
      <w:pPr>
        <w:numPr>
          <w:ilvl w:val="0"/>
          <w:numId w:val="24"/>
        </w:numPr>
        <w:spacing w:after="0" w:line="240" w:lineRule="auto"/>
        <w:ind w:left="709" w:right="843"/>
        <w:jc w:val="both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r w:rsidRPr="00172FDA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Plata </w:t>
      </w:r>
      <w:proofErr w:type="spellStart"/>
      <w:r w:rsidRPr="00172FDA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tarifelor</w:t>
      </w:r>
      <w:proofErr w:type="spellEnd"/>
      <w:r w:rsidRPr="00172FDA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 </w:t>
      </w:r>
      <w:proofErr w:type="spellStart"/>
      <w:r w:rsidRPr="00172FDA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pentru</w:t>
      </w:r>
      <w:proofErr w:type="spellEnd"/>
      <w:r w:rsidRPr="00172FDA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172FDA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concesiuni</w:t>
      </w:r>
      <w:proofErr w:type="spellEnd"/>
      <w:r w:rsidRPr="00172FDA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/</w:t>
      </w:r>
      <w:proofErr w:type="spellStart"/>
      <w:r w:rsidRPr="00172FDA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convenții</w:t>
      </w:r>
      <w:proofErr w:type="spellEnd"/>
      <w:r w:rsidRPr="00172FDA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,  se </w:t>
      </w:r>
      <w:proofErr w:type="spellStart"/>
      <w:r w:rsidRPr="00172FDA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va</w:t>
      </w:r>
      <w:proofErr w:type="spellEnd"/>
      <w:r w:rsidRPr="00172FDA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face </w:t>
      </w:r>
      <w:proofErr w:type="spellStart"/>
      <w:r w:rsidRPr="00172FDA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trimestrial</w:t>
      </w:r>
      <w:proofErr w:type="spellEnd"/>
      <w:r w:rsidRPr="00172FDA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172FDA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până</w:t>
      </w:r>
      <w:proofErr w:type="spellEnd"/>
      <w:r w:rsidRPr="00172FDA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la: 15 </w:t>
      </w:r>
      <w:proofErr w:type="spellStart"/>
      <w:r w:rsidRPr="00172FDA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martie</w:t>
      </w:r>
      <w:proofErr w:type="spellEnd"/>
      <w:r w:rsidRPr="00172FDA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, 15 </w:t>
      </w:r>
      <w:proofErr w:type="spellStart"/>
      <w:r w:rsidRPr="00172FDA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iunie</w:t>
      </w:r>
      <w:proofErr w:type="spellEnd"/>
      <w:r w:rsidRPr="00172FDA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, 15 </w:t>
      </w:r>
      <w:proofErr w:type="spellStart"/>
      <w:r w:rsidRPr="00172FDA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septembrie</w:t>
      </w:r>
      <w:proofErr w:type="spellEnd"/>
      <w:r w:rsidRPr="00172FDA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şi 15 </w:t>
      </w:r>
      <w:proofErr w:type="spellStart"/>
      <w:r w:rsidRPr="00172FDA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decembrie</w:t>
      </w:r>
      <w:proofErr w:type="spellEnd"/>
      <w:r w:rsidRPr="00172FDA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.</w:t>
      </w:r>
    </w:p>
    <w:p w14:paraId="01B50046" w14:textId="77777777" w:rsidR="00172FDA" w:rsidRPr="00172FDA" w:rsidRDefault="00172FDA" w:rsidP="00172FDA">
      <w:pPr>
        <w:numPr>
          <w:ilvl w:val="0"/>
          <w:numId w:val="24"/>
        </w:numPr>
        <w:spacing w:after="0" w:line="240" w:lineRule="auto"/>
        <w:ind w:left="709" w:right="843"/>
        <w:jc w:val="both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proofErr w:type="spellStart"/>
      <w:r w:rsidRPr="00172FDA">
        <w:rPr>
          <w:rFonts w:ascii="Times New Roman" w:eastAsia="MS Mincho" w:hAnsi="Times New Roman" w:cs="Times New Roman"/>
          <w:kern w:val="0"/>
          <w:lang w:val="en-US"/>
          <w14:ligatures w14:val="none"/>
        </w:rPr>
        <w:t>Accesul</w:t>
      </w:r>
      <w:proofErr w:type="spellEnd"/>
      <w:r w:rsidRPr="00172FDA">
        <w:rPr>
          <w:rFonts w:ascii="Times New Roman" w:eastAsia="MS Mincho" w:hAnsi="Times New Roman" w:cs="Times New Roman"/>
          <w:kern w:val="0"/>
          <w:lang w:val="en-US"/>
          <w14:ligatures w14:val="none"/>
        </w:rPr>
        <w:t xml:space="preserve"> pe </w:t>
      </w:r>
      <w:proofErr w:type="spellStart"/>
      <w:r w:rsidRPr="00172FDA">
        <w:rPr>
          <w:rFonts w:ascii="Times New Roman" w:eastAsia="MS Mincho" w:hAnsi="Times New Roman" w:cs="Times New Roman"/>
          <w:kern w:val="0"/>
          <w:lang w:val="en-US"/>
          <w14:ligatures w14:val="none"/>
        </w:rPr>
        <w:t>bază</w:t>
      </w:r>
      <w:proofErr w:type="spellEnd"/>
      <w:r w:rsidRPr="00172FDA">
        <w:rPr>
          <w:rFonts w:ascii="Times New Roman" w:eastAsia="MS Mincho" w:hAnsi="Times New Roman" w:cs="Times New Roman"/>
          <w:kern w:val="0"/>
          <w:lang w:val="en-US"/>
          <w14:ligatures w14:val="none"/>
        </w:rPr>
        <w:t xml:space="preserve"> de </w:t>
      </w:r>
      <w:proofErr w:type="spellStart"/>
      <w:r w:rsidRPr="00172FDA">
        <w:rPr>
          <w:rFonts w:ascii="Times New Roman" w:eastAsia="MS Mincho" w:hAnsi="Times New Roman" w:cs="Times New Roman"/>
          <w:kern w:val="0"/>
          <w:lang w:val="en-US"/>
          <w14:ligatures w14:val="none"/>
        </w:rPr>
        <w:t>brățări</w:t>
      </w:r>
      <w:proofErr w:type="spellEnd"/>
      <w:r w:rsidRPr="00172FDA">
        <w:rPr>
          <w:rFonts w:ascii="Times New Roman" w:eastAsia="MS Mincho" w:hAnsi="Times New Roman" w:cs="Times New Roman"/>
          <w:kern w:val="0"/>
          <w:lang w:val="en-US"/>
          <w14:ligatures w14:val="none"/>
        </w:rPr>
        <w:t xml:space="preserve"> se face </w:t>
      </w:r>
      <w:proofErr w:type="spellStart"/>
      <w:r w:rsidRPr="00172FDA">
        <w:rPr>
          <w:rFonts w:ascii="Times New Roman" w:eastAsia="MS Mincho" w:hAnsi="Times New Roman" w:cs="Times New Roman"/>
          <w:kern w:val="0"/>
          <w:lang w:val="en-US"/>
          <w14:ligatures w14:val="none"/>
        </w:rPr>
        <w:t>în</w:t>
      </w:r>
      <w:proofErr w:type="spellEnd"/>
      <w:r w:rsidRPr="00172FDA">
        <w:rPr>
          <w:rFonts w:ascii="Times New Roman" w:eastAsia="MS Mincho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172FDA">
        <w:rPr>
          <w:rFonts w:ascii="Times New Roman" w:eastAsia="MS Mincho" w:hAnsi="Times New Roman" w:cs="Times New Roman"/>
          <w:kern w:val="0"/>
          <w:lang w:val="en-US"/>
          <w14:ligatures w14:val="none"/>
        </w:rPr>
        <w:t>sezonul</w:t>
      </w:r>
      <w:proofErr w:type="spellEnd"/>
      <w:r w:rsidRPr="00172FDA">
        <w:rPr>
          <w:rFonts w:ascii="Times New Roman" w:eastAsia="MS Mincho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172FDA">
        <w:rPr>
          <w:rFonts w:ascii="Times New Roman" w:eastAsia="MS Mincho" w:hAnsi="Times New Roman" w:cs="Times New Roman"/>
          <w:kern w:val="0"/>
          <w:lang w:val="en-US"/>
          <w14:ligatures w14:val="none"/>
        </w:rPr>
        <w:t>estival</w:t>
      </w:r>
      <w:proofErr w:type="spellEnd"/>
      <w:r w:rsidRPr="00172FDA">
        <w:rPr>
          <w:rFonts w:ascii="Times New Roman" w:eastAsia="MS Mincho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172FDA">
        <w:rPr>
          <w:rFonts w:ascii="Times New Roman" w:eastAsia="MS Mincho" w:hAnsi="Times New Roman" w:cs="Times New Roman"/>
          <w:kern w:val="0"/>
          <w:lang w:val="en-US"/>
          <w14:ligatures w14:val="none"/>
        </w:rPr>
        <w:t>zilnic</w:t>
      </w:r>
      <w:proofErr w:type="spellEnd"/>
      <w:r w:rsidRPr="00172FDA">
        <w:rPr>
          <w:rFonts w:ascii="Times New Roman" w:eastAsia="MS Mincho" w:hAnsi="Times New Roman" w:cs="Times New Roman"/>
          <w:kern w:val="0"/>
          <w:lang w:val="en-US"/>
          <w14:ligatures w14:val="none"/>
        </w:rPr>
        <w:t xml:space="preserve">, </w:t>
      </w:r>
      <w:proofErr w:type="spellStart"/>
      <w:r w:rsidRPr="00172FDA">
        <w:rPr>
          <w:rFonts w:ascii="Times New Roman" w:eastAsia="MS Mincho" w:hAnsi="Times New Roman" w:cs="Times New Roman"/>
          <w:kern w:val="0"/>
          <w:lang w:val="en-US"/>
          <w14:ligatures w14:val="none"/>
        </w:rPr>
        <w:t>între</w:t>
      </w:r>
      <w:proofErr w:type="spellEnd"/>
      <w:r w:rsidRPr="00172FDA">
        <w:rPr>
          <w:rFonts w:ascii="Times New Roman" w:eastAsia="MS Mincho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172FDA">
        <w:rPr>
          <w:rFonts w:ascii="Times New Roman" w:eastAsia="MS Mincho" w:hAnsi="Times New Roman" w:cs="Times New Roman"/>
          <w:kern w:val="0"/>
          <w:lang w:val="en-US"/>
          <w14:ligatures w14:val="none"/>
        </w:rPr>
        <w:t>orele</w:t>
      </w:r>
      <w:proofErr w:type="spellEnd"/>
      <w:r w:rsidRPr="00172FDA">
        <w:rPr>
          <w:rFonts w:ascii="Times New Roman" w:eastAsia="MS Mincho" w:hAnsi="Times New Roman" w:cs="Times New Roman"/>
          <w:kern w:val="0"/>
          <w:lang w:val="en-US"/>
          <w14:ligatures w14:val="none"/>
        </w:rPr>
        <w:t xml:space="preserve"> 9:00-20:00; </w:t>
      </w:r>
      <w:proofErr w:type="spellStart"/>
      <w:r w:rsidRPr="00172FDA">
        <w:rPr>
          <w:rFonts w:ascii="Times New Roman" w:eastAsia="MS Mincho" w:hAnsi="Times New Roman" w:cs="Times New Roman"/>
          <w:kern w:val="0"/>
          <w:lang w:val="en-US"/>
          <w14:ligatures w14:val="none"/>
        </w:rPr>
        <w:t>excepție</w:t>
      </w:r>
      <w:proofErr w:type="spellEnd"/>
      <w:r w:rsidRPr="00172FDA">
        <w:rPr>
          <w:rFonts w:ascii="Times New Roman" w:eastAsia="MS Mincho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172FDA">
        <w:rPr>
          <w:rFonts w:ascii="Times New Roman" w:eastAsia="MS Mincho" w:hAnsi="Times New Roman" w:cs="Times New Roman"/>
          <w:kern w:val="0"/>
          <w:lang w:val="en-US"/>
          <w14:ligatures w14:val="none"/>
        </w:rPr>
        <w:t>fiecare</w:t>
      </w:r>
      <w:proofErr w:type="spellEnd"/>
      <w:r w:rsidRPr="00172FDA">
        <w:rPr>
          <w:rFonts w:ascii="Times New Roman" w:eastAsia="MS Mincho" w:hAnsi="Times New Roman" w:cs="Times New Roman"/>
          <w:kern w:val="0"/>
          <w:lang w:val="en-US"/>
          <w14:ligatures w14:val="none"/>
        </w:rPr>
        <w:t xml:space="preserve"> zi de </w:t>
      </w:r>
      <w:proofErr w:type="spellStart"/>
      <w:r w:rsidRPr="00172FDA">
        <w:rPr>
          <w:rFonts w:ascii="Times New Roman" w:eastAsia="MS Mincho" w:hAnsi="Times New Roman" w:cs="Times New Roman"/>
          <w:kern w:val="0"/>
          <w:lang w:val="en-US"/>
          <w14:ligatures w14:val="none"/>
        </w:rPr>
        <w:t>luni</w:t>
      </w:r>
      <w:proofErr w:type="spellEnd"/>
      <w:r w:rsidRPr="00172FDA">
        <w:rPr>
          <w:rFonts w:ascii="Times New Roman" w:eastAsia="MS Mincho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172FDA">
        <w:rPr>
          <w:rFonts w:ascii="Times New Roman" w:eastAsia="MS Mincho" w:hAnsi="Times New Roman" w:cs="Times New Roman"/>
          <w:kern w:val="0"/>
          <w:lang w:val="en-US"/>
          <w14:ligatures w14:val="none"/>
        </w:rPr>
        <w:t>când</w:t>
      </w:r>
      <w:proofErr w:type="spellEnd"/>
      <w:r w:rsidRPr="00172FDA">
        <w:rPr>
          <w:rFonts w:ascii="Times New Roman" w:eastAsia="MS Mincho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172FDA">
        <w:rPr>
          <w:rFonts w:ascii="Times New Roman" w:eastAsia="MS Mincho" w:hAnsi="Times New Roman" w:cs="Times New Roman"/>
          <w:kern w:val="0"/>
          <w:lang w:val="en-US"/>
          <w14:ligatures w14:val="none"/>
        </w:rPr>
        <w:t>complexul</w:t>
      </w:r>
      <w:proofErr w:type="spellEnd"/>
      <w:r w:rsidRPr="00172FDA">
        <w:rPr>
          <w:rFonts w:ascii="Times New Roman" w:eastAsia="MS Mincho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172FDA">
        <w:rPr>
          <w:rFonts w:ascii="Times New Roman" w:eastAsia="MS Mincho" w:hAnsi="Times New Roman" w:cs="Times New Roman"/>
          <w:kern w:val="0"/>
          <w:lang w:val="en-US"/>
          <w14:ligatures w14:val="none"/>
        </w:rPr>
        <w:t>este</w:t>
      </w:r>
      <w:proofErr w:type="spellEnd"/>
      <w:r w:rsidRPr="00172FDA">
        <w:rPr>
          <w:rFonts w:ascii="Times New Roman" w:eastAsia="MS Mincho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172FDA">
        <w:rPr>
          <w:rFonts w:ascii="Times New Roman" w:eastAsia="MS Mincho" w:hAnsi="Times New Roman" w:cs="Times New Roman"/>
          <w:kern w:val="0"/>
          <w:lang w:val="en-US"/>
          <w14:ligatures w14:val="none"/>
        </w:rPr>
        <w:t>închis</w:t>
      </w:r>
      <w:proofErr w:type="spellEnd"/>
      <w:r w:rsidRPr="00172FDA">
        <w:rPr>
          <w:rFonts w:ascii="Times New Roman" w:eastAsia="MS Mincho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172FDA">
        <w:rPr>
          <w:rFonts w:ascii="Times New Roman" w:eastAsia="MS Mincho" w:hAnsi="Times New Roman" w:cs="Times New Roman"/>
          <w:kern w:val="0"/>
          <w:lang w:val="en-US"/>
          <w14:ligatures w14:val="none"/>
        </w:rPr>
        <w:t>pentru</w:t>
      </w:r>
      <w:proofErr w:type="spellEnd"/>
      <w:r w:rsidRPr="00172FDA">
        <w:rPr>
          <w:rFonts w:ascii="Times New Roman" w:eastAsia="MS Mincho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172FDA">
        <w:rPr>
          <w:rFonts w:ascii="Times New Roman" w:eastAsia="MS Mincho" w:hAnsi="Times New Roman" w:cs="Times New Roman"/>
          <w:kern w:val="0"/>
          <w:lang w:val="en-US"/>
          <w14:ligatures w14:val="none"/>
        </w:rPr>
        <w:t>curățenie</w:t>
      </w:r>
      <w:proofErr w:type="spellEnd"/>
      <w:r w:rsidRPr="00172FDA">
        <w:rPr>
          <w:rFonts w:ascii="Times New Roman" w:eastAsia="MS Mincho" w:hAnsi="Times New Roman" w:cs="Times New Roman"/>
          <w:kern w:val="0"/>
          <w:lang w:val="en-US"/>
          <w14:ligatures w14:val="none"/>
        </w:rPr>
        <w:t>;</w:t>
      </w:r>
    </w:p>
    <w:p w14:paraId="17D8381A" w14:textId="77777777" w:rsidR="00172FDA" w:rsidRPr="00172FDA" w:rsidRDefault="00172FDA" w:rsidP="00172FDA">
      <w:pPr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ind w:left="709" w:right="843"/>
        <w:jc w:val="both"/>
        <w:rPr>
          <w:rFonts w:ascii="Times New Roman" w:eastAsia="Times New Roman" w:hAnsi="Times New Roman" w:cs="Times New Roman"/>
          <w:color w:val="000000"/>
          <w:kern w:val="0"/>
          <w:lang w:val="en-US"/>
          <w14:ligatures w14:val="none"/>
        </w:rPr>
      </w:pPr>
      <w:r w:rsidRPr="00172FDA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Plata </w:t>
      </w:r>
      <w:proofErr w:type="spellStart"/>
      <w:r w:rsidRPr="00172FDA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tarifelor</w:t>
      </w:r>
      <w:proofErr w:type="spellEnd"/>
      <w:r w:rsidRPr="00172FDA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 </w:t>
      </w:r>
      <w:proofErr w:type="spellStart"/>
      <w:r w:rsidRPr="00172FDA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prevăzute</w:t>
      </w:r>
      <w:proofErr w:type="spellEnd"/>
      <w:r w:rsidRPr="00172FDA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la </w:t>
      </w:r>
      <w:proofErr w:type="spellStart"/>
      <w:r w:rsidRPr="00172FDA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punctul</w:t>
      </w:r>
      <w:proofErr w:type="spellEnd"/>
      <w:r w:rsidRPr="00172FDA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172FDA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pompare</w:t>
      </w:r>
      <w:proofErr w:type="spellEnd"/>
      <w:r w:rsidRPr="00172FDA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ape </w:t>
      </w:r>
      <w:proofErr w:type="spellStart"/>
      <w:r w:rsidRPr="00172FDA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uzate</w:t>
      </w:r>
      <w:proofErr w:type="spellEnd"/>
      <w:r w:rsidRPr="00172FDA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, se </w:t>
      </w:r>
      <w:proofErr w:type="spellStart"/>
      <w:r w:rsidRPr="00172FDA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va</w:t>
      </w:r>
      <w:proofErr w:type="spellEnd"/>
      <w:r w:rsidRPr="00172FDA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face </w:t>
      </w:r>
      <w:proofErr w:type="spellStart"/>
      <w:r w:rsidRPr="00172FDA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astfel</w:t>
      </w:r>
      <w:proofErr w:type="spellEnd"/>
      <w:r w:rsidRPr="00172FDA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:</w:t>
      </w:r>
    </w:p>
    <w:p w14:paraId="5CED0509" w14:textId="77777777" w:rsidR="00172FDA" w:rsidRPr="00172FDA" w:rsidRDefault="00172FDA" w:rsidP="00172FDA">
      <w:pPr>
        <w:numPr>
          <w:ilvl w:val="1"/>
          <w:numId w:val="25"/>
        </w:numPr>
        <w:autoSpaceDE w:val="0"/>
        <w:autoSpaceDN w:val="0"/>
        <w:adjustRightInd w:val="0"/>
        <w:spacing w:after="0" w:line="240" w:lineRule="auto"/>
        <w:ind w:left="709" w:right="843"/>
        <w:jc w:val="both"/>
        <w:rPr>
          <w:rFonts w:ascii="Times New Roman" w:eastAsia="Times New Roman" w:hAnsi="Times New Roman" w:cs="Times New Roman"/>
          <w:color w:val="000000"/>
          <w:kern w:val="0"/>
          <w:lang w:val="en-US"/>
          <w14:ligatures w14:val="none"/>
        </w:rPr>
      </w:pPr>
      <w:proofErr w:type="spellStart"/>
      <w:r w:rsidRPr="00172FDA">
        <w:rPr>
          <w:rFonts w:ascii="Times New Roman" w:eastAsia="Times New Roman" w:hAnsi="Times New Roman" w:cs="Times New Roman"/>
          <w:color w:val="000000"/>
          <w:kern w:val="0"/>
          <w:lang w:val="en-US"/>
          <w14:ligatures w14:val="none"/>
        </w:rPr>
        <w:t>semestrul</w:t>
      </w:r>
      <w:proofErr w:type="spellEnd"/>
      <w:r w:rsidRPr="00172FDA">
        <w:rPr>
          <w:rFonts w:ascii="Times New Roman" w:eastAsia="Times New Roman" w:hAnsi="Times New Roman" w:cs="Times New Roman"/>
          <w:color w:val="000000"/>
          <w:kern w:val="0"/>
          <w:lang w:val="en-US"/>
          <w14:ligatures w14:val="none"/>
        </w:rPr>
        <w:t xml:space="preserve">  I 2027 (</w:t>
      </w:r>
      <w:proofErr w:type="spellStart"/>
      <w:r w:rsidRPr="00172FDA">
        <w:rPr>
          <w:rFonts w:ascii="Times New Roman" w:eastAsia="Times New Roman" w:hAnsi="Times New Roman" w:cs="Times New Roman"/>
          <w:color w:val="000000"/>
          <w:kern w:val="0"/>
          <w:lang w:val="en-US"/>
          <w14:ligatures w14:val="none"/>
        </w:rPr>
        <w:t>ianuarie</w:t>
      </w:r>
      <w:proofErr w:type="spellEnd"/>
      <w:r w:rsidRPr="00172FDA">
        <w:rPr>
          <w:rFonts w:ascii="Times New Roman" w:eastAsia="Times New Roman" w:hAnsi="Times New Roman" w:cs="Times New Roman"/>
          <w:color w:val="000000"/>
          <w:kern w:val="0"/>
          <w:lang w:val="en-US"/>
          <w14:ligatures w14:val="none"/>
        </w:rPr>
        <w:t xml:space="preserve">, </w:t>
      </w:r>
      <w:proofErr w:type="spellStart"/>
      <w:r w:rsidRPr="00172FDA">
        <w:rPr>
          <w:rFonts w:ascii="Times New Roman" w:eastAsia="Times New Roman" w:hAnsi="Times New Roman" w:cs="Times New Roman"/>
          <w:color w:val="000000"/>
          <w:kern w:val="0"/>
          <w:lang w:val="en-US"/>
          <w14:ligatures w14:val="none"/>
        </w:rPr>
        <w:t>februarie</w:t>
      </w:r>
      <w:proofErr w:type="spellEnd"/>
      <w:r w:rsidRPr="00172FDA">
        <w:rPr>
          <w:rFonts w:ascii="Times New Roman" w:eastAsia="Times New Roman" w:hAnsi="Times New Roman" w:cs="Times New Roman"/>
          <w:color w:val="000000"/>
          <w:kern w:val="0"/>
          <w:lang w:val="en-US"/>
          <w14:ligatures w14:val="none"/>
        </w:rPr>
        <w:t xml:space="preserve">, </w:t>
      </w:r>
      <w:proofErr w:type="spellStart"/>
      <w:r w:rsidRPr="00172FDA">
        <w:rPr>
          <w:rFonts w:ascii="Times New Roman" w:eastAsia="Times New Roman" w:hAnsi="Times New Roman" w:cs="Times New Roman"/>
          <w:color w:val="000000"/>
          <w:kern w:val="0"/>
          <w:lang w:val="en-US"/>
          <w14:ligatures w14:val="none"/>
        </w:rPr>
        <w:t>martie</w:t>
      </w:r>
      <w:proofErr w:type="spellEnd"/>
      <w:r w:rsidRPr="00172FDA">
        <w:rPr>
          <w:rFonts w:ascii="Times New Roman" w:eastAsia="Times New Roman" w:hAnsi="Times New Roman" w:cs="Times New Roman"/>
          <w:color w:val="000000"/>
          <w:kern w:val="0"/>
          <w:lang w:val="en-US"/>
          <w14:ligatures w14:val="none"/>
        </w:rPr>
        <w:t xml:space="preserve">, </w:t>
      </w:r>
      <w:proofErr w:type="spellStart"/>
      <w:r w:rsidRPr="00172FDA">
        <w:rPr>
          <w:rFonts w:ascii="Times New Roman" w:eastAsia="Times New Roman" w:hAnsi="Times New Roman" w:cs="Times New Roman"/>
          <w:color w:val="000000"/>
          <w:kern w:val="0"/>
          <w:lang w:val="en-US"/>
          <w14:ligatures w14:val="none"/>
        </w:rPr>
        <w:t>aprilie</w:t>
      </w:r>
      <w:proofErr w:type="spellEnd"/>
      <w:r w:rsidRPr="00172FDA">
        <w:rPr>
          <w:rFonts w:ascii="Times New Roman" w:eastAsia="Times New Roman" w:hAnsi="Times New Roman" w:cs="Times New Roman"/>
          <w:color w:val="000000"/>
          <w:kern w:val="0"/>
          <w:lang w:val="en-US"/>
          <w14:ligatures w14:val="none"/>
        </w:rPr>
        <w:t xml:space="preserve">, </w:t>
      </w:r>
      <w:proofErr w:type="spellStart"/>
      <w:r w:rsidRPr="00172FDA">
        <w:rPr>
          <w:rFonts w:ascii="Times New Roman" w:eastAsia="Times New Roman" w:hAnsi="Times New Roman" w:cs="Times New Roman"/>
          <w:color w:val="000000"/>
          <w:kern w:val="0"/>
          <w:lang w:val="en-US"/>
          <w14:ligatures w14:val="none"/>
        </w:rPr>
        <w:t>mai</w:t>
      </w:r>
      <w:proofErr w:type="spellEnd"/>
      <w:r w:rsidRPr="00172FDA">
        <w:rPr>
          <w:rFonts w:ascii="Times New Roman" w:eastAsia="Times New Roman" w:hAnsi="Times New Roman" w:cs="Times New Roman"/>
          <w:color w:val="000000"/>
          <w:kern w:val="0"/>
          <w:lang w:val="en-US"/>
          <w14:ligatures w14:val="none"/>
        </w:rPr>
        <w:t xml:space="preserve">, </w:t>
      </w:r>
      <w:proofErr w:type="spellStart"/>
      <w:r w:rsidRPr="00172FDA">
        <w:rPr>
          <w:rFonts w:ascii="Times New Roman" w:eastAsia="Times New Roman" w:hAnsi="Times New Roman" w:cs="Times New Roman"/>
          <w:color w:val="000000"/>
          <w:kern w:val="0"/>
          <w:lang w:val="en-US"/>
          <w14:ligatures w14:val="none"/>
        </w:rPr>
        <w:t>iunie</w:t>
      </w:r>
      <w:proofErr w:type="spellEnd"/>
      <w:r w:rsidRPr="00172FDA">
        <w:rPr>
          <w:rFonts w:ascii="Times New Roman" w:eastAsia="Times New Roman" w:hAnsi="Times New Roman" w:cs="Times New Roman"/>
          <w:color w:val="000000"/>
          <w:kern w:val="0"/>
          <w:lang w:val="en-US"/>
          <w14:ligatures w14:val="none"/>
        </w:rPr>
        <w:t xml:space="preserve">), </w:t>
      </w:r>
      <w:proofErr w:type="spellStart"/>
      <w:r w:rsidRPr="00172FDA">
        <w:rPr>
          <w:rFonts w:ascii="Times New Roman" w:eastAsia="Times New Roman" w:hAnsi="Times New Roman" w:cs="Times New Roman"/>
          <w:color w:val="000000"/>
          <w:kern w:val="0"/>
          <w:lang w:val="en-US"/>
          <w14:ligatures w14:val="none"/>
        </w:rPr>
        <w:t>va</w:t>
      </w:r>
      <w:proofErr w:type="spellEnd"/>
      <w:r w:rsidRPr="00172FDA">
        <w:rPr>
          <w:rFonts w:ascii="Times New Roman" w:eastAsia="Times New Roman" w:hAnsi="Times New Roman" w:cs="Times New Roman"/>
          <w:color w:val="000000"/>
          <w:kern w:val="0"/>
          <w:lang w:val="en-US"/>
          <w14:ligatures w14:val="none"/>
        </w:rPr>
        <w:t xml:space="preserve"> </w:t>
      </w:r>
      <w:proofErr w:type="spellStart"/>
      <w:r w:rsidRPr="00172FDA">
        <w:rPr>
          <w:rFonts w:ascii="Times New Roman" w:eastAsia="Times New Roman" w:hAnsi="Times New Roman" w:cs="Times New Roman"/>
          <w:color w:val="000000"/>
          <w:kern w:val="0"/>
          <w:lang w:val="en-US"/>
          <w14:ligatures w14:val="none"/>
        </w:rPr>
        <w:t>avea</w:t>
      </w:r>
      <w:proofErr w:type="spellEnd"/>
      <w:r w:rsidRPr="00172FDA">
        <w:rPr>
          <w:rFonts w:ascii="Times New Roman" w:eastAsia="Times New Roman" w:hAnsi="Times New Roman" w:cs="Times New Roman"/>
          <w:color w:val="000000"/>
          <w:kern w:val="0"/>
          <w:lang w:val="en-US"/>
          <w14:ligatures w14:val="none"/>
        </w:rPr>
        <w:t xml:space="preserve"> </w:t>
      </w:r>
      <w:proofErr w:type="spellStart"/>
      <w:r w:rsidRPr="00172FDA">
        <w:rPr>
          <w:rFonts w:ascii="Times New Roman" w:eastAsia="Times New Roman" w:hAnsi="Times New Roman" w:cs="Times New Roman"/>
          <w:color w:val="000000"/>
          <w:kern w:val="0"/>
          <w:lang w:val="en-US"/>
          <w14:ligatures w14:val="none"/>
        </w:rPr>
        <w:t>scadenţa</w:t>
      </w:r>
      <w:proofErr w:type="spellEnd"/>
      <w:r w:rsidRPr="00172FDA">
        <w:rPr>
          <w:rFonts w:ascii="Times New Roman" w:eastAsia="Times New Roman" w:hAnsi="Times New Roman" w:cs="Times New Roman"/>
          <w:color w:val="000000"/>
          <w:kern w:val="0"/>
          <w:lang w:val="en-US"/>
          <w14:ligatures w14:val="none"/>
        </w:rPr>
        <w:t xml:space="preserve"> </w:t>
      </w:r>
      <w:proofErr w:type="spellStart"/>
      <w:r w:rsidRPr="00172FDA">
        <w:rPr>
          <w:rFonts w:ascii="Times New Roman" w:eastAsia="Times New Roman" w:hAnsi="Times New Roman" w:cs="Times New Roman"/>
          <w:color w:val="000000"/>
          <w:kern w:val="0"/>
          <w:lang w:val="en-US"/>
          <w14:ligatures w14:val="none"/>
        </w:rPr>
        <w:t>în</w:t>
      </w:r>
      <w:proofErr w:type="spellEnd"/>
      <w:r w:rsidRPr="00172FDA">
        <w:rPr>
          <w:rFonts w:ascii="Times New Roman" w:eastAsia="Times New Roman" w:hAnsi="Times New Roman" w:cs="Times New Roman"/>
          <w:color w:val="000000"/>
          <w:kern w:val="0"/>
          <w:lang w:val="en-US"/>
          <w14:ligatures w14:val="none"/>
        </w:rPr>
        <w:t xml:space="preserve"> 15 </w:t>
      </w:r>
      <w:proofErr w:type="spellStart"/>
      <w:r w:rsidRPr="00172FDA">
        <w:rPr>
          <w:rFonts w:ascii="Times New Roman" w:eastAsia="Times New Roman" w:hAnsi="Times New Roman" w:cs="Times New Roman"/>
          <w:color w:val="000000"/>
          <w:kern w:val="0"/>
          <w:lang w:val="en-US"/>
          <w14:ligatures w14:val="none"/>
        </w:rPr>
        <w:t>septembrie</w:t>
      </w:r>
      <w:proofErr w:type="spellEnd"/>
      <w:r w:rsidRPr="00172FDA">
        <w:rPr>
          <w:rFonts w:ascii="Times New Roman" w:eastAsia="Times New Roman" w:hAnsi="Times New Roman" w:cs="Times New Roman"/>
          <w:color w:val="000000"/>
          <w:kern w:val="0"/>
          <w:lang w:val="en-US"/>
          <w14:ligatures w14:val="none"/>
        </w:rPr>
        <w:t xml:space="preserve"> 2027</w:t>
      </w:r>
    </w:p>
    <w:p w14:paraId="0BE715AF" w14:textId="77777777" w:rsidR="00172FDA" w:rsidRPr="00172FDA" w:rsidRDefault="00172FDA" w:rsidP="00172FDA">
      <w:pPr>
        <w:numPr>
          <w:ilvl w:val="1"/>
          <w:numId w:val="25"/>
        </w:numPr>
        <w:autoSpaceDE w:val="0"/>
        <w:autoSpaceDN w:val="0"/>
        <w:adjustRightInd w:val="0"/>
        <w:spacing w:after="0" w:line="240" w:lineRule="auto"/>
        <w:ind w:left="709" w:right="843"/>
        <w:jc w:val="both"/>
        <w:rPr>
          <w:rFonts w:ascii="Times New Roman" w:eastAsia="Times New Roman" w:hAnsi="Times New Roman" w:cs="Times New Roman"/>
          <w:color w:val="000000"/>
          <w:kern w:val="0"/>
          <w:lang w:val="en-US"/>
          <w14:ligatures w14:val="none"/>
        </w:rPr>
      </w:pPr>
      <w:proofErr w:type="spellStart"/>
      <w:r w:rsidRPr="00172FDA">
        <w:rPr>
          <w:rFonts w:ascii="Times New Roman" w:eastAsia="Times New Roman" w:hAnsi="Times New Roman" w:cs="Times New Roman"/>
          <w:color w:val="000000"/>
          <w:kern w:val="0"/>
          <w:lang w:val="en-US"/>
          <w14:ligatures w14:val="none"/>
        </w:rPr>
        <w:t>semestrul</w:t>
      </w:r>
      <w:proofErr w:type="spellEnd"/>
      <w:r w:rsidRPr="00172FDA">
        <w:rPr>
          <w:rFonts w:ascii="Times New Roman" w:eastAsia="Times New Roman" w:hAnsi="Times New Roman" w:cs="Times New Roman"/>
          <w:color w:val="000000"/>
          <w:kern w:val="0"/>
          <w:lang w:val="en-US"/>
          <w14:ligatures w14:val="none"/>
        </w:rPr>
        <w:t xml:space="preserve">  II 2027 ( </w:t>
      </w:r>
      <w:proofErr w:type="spellStart"/>
      <w:r w:rsidRPr="00172FDA">
        <w:rPr>
          <w:rFonts w:ascii="Times New Roman" w:eastAsia="Times New Roman" w:hAnsi="Times New Roman" w:cs="Times New Roman"/>
          <w:color w:val="000000"/>
          <w:kern w:val="0"/>
          <w:lang w:val="en-US"/>
          <w14:ligatures w14:val="none"/>
        </w:rPr>
        <w:t>iulie</w:t>
      </w:r>
      <w:proofErr w:type="spellEnd"/>
      <w:r w:rsidRPr="00172FDA">
        <w:rPr>
          <w:rFonts w:ascii="Times New Roman" w:eastAsia="Times New Roman" w:hAnsi="Times New Roman" w:cs="Times New Roman"/>
          <w:color w:val="000000"/>
          <w:kern w:val="0"/>
          <w:lang w:val="en-US"/>
          <w14:ligatures w14:val="none"/>
        </w:rPr>
        <w:t xml:space="preserve">, august, </w:t>
      </w:r>
      <w:proofErr w:type="spellStart"/>
      <w:r w:rsidRPr="00172FDA">
        <w:rPr>
          <w:rFonts w:ascii="Times New Roman" w:eastAsia="Times New Roman" w:hAnsi="Times New Roman" w:cs="Times New Roman"/>
          <w:color w:val="000000"/>
          <w:kern w:val="0"/>
          <w:lang w:val="en-US"/>
          <w14:ligatures w14:val="none"/>
        </w:rPr>
        <w:t>septembrie</w:t>
      </w:r>
      <w:proofErr w:type="spellEnd"/>
      <w:r w:rsidRPr="00172FDA">
        <w:rPr>
          <w:rFonts w:ascii="Times New Roman" w:eastAsia="Times New Roman" w:hAnsi="Times New Roman" w:cs="Times New Roman"/>
          <w:color w:val="000000"/>
          <w:kern w:val="0"/>
          <w:lang w:val="en-US"/>
          <w14:ligatures w14:val="none"/>
        </w:rPr>
        <w:t xml:space="preserve">, </w:t>
      </w:r>
      <w:proofErr w:type="spellStart"/>
      <w:r w:rsidRPr="00172FDA">
        <w:rPr>
          <w:rFonts w:ascii="Times New Roman" w:eastAsia="Times New Roman" w:hAnsi="Times New Roman" w:cs="Times New Roman"/>
          <w:color w:val="000000"/>
          <w:kern w:val="0"/>
          <w:lang w:val="en-US"/>
          <w14:ligatures w14:val="none"/>
        </w:rPr>
        <w:t>octombrie</w:t>
      </w:r>
      <w:proofErr w:type="spellEnd"/>
      <w:r w:rsidRPr="00172FDA">
        <w:rPr>
          <w:rFonts w:ascii="Times New Roman" w:eastAsia="Times New Roman" w:hAnsi="Times New Roman" w:cs="Times New Roman"/>
          <w:color w:val="000000"/>
          <w:kern w:val="0"/>
          <w:lang w:val="en-US"/>
          <w14:ligatures w14:val="none"/>
        </w:rPr>
        <w:t xml:space="preserve">, </w:t>
      </w:r>
      <w:proofErr w:type="spellStart"/>
      <w:r w:rsidRPr="00172FDA">
        <w:rPr>
          <w:rFonts w:ascii="Times New Roman" w:eastAsia="Times New Roman" w:hAnsi="Times New Roman" w:cs="Times New Roman"/>
          <w:color w:val="000000"/>
          <w:kern w:val="0"/>
          <w:lang w:val="en-US"/>
          <w14:ligatures w14:val="none"/>
        </w:rPr>
        <w:t>noiembrie</w:t>
      </w:r>
      <w:proofErr w:type="spellEnd"/>
      <w:r w:rsidRPr="00172FDA">
        <w:rPr>
          <w:rFonts w:ascii="Times New Roman" w:eastAsia="Times New Roman" w:hAnsi="Times New Roman" w:cs="Times New Roman"/>
          <w:color w:val="000000"/>
          <w:kern w:val="0"/>
          <w:lang w:val="en-US"/>
          <w14:ligatures w14:val="none"/>
        </w:rPr>
        <w:t xml:space="preserve">, </w:t>
      </w:r>
      <w:proofErr w:type="spellStart"/>
      <w:r w:rsidRPr="00172FDA">
        <w:rPr>
          <w:rFonts w:ascii="Times New Roman" w:eastAsia="Times New Roman" w:hAnsi="Times New Roman" w:cs="Times New Roman"/>
          <w:color w:val="000000"/>
          <w:kern w:val="0"/>
          <w:lang w:val="en-US"/>
          <w14:ligatures w14:val="none"/>
        </w:rPr>
        <w:t>decembrie</w:t>
      </w:r>
      <w:proofErr w:type="spellEnd"/>
      <w:r w:rsidRPr="00172FDA">
        <w:rPr>
          <w:rFonts w:ascii="Times New Roman" w:eastAsia="Times New Roman" w:hAnsi="Times New Roman" w:cs="Times New Roman"/>
          <w:color w:val="000000"/>
          <w:kern w:val="0"/>
          <w:lang w:val="en-US"/>
          <w14:ligatures w14:val="none"/>
        </w:rPr>
        <w:t xml:space="preserve">) , </w:t>
      </w:r>
      <w:proofErr w:type="spellStart"/>
      <w:r w:rsidRPr="00172FDA">
        <w:rPr>
          <w:rFonts w:ascii="Times New Roman" w:eastAsia="Times New Roman" w:hAnsi="Times New Roman" w:cs="Times New Roman"/>
          <w:color w:val="000000"/>
          <w:kern w:val="0"/>
          <w:lang w:val="en-US"/>
          <w14:ligatures w14:val="none"/>
        </w:rPr>
        <w:t>va</w:t>
      </w:r>
      <w:proofErr w:type="spellEnd"/>
      <w:r w:rsidRPr="00172FDA">
        <w:rPr>
          <w:rFonts w:ascii="Times New Roman" w:eastAsia="Times New Roman" w:hAnsi="Times New Roman" w:cs="Times New Roman"/>
          <w:color w:val="000000"/>
          <w:kern w:val="0"/>
          <w:lang w:val="en-US"/>
          <w14:ligatures w14:val="none"/>
        </w:rPr>
        <w:t xml:space="preserve"> </w:t>
      </w:r>
      <w:proofErr w:type="spellStart"/>
      <w:r w:rsidRPr="00172FDA">
        <w:rPr>
          <w:rFonts w:ascii="Times New Roman" w:eastAsia="Times New Roman" w:hAnsi="Times New Roman" w:cs="Times New Roman"/>
          <w:color w:val="000000"/>
          <w:kern w:val="0"/>
          <w:lang w:val="en-US"/>
          <w14:ligatures w14:val="none"/>
        </w:rPr>
        <w:t>avea</w:t>
      </w:r>
      <w:proofErr w:type="spellEnd"/>
      <w:r w:rsidRPr="00172FDA">
        <w:rPr>
          <w:rFonts w:ascii="Times New Roman" w:eastAsia="Times New Roman" w:hAnsi="Times New Roman" w:cs="Times New Roman"/>
          <w:color w:val="000000"/>
          <w:kern w:val="0"/>
          <w:lang w:val="en-US"/>
          <w14:ligatures w14:val="none"/>
        </w:rPr>
        <w:t xml:space="preserve"> </w:t>
      </w:r>
      <w:proofErr w:type="spellStart"/>
      <w:r w:rsidRPr="00172FDA">
        <w:rPr>
          <w:rFonts w:ascii="Times New Roman" w:eastAsia="Times New Roman" w:hAnsi="Times New Roman" w:cs="Times New Roman"/>
          <w:color w:val="000000"/>
          <w:kern w:val="0"/>
          <w:lang w:val="en-US"/>
          <w14:ligatures w14:val="none"/>
        </w:rPr>
        <w:t>scadenţa</w:t>
      </w:r>
      <w:proofErr w:type="spellEnd"/>
      <w:r w:rsidRPr="00172FDA">
        <w:rPr>
          <w:rFonts w:ascii="Times New Roman" w:eastAsia="Times New Roman" w:hAnsi="Times New Roman" w:cs="Times New Roman"/>
          <w:color w:val="000000"/>
          <w:kern w:val="0"/>
          <w:lang w:val="en-US"/>
          <w14:ligatures w14:val="none"/>
        </w:rPr>
        <w:t xml:space="preserve"> </w:t>
      </w:r>
      <w:proofErr w:type="spellStart"/>
      <w:r w:rsidRPr="00172FDA">
        <w:rPr>
          <w:rFonts w:ascii="Times New Roman" w:eastAsia="Times New Roman" w:hAnsi="Times New Roman" w:cs="Times New Roman"/>
          <w:color w:val="000000"/>
          <w:kern w:val="0"/>
          <w:lang w:val="en-US"/>
          <w14:ligatures w14:val="none"/>
        </w:rPr>
        <w:t>în</w:t>
      </w:r>
      <w:proofErr w:type="spellEnd"/>
      <w:r w:rsidRPr="00172FDA">
        <w:rPr>
          <w:rFonts w:ascii="Times New Roman" w:eastAsia="Times New Roman" w:hAnsi="Times New Roman" w:cs="Times New Roman"/>
          <w:color w:val="000000"/>
          <w:kern w:val="0"/>
          <w:lang w:val="en-US"/>
          <w14:ligatures w14:val="none"/>
        </w:rPr>
        <w:t xml:space="preserve"> 15 </w:t>
      </w:r>
      <w:proofErr w:type="spellStart"/>
      <w:r w:rsidRPr="00172FDA">
        <w:rPr>
          <w:rFonts w:ascii="Times New Roman" w:eastAsia="Times New Roman" w:hAnsi="Times New Roman" w:cs="Times New Roman"/>
          <w:color w:val="000000"/>
          <w:kern w:val="0"/>
          <w:lang w:val="en-US"/>
          <w14:ligatures w14:val="none"/>
        </w:rPr>
        <w:t>martie</w:t>
      </w:r>
      <w:proofErr w:type="spellEnd"/>
      <w:r w:rsidRPr="00172FDA">
        <w:rPr>
          <w:rFonts w:ascii="Times New Roman" w:eastAsia="Times New Roman" w:hAnsi="Times New Roman" w:cs="Times New Roman"/>
          <w:color w:val="000000"/>
          <w:kern w:val="0"/>
          <w:lang w:val="en-US"/>
          <w14:ligatures w14:val="none"/>
        </w:rPr>
        <w:t xml:space="preserve"> 2028</w:t>
      </w:r>
    </w:p>
    <w:p w14:paraId="3B37897B" w14:textId="77777777" w:rsidR="00172FDA" w:rsidRPr="00172FDA" w:rsidRDefault="00172FDA" w:rsidP="00172FDA">
      <w:pPr>
        <w:numPr>
          <w:ilvl w:val="0"/>
          <w:numId w:val="25"/>
        </w:numPr>
        <w:spacing w:after="0" w:line="240" w:lineRule="auto"/>
        <w:ind w:left="709" w:right="843"/>
        <w:contextualSpacing/>
        <w:jc w:val="both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proofErr w:type="spellStart"/>
      <w:r w:rsidRPr="00172FDA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Închirierea</w:t>
      </w:r>
      <w:proofErr w:type="spellEnd"/>
      <w:r w:rsidRPr="00172FDA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172FDA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terenului</w:t>
      </w:r>
      <w:proofErr w:type="spellEnd"/>
      <w:r w:rsidRPr="00172FDA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de mini-</w:t>
      </w:r>
      <w:proofErr w:type="spellStart"/>
      <w:r w:rsidRPr="00172FDA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fotbal</w:t>
      </w:r>
      <w:proofErr w:type="spellEnd"/>
      <w:r w:rsidRPr="00172FDA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se </w:t>
      </w:r>
      <w:proofErr w:type="spellStart"/>
      <w:r w:rsidRPr="00172FDA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poate</w:t>
      </w:r>
      <w:proofErr w:type="spellEnd"/>
      <w:r w:rsidRPr="00172FDA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r w:rsidRPr="00172FDA">
        <w:rPr>
          <w:rFonts w:ascii="Times New Roman" w:eastAsia="Times New Roman" w:hAnsi="Times New Roman" w:cs="Times New Roman"/>
          <w:kern w:val="0"/>
          <w14:ligatures w14:val="none"/>
        </w:rPr>
        <w:t>face</w:t>
      </w:r>
      <w:r w:rsidRPr="00172FDA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şi pe  </w:t>
      </w:r>
      <w:proofErr w:type="spellStart"/>
      <w:r w:rsidRPr="00172FDA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jumătate</w:t>
      </w:r>
      <w:proofErr w:type="spellEnd"/>
      <w:r w:rsidRPr="00172FDA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din </w:t>
      </w:r>
      <w:proofErr w:type="spellStart"/>
      <w:r w:rsidRPr="00172FDA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acesta</w:t>
      </w:r>
      <w:proofErr w:type="spellEnd"/>
      <w:r w:rsidRPr="00172FDA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, (</w:t>
      </w:r>
      <w:proofErr w:type="spellStart"/>
      <w:r w:rsidRPr="00172FDA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există</w:t>
      </w:r>
      <w:proofErr w:type="spellEnd"/>
      <w:r w:rsidRPr="00172FDA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172FDA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posibilitatea</w:t>
      </w:r>
      <w:proofErr w:type="spellEnd"/>
      <w:r w:rsidRPr="00172FDA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172FDA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împărţirii</w:t>
      </w:r>
      <w:proofErr w:type="spellEnd"/>
      <w:r w:rsidRPr="00172FDA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172FDA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acestuia</w:t>
      </w:r>
      <w:proofErr w:type="spellEnd"/>
      <w:r w:rsidRPr="00172FDA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172FDA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în</w:t>
      </w:r>
      <w:proofErr w:type="spellEnd"/>
      <w:r w:rsidRPr="00172FDA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172FDA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două</w:t>
      </w:r>
      <w:proofErr w:type="spellEnd"/>
      <w:r w:rsidRPr="00172FDA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172FDA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părţi</w:t>
      </w:r>
      <w:proofErr w:type="spellEnd"/>
      <w:r w:rsidRPr="00172FDA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172FDA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egale</w:t>
      </w:r>
      <w:proofErr w:type="spellEnd"/>
      <w:r w:rsidRPr="00172FDA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). </w:t>
      </w:r>
    </w:p>
    <w:p w14:paraId="5CA20248" w14:textId="77777777" w:rsidR="00172FDA" w:rsidRPr="00172FDA" w:rsidRDefault="00172FDA" w:rsidP="00172FDA">
      <w:pPr>
        <w:numPr>
          <w:ilvl w:val="0"/>
          <w:numId w:val="25"/>
        </w:numPr>
        <w:spacing w:after="0" w:line="240" w:lineRule="auto"/>
        <w:ind w:left="709" w:right="843"/>
        <w:contextualSpacing/>
        <w:jc w:val="both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proofErr w:type="spellStart"/>
      <w:r w:rsidRPr="00172FDA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Pentru</w:t>
      </w:r>
      <w:proofErr w:type="spellEnd"/>
      <w:r w:rsidRPr="00172FDA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172FDA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suprafaţa</w:t>
      </w:r>
      <w:proofErr w:type="spellEnd"/>
      <w:r w:rsidRPr="00172FDA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de </w:t>
      </w:r>
      <w:proofErr w:type="spellStart"/>
      <w:r w:rsidRPr="00172FDA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terasă</w:t>
      </w:r>
      <w:proofErr w:type="spellEnd"/>
      <w:r w:rsidRPr="00172FDA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172FDA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egală</w:t>
      </w:r>
      <w:proofErr w:type="spellEnd"/>
      <w:r w:rsidRPr="00172FDA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cu </w:t>
      </w:r>
      <w:proofErr w:type="spellStart"/>
      <w:r w:rsidRPr="00172FDA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suprafaţa</w:t>
      </w:r>
      <w:proofErr w:type="spellEnd"/>
      <w:r w:rsidRPr="00172FDA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la sol a </w:t>
      </w:r>
      <w:proofErr w:type="spellStart"/>
      <w:r w:rsidRPr="00172FDA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construcţiei</w:t>
      </w:r>
      <w:proofErr w:type="spellEnd"/>
      <w:r w:rsidRPr="00172FDA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, se </w:t>
      </w:r>
      <w:proofErr w:type="spellStart"/>
      <w:r w:rsidRPr="00172FDA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va</w:t>
      </w:r>
      <w:proofErr w:type="spellEnd"/>
      <w:r w:rsidRPr="00172FDA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172FDA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plăti</w:t>
      </w:r>
      <w:proofErr w:type="spellEnd"/>
      <w:r w:rsidRPr="00172FDA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taxa </w:t>
      </w:r>
      <w:proofErr w:type="spellStart"/>
      <w:r w:rsidRPr="00172FDA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actuală</w:t>
      </w:r>
      <w:proofErr w:type="spellEnd"/>
      <w:r w:rsidRPr="00172FDA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, </w:t>
      </w:r>
      <w:proofErr w:type="spellStart"/>
      <w:r w:rsidRPr="00172FDA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iar</w:t>
      </w:r>
      <w:proofErr w:type="spellEnd"/>
      <w:r w:rsidRPr="00172FDA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172FDA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pentru</w:t>
      </w:r>
      <w:proofErr w:type="spellEnd"/>
      <w:r w:rsidRPr="00172FDA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172FDA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suprafeţele</w:t>
      </w:r>
      <w:proofErr w:type="spellEnd"/>
      <w:r w:rsidRPr="00172FDA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172FDA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suplimentare</w:t>
      </w:r>
      <w:proofErr w:type="spellEnd"/>
      <w:r w:rsidRPr="00172FDA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, de 2 (</w:t>
      </w:r>
      <w:proofErr w:type="spellStart"/>
      <w:r w:rsidRPr="00172FDA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două</w:t>
      </w:r>
      <w:proofErr w:type="spellEnd"/>
      <w:r w:rsidRPr="00172FDA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) </w:t>
      </w:r>
      <w:proofErr w:type="spellStart"/>
      <w:r w:rsidRPr="00172FDA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ori</w:t>
      </w:r>
      <w:proofErr w:type="spellEnd"/>
      <w:r w:rsidRPr="00172FDA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172FDA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această</w:t>
      </w:r>
      <w:proofErr w:type="spellEnd"/>
      <w:r w:rsidRPr="00172FDA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172FDA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taxă</w:t>
      </w:r>
      <w:proofErr w:type="spellEnd"/>
      <w:r w:rsidRPr="00172FDA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.</w:t>
      </w:r>
    </w:p>
    <w:p w14:paraId="4E3E72C0" w14:textId="77777777" w:rsidR="00172FDA" w:rsidRPr="00172FDA" w:rsidRDefault="00172FDA" w:rsidP="00172FDA">
      <w:pPr>
        <w:numPr>
          <w:ilvl w:val="0"/>
          <w:numId w:val="25"/>
        </w:numPr>
        <w:spacing w:after="0" w:line="240" w:lineRule="auto"/>
        <w:ind w:left="709" w:right="843"/>
        <w:contextualSpacing/>
        <w:jc w:val="both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r w:rsidRPr="00172FDA">
        <w:rPr>
          <w:rFonts w:ascii="Times New Roman" w:eastAsia="MS Mincho" w:hAnsi="Times New Roman" w:cs="Times New Roman"/>
          <w:kern w:val="0"/>
          <w:lang w:val="en-US"/>
          <w14:ligatures w14:val="none"/>
        </w:rPr>
        <w:t xml:space="preserve">Conform HCL nr. 182/27.05.2021 </w:t>
      </w:r>
      <w:proofErr w:type="spellStart"/>
      <w:r w:rsidRPr="00172FDA">
        <w:rPr>
          <w:rFonts w:ascii="Times New Roman" w:eastAsia="MS Mincho" w:hAnsi="Times New Roman" w:cs="Times New Roman"/>
          <w:kern w:val="0"/>
          <w:lang w:val="en-US"/>
          <w14:ligatures w14:val="none"/>
        </w:rPr>
        <w:t>beneficiarii</w:t>
      </w:r>
      <w:proofErr w:type="spellEnd"/>
      <w:r w:rsidRPr="00172FDA">
        <w:rPr>
          <w:rFonts w:ascii="Times New Roman" w:eastAsia="MS Mincho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172FDA">
        <w:rPr>
          <w:rFonts w:ascii="Times New Roman" w:eastAsia="MS Mincho" w:hAnsi="Times New Roman" w:cs="Times New Roman"/>
          <w:kern w:val="0"/>
          <w:lang w:val="en-US"/>
          <w14:ligatures w14:val="none"/>
        </w:rPr>
        <w:t>Programului</w:t>
      </w:r>
      <w:proofErr w:type="spellEnd"/>
      <w:r w:rsidRPr="00172FDA">
        <w:rPr>
          <w:rFonts w:ascii="Times New Roman" w:eastAsia="MS Mincho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172FDA">
        <w:rPr>
          <w:rFonts w:ascii="Times New Roman" w:eastAsia="MS Mincho" w:hAnsi="Times New Roman" w:cs="Times New Roman"/>
          <w:kern w:val="0"/>
          <w:lang w:val="en-US"/>
          <w14:ligatures w14:val="none"/>
        </w:rPr>
        <w:t>pentru</w:t>
      </w:r>
      <w:proofErr w:type="spellEnd"/>
      <w:r w:rsidRPr="00172FDA">
        <w:rPr>
          <w:rFonts w:ascii="Times New Roman" w:eastAsia="MS Mincho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172FDA">
        <w:rPr>
          <w:rFonts w:ascii="Times New Roman" w:eastAsia="MS Mincho" w:hAnsi="Times New Roman" w:cs="Times New Roman"/>
          <w:kern w:val="0"/>
          <w:lang w:val="en-US"/>
          <w14:ligatures w14:val="none"/>
        </w:rPr>
        <w:t>susținerea</w:t>
      </w:r>
      <w:proofErr w:type="spellEnd"/>
      <w:r w:rsidRPr="00172FDA">
        <w:rPr>
          <w:rFonts w:ascii="Times New Roman" w:eastAsia="MS Mincho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172FDA">
        <w:rPr>
          <w:rFonts w:ascii="Times New Roman" w:eastAsia="MS Mincho" w:hAnsi="Times New Roman" w:cs="Times New Roman"/>
          <w:kern w:val="0"/>
          <w:lang w:val="en-US"/>
          <w14:ligatures w14:val="none"/>
        </w:rPr>
        <w:t>familiilor</w:t>
      </w:r>
      <w:proofErr w:type="spellEnd"/>
      <w:r w:rsidRPr="00172FDA">
        <w:rPr>
          <w:rFonts w:ascii="Times New Roman" w:eastAsia="MS Mincho" w:hAnsi="Times New Roman" w:cs="Times New Roman"/>
          <w:kern w:val="0"/>
          <w:lang w:val="en-US"/>
          <w14:ligatures w14:val="none"/>
        </w:rPr>
        <w:t xml:space="preserve"> cu minim </w:t>
      </w:r>
      <w:proofErr w:type="spellStart"/>
      <w:r w:rsidRPr="00172FDA">
        <w:rPr>
          <w:rFonts w:ascii="Times New Roman" w:eastAsia="MS Mincho" w:hAnsi="Times New Roman" w:cs="Times New Roman"/>
          <w:kern w:val="0"/>
          <w:lang w:val="en-US"/>
          <w14:ligatures w14:val="none"/>
        </w:rPr>
        <w:t>trei</w:t>
      </w:r>
      <w:proofErr w:type="spellEnd"/>
      <w:r w:rsidRPr="00172FDA">
        <w:rPr>
          <w:rFonts w:ascii="Times New Roman" w:eastAsia="MS Mincho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172FDA">
        <w:rPr>
          <w:rFonts w:ascii="Times New Roman" w:eastAsia="MS Mincho" w:hAnsi="Times New Roman" w:cs="Times New Roman"/>
          <w:kern w:val="0"/>
          <w:lang w:val="en-US"/>
          <w14:ligatures w14:val="none"/>
        </w:rPr>
        <w:t>copii</w:t>
      </w:r>
      <w:proofErr w:type="spellEnd"/>
      <w:r w:rsidRPr="00172FDA">
        <w:rPr>
          <w:rFonts w:ascii="Times New Roman" w:eastAsia="MS Mincho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172FDA">
        <w:rPr>
          <w:rFonts w:ascii="Times New Roman" w:eastAsia="MS Mincho" w:hAnsi="Times New Roman" w:cs="Times New Roman"/>
          <w:kern w:val="0"/>
          <w:lang w:val="en-US"/>
          <w14:ligatures w14:val="none"/>
        </w:rPr>
        <w:t>beneficiază</w:t>
      </w:r>
      <w:proofErr w:type="spellEnd"/>
      <w:r w:rsidRPr="00172FDA">
        <w:rPr>
          <w:rFonts w:ascii="Times New Roman" w:eastAsia="MS Mincho" w:hAnsi="Times New Roman" w:cs="Times New Roman"/>
          <w:kern w:val="0"/>
          <w:lang w:val="en-US"/>
          <w14:ligatures w14:val="none"/>
        </w:rPr>
        <w:t xml:space="preserve"> de 50% </w:t>
      </w:r>
      <w:proofErr w:type="spellStart"/>
      <w:r w:rsidRPr="00172FDA">
        <w:rPr>
          <w:rFonts w:ascii="Times New Roman" w:eastAsia="MS Mincho" w:hAnsi="Times New Roman" w:cs="Times New Roman"/>
          <w:kern w:val="0"/>
          <w:lang w:val="en-US"/>
          <w14:ligatures w14:val="none"/>
        </w:rPr>
        <w:t>reducere</w:t>
      </w:r>
      <w:proofErr w:type="spellEnd"/>
      <w:r w:rsidRPr="00172FDA">
        <w:rPr>
          <w:rFonts w:ascii="Times New Roman" w:eastAsia="MS Mincho" w:hAnsi="Times New Roman" w:cs="Times New Roman"/>
          <w:kern w:val="0"/>
          <w:lang w:val="en-US"/>
          <w14:ligatures w14:val="none"/>
        </w:rPr>
        <w:t xml:space="preserve"> la </w:t>
      </w:r>
      <w:proofErr w:type="spellStart"/>
      <w:r w:rsidRPr="00172FDA">
        <w:rPr>
          <w:rFonts w:ascii="Times New Roman" w:eastAsia="MS Mincho" w:hAnsi="Times New Roman" w:cs="Times New Roman"/>
          <w:kern w:val="0"/>
          <w:lang w:val="en-US"/>
          <w14:ligatures w14:val="none"/>
        </w:rPr>
        <w:t>abonamente</w:t>
      </w:r>
      <w:proofErr w:type="spellEnd"/>
      <w:r w:rsidRPr="00172FDA">
        <w:rPr>
          <w:rFonts w:ascii="Times New Roman" w:eastAsia="MS Mincho" w:hAnsi="Times New Roman" w:cs="Times New Roman"/>
          <w:kern w:val="0"/>
          <w:lang w:val="en-US"/>
          <w14:ligatures w14:val="none"/>
        </w:rPr>
        <w:t xml:space="preserve"> şi </w:t>
      </w:r>
      <w:proofErr w:type="spellStart"/>
      <w:r w:rsidRPr="00172FDA">
        <w:rPr>
          <w:rFonts w:ascii="Times New Roman" w:eastAsia="MS Mincho" w:hAnsi="Times New Roman" w:cs="Times New Roman"/>
          <w:kern w:val="0"/>
          <w:lang w:val="en-US"/>
          <w14:ligatures w14:val="none"/>
        </w:rPr>
        <w:t>brățări</w:t>
      </w:r>
      <w:proofErr w:type="spellEnd"/>
      <w:r w:rsidRPr="00172FDA">
        <w:rPr>
          <w:rFonts w:ascii="Times New Roman" w:eastAsia="MS Mincho" w:hAnsi="Times New Roman" w:cs="Times New Roman"/>
          <w:kern w:val="0"/>
          <w:lang w:val="en-US"/>
          <w14:ligatures w14:val="none"/>
        </w:rPr>
        <w:t xml:space="preserve"> de </w:t>
      </w:r>
      <w:proofErr w:type="spellStart"/>
      <w:r w:rsidRPr="00172FDA">
        <w:rPr>
          <w:rFonts w:ascii="Times New Roman" w:eastAsia="MS Mincho" w:hAnsi="Times New Roman" w:cs="Times New Roman"/>
          <w:kern w:val="0"/>
          <w:lang w:val="en-US"/>
          <w14:ligatures w14:val="none"/>
        </w:rPr>
        <w:t>acces</w:t>
      </w:r>
      <w:proofErr w:type="spellEnd"/>
      <w:r w:rsidRPr="00172FDA">
        <w:rPr>
          <w:rFonts w:ascii="Times New Roman" w:eastAsia="MS Mincho" w:hAnsi="Times New Roman" w:cs="Times New Roman"/>
          <w:kern w:val="0"/>
          <w:lang w:val="en-US"/>
          <w14:ligatures w14:val="none"/>
        </w:rPr>
        <w:t xml:space="preserve">, pe </w:t>
      </w:r>
      <w:proofErr w:type="spellStart"/>
      <w:r w:rsidRPr="00172FDA">
        <w:rPr>
          <w:rFonts w:ascii="Times New Roman" w:eastAsia="MS Mincho" w:hAnsi="Times New Roman" w:cs="Times New Roman"/>
          <w:kern w:val="0"/>
          <w:lang w:val="en-US"/>
          <w14:ligatures w14:val="none"/>
        </w:rPr>
        <w:t>baza</w:t>
      </w:r>
      <w:proofErr w:type="spellEnd"/>
      <w:r w:rsidRPr="00172FDA">
        <w:rPr>
          <w:rFonts w:ascii="Times New Roman" w:eastAsia="MS Mincho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172FDA">
        <w:rPr>
          <w:rFonts w:ascii="Times New Roman" w:eastAsia="MS Mincho" w:hAnsi="Times New Roman" w:cs="Times New Roman"/>
          <w:kern w:val="0"/>
          <w:lang w:val="en-US"/>
          <w14:ligatures w14:val="none"/>
        </w:rPr>
        <w:t>cardurilor</w:t>
      </w:r>
      <w:proofErr w:type="spellEnd"/>
      <w:r w:rsidRPr="00172FDA">
        <w:rPr>
          <w:rFonts w:ascii="Times New Roman" w:eastAsia="MS Mincho" w:hAnsi="Times New Roman" w:cs="Times New Roman"/>
          <w:kern w:val="0"/>
          <w:lang w:val="en-US"/>
          <w14:ligatures w14:val="none"/>
        </w:rPr>
        <w:t xml:space="preserve"> - </w:t>
      </w:r>
      <w:proofErr w:type="spellStart"/>
      <w:r w:rsidRPr="00172FDA">
        <w:rPr>
          <w:rFonts w:ascii="Times New Roman" w:eastAsia="MS Mincho" w:hAnsi="Times New Roman" w:cs="Times New Roman"/>
          <w:kern w:val="0"/>
          <w:lang w:val="en-US"/>
          <w14:ligatures w14:val="none"/>
        </w:rPr>
        <w:t>legitimație</w:t>
      </w:r>
      <w:proofErr w:type="spellEnd"/>
      <w:r w:rsidRPr="00172FDA">
        <w:rPr>
          <w:rFonts w:ascii="Times New Roman" w:eastAsia="MS Mincho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172FDA">
        <w:rPr>
          <w:rFonts w:ascii="Times New Roman" w:eastAsia="MS Mincho" w:hAnsi="Times New Roman" w:cs="Times New Roman"/>
          <w:kern w:val="0"/>
          <w:lang w:val="en-US"/>
          <w14:ligatures w14:val="none"/>
        </w:rPr>
        <w:t>emise</w:t>
      </w:r>
      <w:proofErr w:type="spellEnd"/>
      <w:r w:rsidRPr="00172FDA">
        <w:rPr>
          <w:rFonts w:ascii="Times New Roman" w:eastAsia="MS Mincho" w:hAnsi="Times New Roman" w:cs="Times New Roman"/>
          <w:kern w:val="0"/>
          <w:lang w:val="en-US"/>
          <w14:ligatures w14:val="none"/>
        </w:rPr>
        <w:t xml:space="preserve"> de </w:t>
      </w:r>
      <w:proofErr w:type="spellStart"/>
      <w:r w:rsidRPr="00172FDA">
        <w:rPr>
          <w:rFonts w:ascii="Times New Roman" w:eastAsia="MS Mincho" w:hAnsi="Times New Roman" w:cs="Times New Roman"/>
          <w:kern w:val="0"/>
          <w:lang w:val="en-US"/>
          <w14:ligatures w14:val="none"/>
        </w:rPr>
        <w:t>Primăria</w:t>
      </w:r>
      <w:proofErr w:type="spellEnd"/>
      <w:r w:rsidRPr="00172FDA">
        <w:rPr>
          <w:rFonts w:ascii="Times New Roman" w:eastAsia="MS Mincho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172FDA">
        <w:rPr>
          <w:rFonts w:ascii="Times New Roman" w:eastAsia="MS Mincho" w:hAnsi="Times New Roman" w:cs="Times New Roman"/>
          <w:kern w:val="0"/>
          <w:lang w:val="en-US"/>
          <w14:ligatures w14:val="none"/>
        </w:rPr>
        <w:t>Municipiului</w:t>
      </w:r>
      <w:proofErr w:type="spellEnd"/>
      <w:r w:rsidRPr="00172FDA">
        <w:rPr>
          <w:rFonts w:ascii="Times New Roman" w:eastAsia="MS Mincho" w:hAnsi="Times New Roman" w:cs="Times New Roman"/>
          <w:kern w:val="0"/>
          <w:lang w:val="en-US"/>
          <w14:ligatures w14:val="none"/>
        </w:rPr>
        <w:t xml:space="preserve"> Târgu Mureș.</w:t>
      </w:r>
    </w:p>
    <w:p w14:paraId="4CC50D7C" w14:textId="77777777" w:rsidR="00172FDA" w:rsidRPr="00172FDA" w:rsidRDefault="00172FDA" w:rsidP="00172FDA">
      <w:pPr>
        <w:numPr>
          <w:ilvl w:val="0"/>
          <w:numId w:val="25"/>
        </w:numPr>
        <w:spacing w:after="0" w:line="240" w:lineRule="auto"/>
        <w:ind w:left="709" w:right="843"/>
        <w:contextualSpacing/>
        <w:jc w:val="both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r w:rsidRPr="00172FDA">
        <w:rPr>
          <w:rFonts w:ascii="Times New Roman" w:eastAsia="MS Mincho" w:hAnsi="Times New Roman" w:cs="Times New Roman"/>
          <w:kern w:val="0"/>
          <w:lang w:val="en-US"/>
          <w14:ligatures w14:val="none"/>
        </w:rPr>
        <w:lastRenderedPageBreak/>
        <w:t xml:space="preserve">Conform HCL nr. 20/27.01.2022 la </w:t>
      </w:r>
      <w:proofErr w:type="spellStart"/>
      <w:r w:rsidRPr="00172FDA">
        <w:rPr>
          <w:rFonts w:ascii="Times New Roman" w:eastAsia="MS Mincho" w:hAnsi="Times New Roman" w:cs="Times New Roman"/>
          <w:kern w:val="0"/>
          <w:lang w:val="en-US"/>
          <w14:ligatures w14:val="none"/>
        </w:rPr>
        <w:t>tariful</w:t>
      </w:r>
      <w:proofErr w:type="spellEnd"/>
      <w:r w:rsidRPr="00172FDA">
        <w:rPr>
          <w:rFonts w:ascii="Times New Roman" w:eastAsia="MS Mincho" w:hAnsi="Times New Roman" w:cs="Times New Roman"/>
          <w:kern w:val="0"/>
          <w:lang w:val="en-US"/>
          <w14:ligatures w14:val="none"/>
        </w:rPr>
        <w:t xml:space="preserve"> de </w:t>
      </w:r>
      <w:proofErr w:type="spellStart"/>
      <w:r w:rsidRPr="00172FDA">
        <w:rPr>
          <w:rFonts w:ascii="Times New Roman" w:eastAsia="MS Mincho" w:hAnsi="Times New Roman" w:cs="Times New Roman"/>
          <w:kern w:val="0"/>
          <w:lang w:val="en-US"/>
          <w14:ligatures w14:val="none"/>
        </w:rPr>
        <w:t>intrare</w:t>
      </w:r>
      <w:proofErr w:type="spellEnd"/>
      <w:r w:rsidRPr="00172FDA">
        <w:rPr>
          <w:rFonts w:ascii="Times New Roman" w:eastAsia="MS Mincho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172FDA">
        <w:rPr>
          <w:rFonts w:ascii="Times New Roman" w:eastAsia="MS Mincho" w:hAnsi="Times New Roman" w:cs="Times New Roman"/>
          <w:kern w:val="0"/>
          <w:lang w:val="en-US"/>
          <w14:ligatures w14:val="none"/>
        </w:rPr>
        <w:t>în</w:t>
      </w:r>
      <w:proofErr w:type="spellEnd"/>
      <w:r w:rsidRPr="00172FDA">
        <w:rPr>
          <w:rFonts w:ascii="Times New Roman" w:eastAsia="MS Mincho" w:hAnsi="Times New Roman" w:cs="Times New Roman"/>
          <w:kern w:val="0"/>
          <w:lang w:val="en-US"/>
          <w14:ligatures w14:val="none"/>
        </w:rPr>
        <w:t xml:space="preserve"> Complexul de Agrement Weekend se </w:t>
      </w:r>
      <w:proofErr w:type="spellStart"/>
      <w:r w:rsidRPr="00172FDA">
        <w:rPr>
          <w:rFonts w:ascii="Times New Roman" w:eastAsia="MS Mincho" w:hAnsi="Times New Roman" w:cs="Times New Roman"/>
          <w:kern w:val="0"/>
          <w:lang w:val="en-US"/>
          <w14:ligatures w14:val="none"/>
        </w:rPr>
        <w:t>acordă</w:t>
      </w:r>
      <w:proofErr w:type="spellEnd"/>
      <w:r w:rsidRPr="00172FDA">
        <w:rPr>
          <w:rFonts w:ascii="Times New Roman" w:eastAsia="MS Mincho" w:hAnsi="Times New Roman" w:cs="Times New Roman"/>
          <w:kern w:val="0"/>
          <w:lang w:val="en-US"/>
          <w14:ligatures w14:val="none"/>
        </w:rPr>
        <w:t xml:space="preserve"> o </w:t>
      </w:r>
      <w:proofErr w:type="spellStart"/>
      <w:r w:rsidRPr="00172FDA">
        <w:rPr>
          <w:rFonts w:ascii="Times New Roman" w:eastAsia="MS Mincho" w:hAnsi="Times New Roman" w:cs="Times New Roman"/>
          <w:kern w:val="0"/>
          <w:lang w:val="en-US"/>
          <w14:ligatures w14:val="none"/>
        </w:rPr>
        <w:t>reducere</w:t>
      </w:r>
      <w:proofErr w:type="spellEnd"/>
      <w:r w:rsidRPr="00172FDA">
        <w:rPr>
          <w:rFonts w:ascii="Times New Roman" w:eastAsia="MS Mincho" w:hAnsi="Times New Roman" w:cs="Times New Roman"/>
          <w:kern w:val="0"/>
          <w:lang w:val="en-US"/>
          <w14:ligatures w14:val="none"/>
        </w:rPr>
        <w:t xml:space="preserve"> de 25% </w:t>
      </w:r>
      <w:proofErr w:type="spellStart"/>
      <w:r w:rsidRPr="00172FDA">
        <w:rPr>
          <w:rFonts w:ascii="Times New Roman" w:eastAsia="MS Mincho" w:hAnsi="Times New Roman" w:cs="Times New Roman"/>
          <w:kern w:val="0"/>
          <w:lang w:val="en-US"/>
          <w14:ligatures w14:val="none"/>
        </w:rPr>
        <w:t>pentru</w:t>
      </w:r>
      <w:proofErr w:type="spellEnd"/>
      <w:r w:rsidRPr="00172FDA">
        <w:rPr>
          <w:rFonts w:ascii="Times New Roman" w:eastAsia="MS Mincho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172FDA">
        <w:rPr>
          <w:rFonts w:ascii="Times New Roman" w:eastAsia="MS Mincho" w:hAnsi="Times New Roman" w:cs="Times New Roman"/>
          <w:kern w:val="0"/>
          <w:lang w:val="en-US"/>
          <w14:ligatures w14:val="none"/>
        </w:rPr>
        <w:t>persoanele</w:t>
      </w:r>
      <w:proofErr w:type="spellEnd"/>
      <w:r w:rsidRPr="00172FDA">
        <w:rPr>
          <w:rFonts w:ascii="Times New Roman" w:eastAsia="MS Mincho" w:hAnsi="Times New Roman" w:cs="Times New Roman"/>
          <w:kern w:val="0"/>
          <w:lang w:val="en-US"/>
          <w14:ligatures w14:val="none"/>
        </w:rPr>
        <w:t xml:space="preserve"> cu </w:t>
      </w:r>
      <w:proofErr w:type="spellStart"/>
      <w:r w:rsidRPr="00172FDA">
        <w:rPr>
          <w:rFonts w:ascii="Times New Roman" w:eastAsia="MS Mincho" w:hAnsi="Times New Roman" w:cs="Times New Roman"/>
          <w:kern w:val="0"/>
          <w:lang w:val="en-US"/>
          <w14:ligatures w14:val="none"/>
        </w:rPr>
        <w:t>domiciliul</w:t>
      </w:r>
      <w:proofErr w:type="spellEnd"/>
      <w:r w:rsidRPr="00172FDA">
        <w:rPr>
          <w:rFonts w:ascii="Times New Roman" w:eastAsia="MS Mincho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172FDA">
        <w:rPr>
          <w:rFonts w:ascii="Times New Roman" w:eastAsia="MS Mincho" w:hAnsi="Times New Roman" w:cs="Times New Roman"/>
          <w:kern w:val="0"/>
          <w:lang w:val="en-US"/>
          <w14:ligatures w14:val="none"/>
        </w:rPr>
        <w:t>în</w:t>
      </w:r>
      <w:proofErr w:type="spellEnd"/>
      <w:r w:rsidRPr="00172FDA">
        <w:rPr>
          <w:rFonts w:ascii="Times New Roman" w:eastAsia="MS Mincho" w:hAnsi="Times New Roman" w:cs="Times New Roman"/>
          <w:kern w:val="0"/>
          <w:lang w:val="en-US"/>
          <w14:ligatures w14:val="none"/>
        </w:rPr>
        <w:t xml:space="preserve"> Târgu </w:t>
      </w:r>
      <w:proofErr w:type="spellStart"/>
      <w:r w:rsidRPr="00172FDA">
        <w:rPr>
          <w:rFonts w:ascii="Times New Roman" w:eastAsia="MS Mincho" w:hAnsi="Times New Roman" w:cs="Times New Roman"/>
          <w:kern w:val="0"/>
          <w:lang w:val="en-US"/>
          <w14:ligatures w14:val="none"/>
        </w:rPr>
        <w:t>Mureş</w:t>
      </w:r>
      <w:proofErr w:type="spellEnd"/>
      <w:r w:rsidRPr="00172FDA">
        <w:rPr>
          <w:rFonts w:ascii="Times New Roman" w:eastAsia="MS Mincho" w:hAnsi="Times New Roman" w:cs="Times New Roman"/>
          <w:kern w:val="0"/>
          <w:lang w:val="en-US"/>
          <w14:ligatures w14:val="none"/>
        </w:rPr>
        <w:t xml:space="preserve">, </w:t>
      </w:r>
      <w:proofErr w:type="spellStart"/>
      <w:r w:rsidRPr="00172FDA">
        <w:rPr>
          <w:rFonts w:ascii="Times New Roman" w:eastAsia="MS Mincho" w:hAnsi="Times New Roman" w:cs="Times New Roman"/>
          <w:kern w:val="0"/>
          <w:lang w:val="en-US"/>
          <w14:ligatures w14:val="none"/>
        </w:rPr>
        <w:t>dovedit</w:t>
      </w:r>
      <w:proofErr w:type="spellEnd"/>
      <w:r w:rsidRPr="00172FDA">
        <w:rPr>
          <w:rFonts w:ascii="Times New Roman" w:eastAsia="MS Mincho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172FDA">
        <w:rPr>
          <w:rFonts w:ascii="Times New Roman" w:eastAsia="MS Mincho" w:hAnsi="Times New Roman" w:cs="Times New Roman"/>
          <w:kern w:val="0"/>
          <w:lang w:val="en-US"/>
          <w14:ligatures w14:val="none"/>
        </w:rPr>
        <w:t>printr</w:t>
      </w:r>
      <w:proofErr w:type="spellEnd"/>
      <w:r w:rsidRPr="00172FDA">
        <w:rPr>
          <w:rFonts w:ascii="Times New Roman" w:eastAsia="MS Mincho" w:hAnsi="Times New Roman" w:cs="Times New Roman"/>
          <w:kern w:val="0"/>
          <w:lang w:val="en-US"/>
          <w14:ligatures w14:val="none"/>
        </w:rPr>
        <w:t xml:space="preserve">-un act de </w:t>
      </w:r>
      <w:proofErr w:type="spellStart"/>
      <w:r w:rsidRPr="00172FDA">
        <w:rPr>
          <w:rFonts w:ascii="Times New Roman" w:eastAsia="MS Mincho" w:hAnsi="Times New Roman" w:cs="Times New Roman"/>
          <w:kern w:val="0"/>
          <w:lang w:val="en-US"/>
          <w14:ligatures w14:val="none"/>
        </w:rPr>
        <w:t>identitate</w:t>
      </w:r>
      <w:proofErr w:type="spellEnd"/>
      <w:r w:rsidRPr="00172FDA">
        <w:rPr>
          <w:rFonts w:ascii="Times New Roman" w:eastAsia="MS Mincho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172FDA">
        <w:rPr>
          <w:rFonts w:ascii="Times New Roman" w:eastAsia="MS Mincho" w:hAnsi="Times New Roman" w:cs="Times New Roman"/>
          <w:kern w:val="0"/>
          <w:lang w:val="en-US"/>
          <w14:ligatures w14:val="none"/>
        </w:rPr>
        <w:t>valabil</w:t>
      </w:r>
      <w:proofErr w:type="spellEnd"/>
      <w:r w:rsidRPr="00172FDA">
        <w:rPr>
          <w:rFonts w:ascii="Times New Roman" w:eastAsia="MS Mincho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172FDA">
        <w:rPr>
          <w:rFonts w:ascii="Times New Roman" w:eastAsia="MS Mincho" w:hAnsi="Times New Roman" w:cs="Times New Roman"/>
          <w:kern w:val="0"/>
          <w:lang w:val="en-US"/>
          <w14:ligatures w14:val="none"/>
        </w:rPr>
        <w:t>emis</w:t>
      </w:r>
      <w:proofErr w:type="spellEnd"/>
      <w:r w:rsidRPr="00172FDA">
        <w:rPr>
          <w:rFonts w:ascii="Times New Roman" w:eastAsia="MS Mincho" w:hAnsi="Times New Roman" w:cs="Times New Roman"/>
          <w:kern w:val="0"/>
          <w:lang w:val="en-US"/>
          <w14:ligatures w14:val="none"/>
        </w:rPr>
        <w:t>.</w:t>
      </w:r>
    </w:p>
    <w:p w14:paraId="3EA330CE" w14:textId="77777777" w:rsidR="00172FDA" w:rsidRPr="00172FDA" w:rsidRDefault="00172FDA" w:rsidP="00172FDA">
      <w:pPr>
        <w:numPr>
          <w:ilvl w:val="0"/>
          <w:numId w:val="25"/>
        </w:numPr>
        <w:spacing w:after="0" w:line="240" w:lineRule="auto"/>
        <w:ind w:left="709" w:right="843"/>
        <w:contextualSpacing/>
        <w:jc w:val="both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proofErr w:type="spellStart"/>
      <w:r w:rsidRPr="00172FDA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Între</w:t>
      </w:r>
      <w:proofErr w:type="spellEnd"/>
      <w:r w:rsidRPr="00172FDA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172FDA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orele</w:t>
      </w:r>
      <w:proofErr w:type="spellEnd"/>
      <w:r w:rsidRPr="00172FDA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8</w:t>
      </w:r>
      <w:r w:rsidRPr="00172FDA">
        <w:rPr>
          <w:rFonts w:ascii="Times New Roman" w:eastAsia="Times New Roman" w:hAnsi="Times New Roman" w:cs="Times New Roman"/>
          <w:kern w:val="0"/>
          <w:vertAlign w:val="superscript"/>
          <w:lang w:val="en-US"/>
          <w14:ligatures w14:val="none"/>
        </w:rPr>
        <w:t>00</w:t>
      </w:r>
      <w:r w:rsidRPr="00172FDA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– 10</w:t>
      </w:r>
      <w:r w:rsidRPr="00172FDA">
        <w:rPr>
          <w:rFonts w:ascii="Times New Roman" w:eastAsia="Times New Roman" w:hAnsi="Times New Roman" w:cs="Times New Roman"/>
          <w:kern w:val="0"/>
          <w:vertAlign w:val="superscript"/>
          <w:lang w:val="en-US"/>
          <w14:ligatures w14:val="none"/>
        </w:rPr>
        <w:t>00</w:t>
      </w:r>
      <w:r w:rsidRPr="00172FDA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de </w:t>
      </w:r>
      <w:proofErr w:type="spellStart"/>
      <w:r w:rsidRPr="00172FDA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luni</w:t>
      </w:r>
      <w:proofErr w:type="spellEnd"/>
      <w:r w:rsidRPr="00172FDA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de </w:t>
      </w:r>
      <w:proofErr w:type="spellStart"/>
      <w:r w:rsidRPr="00172FDA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până</w:t>
      </w:r>
      <w:proofErr w:type="spellEnd"/>
      <w:r w:rsidRPr="00172FDA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172FDA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vineri</w:t>
      </w:r>
      <w:proofErr w:type="spellEnd"/>
      <w:r w:rsidRPr="00172FDA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, </w:t>
      </w:r>
      <w:proofErr w:type="spellStart"/>
      <w:r w:rsidRPr="00172FDA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accesul</w:t>
      </w:r>
      <w:proofErr w:type="spellEnd"/>
      <w:r w:rsidRPr="00172FDA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la </w:t>
      </w:r>
      <w:proofErr w:type="spellStart"/>
      <w:r w:rsidRPr="00172FDA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terenurile</w:t>
      </w:r>
      <w:proofErr w:type="spellEnd"/>
      <w:r w:rsidRPr="00172FDA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de </w:t>
      </w:r>
      <w:proofErr w:type="spellStart"/>
      <w:r w:rsidRPr="00172FDA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fotbal-tenis</w:t>
      </w:r>
      <w:proofErr w:type="spellEnd"/>
      <w:r w:rsidRPr="00172FDA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, </w:t>
      </w:r>
      <w:proofErr w:type="spellStart"/>
      <w:r w:rsidRPr="00172FDA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baschet</w:t>
      </w:r>
      <w:proofErr w:type="spellEnd"/>
      <w:r w:rsidRPr="00172FDA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, beach </w:t>
      </w:r>
      <w:proofErr w:type="spellStart"/>
      <w:r w:rsidRPr="00172FDA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volei</w:t>
      </w:r>
      <w:proofErr w:type="spellEnd"/>
      <w:r w:rsidRPr="00172FDA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172FDA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și</w:t>
      </w:r>
      <w:proofErr w:type="spellEnd"/>
      <w:r w:rsidRPr="00172FDA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fitness, </w:t>
      </w:r>
      <w:proofErr w:type="spellStart"/>
      <w:r w:rsidRPr="00172FDA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este</w:t>
      </w:r>
      <w:proofErr w:type="spellEnd"/>
      <w:r w:rsidRPr="00172FDA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172FDA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gratuit</w:t>
      </w:r>
      <w:proofErr w:type="spellEnd"/>
      <w:r w:rsidRPr="00172FDA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.</w:t>
      </w:r>
    </w:p>
    <w:p w14:paraId="159411C0" w14:textId="77777777" w:rsidR="00172FDA" w:rsidRPr="00172FDA" w:rsidRDefault="00172FDA" w:rsidP="00172FDA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lang w:val="en-US"/>
          <w14:ligatures w14:val="none"/>
        </w:rPr>
      </w:pPr>
    </w:p>
    <w:p w14:paraId="6C79AE17" w14:textId="77777777" w:rsidR="00172FDA" w:rsidRPr="00172FDA" w:rsidRDefault="00172FDA" w:rsidP="00172F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val="en-US"/>
          <w14:ligatures w14:val="none"/>
        </w:rPr>
      </w:pPr>
    </w:p>
    <w:p w14:paraId="1318A32A" w14:textId="77777777" w:rsidR="00172FDA" w:rsidRPr="00172FDA" w:rsidRDefault="00172FDA" w:rsidP="00172FDA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b/>
          <w:kern w:val="0"/>
          <w:lang w:val="en-US"/>
          <w14:ligatures w14:val="none"/>
        </w:rPr>
      </w:pPr>
      <w:r w:rsidRPr="00172FDA">
        <w:rPr>
          <w:rFonts w:ascii="Times New Roman" w:eastAsia="Times New Roman" w:hAnsi="Times New Roman" w:cs="Times New Roman"/>
          <w:b/>
          <w:kern w:val="0"/>
          <w:lang w:val="en-US"/>
          <w14:ligatures w14:val="none"/>
        </w:rPr>
        <w:t>PISCINA ,,ING.MIRCEA BIRĂU’’</w:t>
      </w:r>
    </w:p>
    <w:p w14:paraId="33385102" w14:textId="77777777" w:rsidR="00172FDA" w:rsidRPr="00172FDA" w:rsidRDefault="00172FDA" w:rsidP="00172FDA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b/>
          <w:kern w:val="0"/>
          <w:lang w:val="en-US"/>
          <w14:ligatures w14:val="none"/>
        </w:rPr>
      </w:pPr>
    </w:p>
    <w:tbl>
      <w:tblPr>
        <w:tblW w:w="10631" w:type="dxa"/>
        <w:tblInd w:w="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47"/>
        <w:gridCol w:w="5556"/>
        <w:gridCol w:w="1464"/>
        <w:gridCol w:w="1064"/>
      </w:tblGrid>
      <w:tr w:rsidR="00172FDA" w:rsidRPr="00172FDA" w14:paraId="430AE5FF" w14:textId="77777777" w:rsidTr="00555C73">
        <w:tc>
          <w:tcPr>
            <w:tcW w:w="2547" w:type="dxa"/>
            <w:vMerge w:val="restart"/>
          </w:tcPr>
          <w:p w14:paraId="12888FE6" w14:textId="77777777" w:rsidR="00172FDA" w:rsidRPr="00172FDA" w:rsidRDefault="00172FDA" w:rsidP="00172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>Nr.</w:t>
            </w:r>
          </w:p>
          <w:p w14:paraId="1C0519B0" w14:textId="77777777" w:rsidR="00172FDA" w:rsidRPr="00172FDA" w:rsidRDefault="00172FDA" w:rsidP="00172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</w:pPr>
            <w:proofErr w:type="spellStart"/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>Crt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>.</w:t>
            </w:r>
          </w:p>
        </w:tc>
        <w:tc>
          <w:tcPr>
            <w:tcW w:w="5556" w:type="dxa"/>
            <w:vMerge w:val="restart"/>
          </w:tcPr>
          <w:p w14:paraId="0AB73215" w14:textId="77777777" w:rsidR="00172FDA" w:rsidRPr="00172FDA" w:rsidRDefault="00172FDA" w:rsidP="00172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</w:pPr>
            <w:proofErr w:type="spellStart"/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>Specificaţia</w:t>
            </w:r>
            <w:proofErr w:type="spellEnd"/>
          </w:p>
        </w:tc>
        <w:tc>
          <w:tcPr>
            <w:tcW w:w="2528" w:type="dxa"/>
            <w:gridSpan w:val="2"/>
          </w:tcPr>
          <w:p w14:paraId="31090B7F" w14:textId="77777777" w:rsidR="00172FDA" w:rsidRPr="00172FDA" w:rsidRDefault="00172FDA" w:rsidP="00172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>Anul</w:t>
            </w:r>
          </w:p>
        </w:tc>
      </w:tr>
      <w:tr w:rsidR="00172FDA" w:rsidRPr="00172FDA" w14:paraId="4255572F" w14:textId="77777777" w:rsidTr="00555C73">
        <w:tc>
          <w:tcPr>
            <w:tcW w:w="2547" w:type="dxa"/>
            <w:vMerge/>
          </w:tcPr>
          <w:p w14:paraId="14263FD5" w14:textId="77777777" w:rsidR="00172FDA" w:rsidRPr="00172FDA" w:rsidRDefault="00172FDA" w:rsidP="00172F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</w:p>
        </w:tc>
        <w:tc>
          <w:tcPr>
            <w:tcW w:w="5556" w:type="dxa"/>
            <w:vMerge/>
          </w:tcPr>
          <w:p w14:paraId="1A6B79D7" w14:textId="77777777" w:rsidR="00172FDA" w:rsidRPr="00172FDA" w:rsidRDefault="00172FDA" w:rsidP="00172F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</w:p>
        </w:tc>
        <w:tc>
          <w:tcPr>
            <w:tcW w:w="1464" w:type="dxa"/>
          </w:tcPr>
          <w:p w14:paraId="282DEE12" w14:textId="77777777" w:rsidR="00172FDA" w:rsidRPr="00172FDA" w:rsidRDefault="00172FDA" w:rsidP="00172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>2026</w:t>
            </w:r>
          </w:p>
        </w:tc>
        <w:tc>
          <w:tcPr>
            <w:tcW w:w="1064" w:type="dxa"/>
          </w:tcPr>
          <w:p w14:paraId="0512EE87" w14:textId="77777777" w:rsidR="00172FDA" w:rsidRPr="00172FDA" w:rsidRDefault="00172FDA" w:rsidP="00172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>2027</w:t>
            </w:r>
          </w:p>
        </w:tc>
      </w:tr>
      <w:tr w:rsidR="00172FDA" w:rsidRPr="00172FDA" w14:paraId="3C872ACA" w14:textId="77777777" w:rsidTr="00555C73">
        <w:tc>
          <w:tcPr>
            <w:tcW w:w="2547" w:type="dxa"/>
          </w:tcPr>
          <w:p w14:paraId="5EFE6B02" w14:textId="77777777" w:rsidR="00172FDA" w:rsidRPr="00172FDA" w:rsidRDefault="00172FDA" w:rsidP="00172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0</w:t>
            </w:r>
          </w:p>
        </w:tc>
        <w:tc>
          <w:tcPr>
            <w:tcW w:w="5556" w:type="dxa"/>
          </w:tcPr>
          <w:p w14:paraId="615C09C3" w14:textId="77777777" w:rsidR="00172FDA" w:rsidRPr="00172FDA" w:rsidRDefault="00172FDA" w:rsidP="00172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1</w:t>
            </w:r>
          </w:p>
        </w:tc>
        <w:tc>
          <w:tcPr>
            <w:tcW w:w="1464" w:type="dxa"/>
          </w:tcPr>
          <w:p w14:paraId="22EF561C" w14:textId="77777777" w:rsidR="00172FDA" w:rsidRPr="00172FDA" w:rsidRDefault="00172FDA" w:rsidP="00172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>2</w:t>
            </w:r>
          </w:p>
        </w:tc>
        <w:tc>
          <w:tcPr>
            <w:tcW w:w="1064" w:type="dxa"/>
          </w:tcPr>
          <w:p w14:paraId="52C72299" w14:textId="77777777" w:rsidR="00172FDA" w:rsidRPr="00172FDA" w:rsidRDefault="00172FDA" w:rsidP="00172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>3</w:t>
            </w:r>
          </w:p>
        </w:tc>
      </w:tr>
      <w:tr w:rsidR="00172FDA" w:rsidRPr="00172FDA" w14:paraId="4F346C0E" w14:textId="77777777" w:rsidTr="00555C73">
        <w:tc>
          <w:tcPr>
            <w:tcW w:w="2547" w:type="dxa"/>
          </w:tcPr>
          <w:p w14:paraId="28814DBE" w14:textId="77777777" w:rsidR="00172FDA" w:rsidRPr="00172FDA" w:rsidRDefault="00172FDA" w:rsidP="00172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>1</w:t>
            </w:r>
          </w:p>
        </w:tc>
        <w:tc>
          <w:tcPr>
            <w:tcW w:w="8084" w:type="dxa"/>
            <w:gridSpan w:val="3"/>
          </w:tcPr>
          <w:p w14:paraId="03903B02" w14:textId="77777777" w:rsidR="00172FDA" w:rsidRPr="00172FDA" w:rsidRDefault="00172FDA" w:rsidP="00172F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val="it-IT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it-IT"/>
                <w14:ligatures w14:val="none"/>
              </w:rPr>
              <w:t xml:space="preserve">Intrare pe bază de bilet (brățară/card)  la Piscina “ing.Mircea Birău”   lei/persoană/şedinţă de 2 ore </w:t>
            </w:r>
          </w:p>
        </w:tc>
      </w:tr>
      <w:tr w:rsidR="00172FDA" w:rsidRPr="00172FDA" w14:paraId="1B221E14" w14:textId="77777777" w:rsidTr="00555C73">
        <w:tc>
          <w:tcPr>
            <w:tcW w:w="2547" w:type="dxa"/>
          </w:tcPr>
          <w:p w14:paraId="292234FF" w14:textId="77777777" w:rsidR="00172FDA" w:rsidRPr="00172FDA" w:rsidRDefault="00172FDA" w:rsidP="00172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1.1</w:t>
            </w:r>
          </w:p>
        </w:tc>
        <w:tc>
          <w:tcPr>
            <w:tcW w:w="5556" w:type="dxa"/>
          </w:tcPr>
          <w:p w14:paraId="2057E14C" w14:textId="77777777" w:rsidR="00172FDA" w:rsidRPr="00172FDA" w:rsidRDefault="00172FDA" w:rsidP="00172F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-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adulţi</w:t>
            </w:r>
            <w:proofErr w:type="spellEnd"/>
          </w:p>
        </w:tc>
        <w:tc>
          <w:tcPr>
            <w:tcW w:w="1464" w:type="dxa"/>
          </w:tcPr>
          <w:p w14:paraId="666ADF19" w14:textId="77777777" w:rsidR="00172FDA" w:rsidRPr="00172FDA" w:rsidRDefault="00172FDA" w:rsidP="00172F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25,00</w:t>
            </w:r>
          </w:p>
        </w:tc>
        <w:tc>
          <w:tcPr>
            <w:tcW w:w="1064" w:type="dxa"/>
          </w:tcPr>
          <w:p w14:paraId="2CFDAEA8" w14:textId="77777777" w:rsidR="00172FDA" w:rsidRPr="00172FDA" w:rsidRDefault="00172FDA" w:rsidP="00172F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30,00</w:t>
            </w:r>
          </w:p>
        </w:tc>
      </w:tr>
      <w:tr w:rsidR="00172FDA" w:rsidRPr="00172FDA" w14:paraId="6326A8E8" w14:textId="77777777" w:rsidTr="00555C73">
        <w:tc>
          <w:tcPr>
            <w:tcW w:w="2547" w:type="dxa"/>
          </w:tcPr>
          <w:p w14:paraId="06E89DD7" w14:textId="77777777" w:rsidR="00172FDA" w:rsidRPr="00172FDA" w:rsidRDefault="00172FDA" w:rsidP="00172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1.2</w:t>
            </w:r>
          </w:p>
        </w:tc>
        <w:tc>
          <w:tcPr>
            <w:tcW w:w="5556" w:type="dxa"/>
          </w:tcPr>
          <w:p w14:paraId="24FBF9E7" w14:textId="77777777" w:rsidR="00172FDA" w:rsidRPr="00172FDA" w:rsidRDefault="00172FDA" w:rsidP="00172F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it-IT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it-IT"/>
                <w14:ligatures w14:val="none"/>
              </w:rPr>
              <w:t>- copii între 3 și 14 ani, pensionari și veterani de război</w:t>
            </w:r>
          </w:p>
        </w:tc>
        <w:tc>
          <w:tcPr>
            <w:tcW w:w="1464" w:type="dxa"/>
          </w:tcPr>
          <w:p w14:paraId="71AEE09E" w14:textId="77777777" w:rsidR="00172FDA" w:rsidRPr="00172FDA" w:rsidRDefault="00172FDA" w:rsidP="00172F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19,00</w:t>
            </w:r>
          </w:p>
        </w:tc>
        <w:tc>
          <w:tcPr>
            <w:tcW w:w="1064" w:type="dxa"/>
          </w:tcPr>
          <w:p w14:paraId="5CEBF519" w14:textId="77777777" w:rsidR="00172FDA" w:rsidRPr="00172FDA" w:rsidRDefault="00172FDA" w:rsidP="00172F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20,00</w:t>
            </w:r>
          </w:p>
        </w:tc>
      </w:tr>
      <w:tr w:rsidR="00172FDA" w:rsidRPr="00172FDA" w14:paraId="1B6E09DB" w14:textId="77777777" w:rsidTr="00555C73">
        <w:tc>
          <w:tcPr>
            <w:tcW w:w="2547" w:type="dxa"/>
          </w:tcPr>
          <w:p w14:paraId="5D2AAA8A" w14:textId="77777777" w:rsidR="00172FDA" w:rsidRPr="00172FDA" w:rsidRDefault="00172FDA" w:rsidP="00172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1.3</w:t>
            </w:r>
          </w:p>
        </w:tc>
        <w:tc>
          <w:tcPr>
            <w:tcW w:w="5556" w:type="dxa"/>
          </w:tcPr>
          <w:p w14:paraId="48DD5D4E" w14:textId="77777777" w:rsidR="00172FDA" w:rsidRPr="00172FDA" w:rsidRDefault="00172FDA" w:rsidP="00172F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it-IT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it-IT"/>
                <w14:ligatures w14:val="none"/>
              </w:rPr>
              <w:t>- familie (un adult și doi copii între 3 și 14 ani sau doi adulți și un copil între 3 și 14 ani)</w:t>
            </w:r>
          </w:p>
        </w:tc>
        <w:tc>
          <w:tcPr>
            <w:tcW w:w="1464" w:type="dxa"/>
          </w:tcPr>
          <w:p w14:paraId="6F5145C3" w14:textId="77777777" w:rsidR="00172FDA" w:rsidRPr="00172FDA" w:rsidRDefault="00172FDA" w:rsidP="00172F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50,00</w:t>
            </w:r>
          </w:p>
        </w:tc>
        <w:tc>
          <w:tcPr>
            <w:tcW w:w="1064" w:type="dxa"/>
          </w:tcPr>
          <w:p w14:paraId="1BEE2E2C" w14:textId="77777777" w:rsidR="00172FDA" w:rsidRPr="00172FDA" w:rsidRDefault="00172FDA" w:rsidP="00172F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b/>
                <w:bCs/>
                <w:kern w:val="0"/>
                <w:lang w:val="en-US"/>
                <w14:ligatures w14:val="none"/>
              </w:rPr>
              <w:t>55,00</w:t>
            </w:r>
          </w:p>
        </w:tc>
      </w:tr>
      <w:tr w:rsidR="00172FDA" w:rsidRPr="00172FDA" w14:paraId="2C373CD8" w14:textId="77777777" w:rsidTr="00555C73">
        <w:tc>
          <w:tcPr>
            <w:tcW w:w="2547" w:type="dxa"/>
          </w:tcPr>
          <w:p w14:paraId="677CCF0D" w14:textId="77777777" w:rsidR="00172FDA" w:rsidRPr="00172FDA" w:rsidRDefault="00172FDA" w:rsidP="00172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1.4</w:t>
            </w:r>
          </w:p>
        </w:tc>
        <w:tc>
          <w:tcPr>
            <w:tcW w:w="5556" w:type="dxa"/>
          </w:tcPr>
          <w:p w14:paraId="3A202447" w14:textId="77777777" w:rsidR="00172FDA" w:rsidRPr="00172FDA" w:rsidRDefault="00172FDA" w:rsidP="00172FDA">
            <w:pPr>
              <w:spacing w:after="200" w:line="276" w:lineRule="auto"/>
              <w:rPr>
                <w:rFonts w:ascii="Calibri" w:eastAsia="Calibri" w:hAnsi="Calibri" w:cs="Times New Roman"/>
                <w:kern w:val="0"/>
                <w:lang w:val="it-IT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it-IT"/>
                <w14:ligatures w14:val="none"/>
              </w:rPr>
              <w:t>- pentru fiecare</w:t>
            </w:r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it-IT"/>
                <w14:ligatures w14:val="none"/>
              </w:rPr>
              <w:t xml:space="preserve"> </w:t>
            </w:r>
            <w:r w:rsidRPr="00172FDA">
              <w:rPr>
                <w:rFonts w:ascii="Times New Roman" w:eastAsia="Times New Roman" w:hAnsi="Times New Roman" w:cs="Times New Roman"/>
                <w:kern w:val="0"/>
                <w:lang w:val="it-IT"/>
                <w14:ligatures w14:val="none"/>
              </w:rPr>
              <w:t>10 minute depășire</w:t>
            </w:r>
            <w:r w:rsidRPr="00172FDA">
              <w:rPr>
                <w:rFonts w:ascii="Calibri" w:eastAsia="Calibri" w:hAnsi="Calibri" w:cs="Times New Roman"/>
                <w:kern w:val="0"/>
                <w:lang w:val="it-IT"/>
                <w14:ligatures w14:val="none"/>
              </w:rPr>
              <w:t>/persoană</w:t>
            </w:r>
          </w:p>
        </w:tc>
        <w:tc>
          <w:tcPr>
            <w:tcW w:w="1464" w:type="dxa"/>
          </w:tcPr>
          <w:p w14:paraId="7E1C899C" w14:textId="77777777" w:rsidR="00172FDA" w:rsidRPr="00172FDA" w:rsidRDefault="00172FDA" w:rsidP="00172F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2,00</w:t>
            </w:r>
          </w:p>
        </w:tc>
        <w:tc>
          <w:tcPr>
            <w:tcW w:w="1064" w:type="dxa"/>
          </w:tcPr>
          <w:p w14:paraId="27D8335D" w14:textId="77777777" w:rsidR="00172FDA" w:rsidRPr="00172FDA" w:rsidRDefault="00172FDA" w:rsidP="00172F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b/>
                <w:bCs/>
                <w:kern w:val="0"/>
                <w:lang w:val="en-US"/>
                <w14:ligatures w14:val="none"/>
              </w:rPr>
              <w:t>3,00</w:t>
            </w:r>
          </w:p>
        </w:tc>
      </w:tr>
      <w:tr w:rsidR="00172FDA" w:rsidRPr="00172FDA" w14:paraId="2F1219E8" w14:textId="77777777" w:rsidTr="00555C73">
        <w:tc>
          <w:tcPr>
            <w:tcW w:w="2547" w:type="dxa"/>
          </w:tcPr>
          <w:p w14:paraId="5E25FDF0" w14:textId="77777777" w:rsidR="00172FDA" w:rsidRPr="00172FDA" w:rsidRDefault="00172FDA" w:rsidP="00172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1.5</w:t>
            </w:r>
          </w:p>
        </w:tc>
        <w:tc>
          <w:tcPr>
            <w:tcW w:w="5556" w:type="dxa"/>
          </w:tcPr>
          <w:p w14:paraId="728BC75C" w14:textId="77777777" w:rsidR="00172FDA" w:rsidRPr="00172FDA" w:rsidRDefault="00172FDA" w:rsidP="00172F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it-IT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it-IT"/>
                <w14:ligatures w14:val="none"/>
              </w:rPr>
              <w:t>- curs de inițiere copii(durata lecției în apă este 50 de minute)</w:t>
            </w:r>
          </w:p>
        </w:tc>
        <w:tc>
          <w:tcPr>
            <w:tcW w:w="1464" w:type="dxa"/>
          </w:tcPr>
          <w:p w14:paraId="776C1931" w14:textId="77777777" w:rsidR="00172FDA" w:rsidRPr="00172FDA" w:rsidRDefault="00172FDA" w:rsidP="00172F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16,00</w:t>
            </w:r>
          </w:p>
        </w:tc>
        <w:tc>
          <w:tcPr>
            <w:tcW w:w="1064" w:type="dxa"/>
          </w:tcPr>
          <w:p w14:paraId="090F67E9" w14:textId="77777777" w:rsidR="00172FDA" w:rsidRPr="00172FDA" w:rsidRDefault="00172FDA" w:rsidP="00172F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b/>
                <w:bCs/>
                <w:kern w:val="0"/>
                <w:lang w:val="en-US"/>
                <w14:ligatures w14:val="none"/>
              </w:rPr>
              <w:t>16,00</w:t>
            </w:r>
          </w:p>
        </w:tc>
      </w:tr>
      <w:tr w:rsidR="00172FDA" w:rsidRPr="00172FDA" w14:paraId="1B4DCCC1" w14:textId="77777777" w:rsidTr="00555C73">
        <w:tc>
          <w:tcPr>
            <w:tcW w:w="2547" w:type="dxa"/>
          </w:tcPr>
          <w:p w14:paraId="64789EF6" w14:textId="77777777" w:rsidR="00172FDA" w:rsidRPr="00172FDA" w:rsidRDefault="00172FDA" w:rsidP="00172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1.6</w:t>
            </w:r>
          </w:p>
        </w:tc>
        <w:tc>
          <w:tcPr>
            <w:tcW w:w="5556" w:type="dxa"/>
          </w:tcPr>
          <w:p w14:paraId="027740BA" w14:textId="77777777" w:rsidR="00172FDA" w:rsidRPr="00172FDA" w:rsidRDefault="00172FDA" w:rsidP="00172FDA">
            <w:pPr>
              <w:tabs>
                <w:tab w:val="left" w:pos="990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it-IT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it-IT"/>
                <w14:ligatures w14:val="none"/>
              </w:rPr>
              <w:t>- curs de inițiere adulți, aquagym, înot bebe, pregătire pentru inițiere(durata lecției în apă este 50 de minute)</w:t>
            </w:r>
          </w:p>
        </w:tc>
        <w:tc>
          <w:tcPr>
            <w:tcW w:w="1464" w:type="dxa"/>
          </w:tcPr>
          <w:p w14:paraId="33FACEA0" w14:textId="77777777" w:rsidR="00172FDA" w:rsidRPr="00172FDA" w:rsidRDefault="00172FDA" w:rsidP="00172F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25,00</w:t>
            </w:r>
          </w:p>
        </w:tc>
        <w:tc>
          <w:tcPr>
            <w:tcW w:w="1064" w:type="dxa"/>
          </w:tcPr>
          <w:p w14:paraId="37D5ACAA" w14:textId="77777777" w:rsidR="00172FDA" w:rsidRPr="00172FDA" w:rsidRDefault="00172FDA" w:rsidP="00172F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b/>
                <w:bCs/>
                <w:kern w:val="0"/>
                <w:lang w:val="en-US"/>
                <w14:ligatures w14:val="none"/>
              </w:rPr>
              <w:t>25,00</w:t>
            </w:r>
          </w:p>
        </w:tc>
      </w:tr>
      <w:tr w:rsidR="00172FDA" w:rsidRPr="00172FDA" w14:paraId="7CA99347" w14:textId="77777777" w:rsidTr="00555C73">
        <w:tc>
          <w:tcPr>
            <w:tcW w:w="2547" w:type="dxa"/>
          </w:tcPr>
          <w:p w14:paraId="12B4B72C" w14:textId="77777777" w:rsidR="00172FDA" w:rsidRPr="00172FDA" w:rsidRDefault="00172FDA" w:rsidP="00172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1.7</w:t>
            </w:r>
          </w:p>
        </w:tc>
        <w:tc>
          <w:tcPr>
            <w:tcW w:w="5556" w:type="dxa"/>
          </w:tcPr>
          <w:p w14:paraId="39E3C929" w14:textId="77777777" w:rsidR="00172FDA" w:rsidRPr="00172FDA" w:rsidRDefault="00172FDA" w:rsidP="00172F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it-IT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it-IT"/>
                <w14:ligatures w14:val="none"/>
              </w:rPr>
              <w:t xml:space="preserve">- înot școlar(durata lecției în apă este 50 de minute) </w:t>
            </w:r>
          </w:p>
        </w:tc>
        <w:tc>
          <w:tcPr>
            <w:tcW w:w="1464" w:type="dxa"/>
          </w:tcPr>
          <w:p w14:paraId="72A8E9E1" w14:textId="77777777" w:rsidR="00172FDA" w:rsidRPr="00172FDA" w:rsidRDefault="00172FDA" w:rsidP="00172F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12,00</w:t>
            </w:r>
          </w:p>
        </w:tc>
        <w:tc>
          <w:tcPr>
            <w:tcW w:w="1064" w:type="dxa"/>
          </w:tcPr>
          <w:p w14:paraId="55216196" w14:textId="77777777" w:rsidR="00172FDA" w:rsidRPr="00172FDA" w:rsidRDefault="00172FDA" w:rsidP="00172F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b/>
                <w:bCs/>
                <w:kern w:val="0"/>
                <w:lang w:val="en-US"/>
                <w14:ligatures w14:val="none"/>
              </w:rPr>
              <w:t>12,00</w:t>
            </w:r>
          </w:p>
        </w:tc>
      </w:tr>
      <w:tr w:rsidR="00172FDA" w:rsidRPr="00172FDA" w14:paraId="043AB844" w14:textId="77777777" w:rsidTr="00555C73">
        <w:tc>
          <w:tcPr>
            <w:tcW w:w="2547" w:type="dxa"/>
          </w:tcPr>
          <w:p w14:paraId="1083F831" w14:textId="77777777" w:rsidR="00172FDA" w:rsidRPr="00172FDA" w:rsidRDefault="00172FDA" w:rsidP="00172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1.8</w:t>
            </w:r>
          </w:p>
        </w:tc>
        <w:tc>
          <w:tcPr>
            <w:tcW w:w="5556" w:type="dxa"/>
          </w:tcPr>
          <w:p w14:paraId="31D52AC5" w14:textId="77777777" w:rsidR="00172FDA" w:rsidRPr="00172FDA" w:rsidRDefault="00172FDA" w:rsidP="00172F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it-IT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it-IT"/>
                <w14:ligatures w14:val="none"/>
              </w:rPr>
              <w:t xml:space="preserve">- antrenamente de înot pentru sportivii cluburilor autorizate(durata lecției în apă este 75 de minute) </w:t>
            </w:r>
          </w:p>
        </w:tc>
        <w:tc>
          <w:tcPr>
            <w:tcW w:w="1464" w:type="dxa"/>
          </w:tcPr>
          <w:p w14:paraId="59D69F88" w14:textId="77777777" w:rsidR="00172FDA" w:rsidRPr="00172FDA" w:rsidRDefault="00172FDA" w:rsidP="00172F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12,00</w:t>
            </w:r>
          </w:p>
        </w:tc>
        <w:tc>
          <w:tcPr>
            <w:tcW w:w="1064" w:type="dxa"/>
          </w:tcPr>
          <w:p w14:paraId="19B307B0" w14:textId="77777777" w:rsidR="00172FDA" w:rsidRPr="00172FDA" w:rsidRDefault="00172FDA" w:rsidP="00172F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b/>
                <w:bCs/>
                <w:kern w:val="0"/>
                <w:lang w:val="en-US"/>
                <w14:ligatures w14:val="none"/>
              </w:rPr>
              <w:t>12,00</w:t>
            </w:r>
          </w:p>
        </w:tc>
      </w:tr>
      <w:tr w:rsidR="00172FDA" w:rsidRPr="00172FDA" w14:paraId="7BD29FDB" w14:textId="77777777" w:rsidTr="00555C73">
        <w:tc>
          <w:tcPr>
            <w:tcW w:w="2547" w:type="dxa"/>
          </w:tcPr>
          <w:p w14:paraId="5BBBCD90" w14:textId="77777777" w:rsidR="00172FDA" w:rsidRPr="00172FDA" w:rsidRDefault="00172FDA" w:rsidP="00172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1.9</w:t>
            </w:r>
          </w:p>
        </w:tc>
        <w:tc>
          <w:tcPr>
            <w:tcW w:w="5556" w:type="dxa"/>
          </w:tcPr>
          <w:p w14:paraId="4EC9E461" w14:textId="77777777" w:rsidR="00172FDA" w:rsidRPr="00172FDA" w:rsidRDefault="00172FDA" w:rsidP="00172F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-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saună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uscată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(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prosop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de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unică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folosință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inclus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)</w:t>
            </w:r>
          </w:p>
        </w:tc>
        <w:tc>
          <w:tcPr>
            <w:tcW w:w="1464" w:type="dxa"/>
          </w:tcPr>
          <w:p w14:paraId="324B39A0" w14:textId="77777777" w:rsidR="00172FDA" w:rsidRPr="00172FDA" w:rsidRDefault="00172FDA" w:rsidP="00172F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12,00</w:t>
            </w:r>
          </w:p>
        </w:tc>
        <w:tc>
          <w:tcPr>
            <w:tcW w:w="1064" w:type="dxa"/>
          </w:tcPr>
          <w:p w14:paraId="0AEE878B" w14:textId="77777777" w:rsidR="00172FDA" w:rsidRPr="00172FDA" w:rsidRDefault="00172FDA" w:rsidP="00172F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b/>
                <w:bCs/>
                <w:kern w:val="0"/>
                <w:lang w:val="en-US"/>
                <w14:ligatures w14:val="none"/>
              </w:rPr>
              <w:t>16,00</w:t>
            </w:r>
          </w:p>
        </w:tc>
      </w:tr>
      <w:tr w:rsidR="00172FDA" w:rsidRPr="00172FDA" w14:paraId="6CC875D6" w14:textId="77777777" w:rsidTr="00555C73">
        <w:tc>
          <w:tcPr>
            <w:tcW w:w="2547" w:type="dxa"/>
          </w:tcPr>
          <w:p w14:paraId="5A4B95E2" w14:textId="77777777" w:rsidR="00172FDA" w:rsidRPr="00172FDA" w:rsidRDefault="00172FDA" w:rsidP="00172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1.10</w:t>
            </w:r>
          </w:p>
        </w:tc>
        <w:tc>
          <w:tcPr>
            <w:tcW w:w="5556" w:type="dxa"/>
          </w:tcPr>
          <w:p w14:paraId="20C1ECB9" w14:textId="77777777" w:rsidR="00172FDA" w:rsidRPr="00172FDA" w:rsidRDefault="00172FDA" w:rsidP="00172F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- sauna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umedă</w:t>
            </w:r>
            <w:proofErr w:type="spellEnd"/>
          </w:p>
        </w:tc>
        <w:tc>
          <w:tcPr>
            <w:tcW w:w="1464" w:type="dxa"/>
          </w:tcPr>
          <w:p w14:paraId="4AA34515" w14:textId="77777777" w:rsidR="00172FDA" w:rsidRPr="00172FDA" w:rsidRDefault="00172FDA" w:rsidP="00172F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12,00</w:t>
            </w:r>
          </w:p>
        </w:tc>
        <w:tc>
          <w:tcPr>
            <w:tcW w:w="1064" w:type="dxa"/>
          </w:tcPr>
          <w:p w14:paraId="749E023B" w14:textId="77777777" w:rsidR="00172FDA" w:rsidRPr="00172FDA" w:rsidRDefault="00172FDA" w:rsidP="00172F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b/>
                <w:bCs/>
                <w:kern w:val="0"/>
                <w:lang w:val="en-US"/>
                <w14:ligatures w14:val="none"/>
              </w:rPr>
              <w:t>15,00</w:t>
            </w:r>
          </w:p>
        </w:tc>
      </w:tr>
      <w:tr w:rsidR="00172FDA" w:rsidRPr="00172FDA" w14:paraId="54E1D6D2" w14:textId="77777777" w:rsidTr="00555C73">
        <w:tc>
          <w:tcPr>
            <w:tcW w:w="2547" w:type="dxa"/>
          </w:tcPr>
          <w:p w14:paraId="615D7BDD" w14:textId="77777777" w:rsidR="00172FDA" w:rsidRPr="00172FDA" w:rsidRDefault="00172FDA" w:rsidP="00172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1.11</w:t>
            </w:r>
          </w:p>
        </w:tc>
        <w:tc>
          <w:tcPr>
            <w:tcW w:w="5556" w:type="dxa"/>
          </w:tcPr>
          <w:p w14:paraId="5A65C77E" w14:textId="77777777" w:rsidR="00172FDA" w:rsidRPr="00172FDA" w:rsidRDefault="00172FDA" w:rsidP="00172F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it-IT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-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saună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uscată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+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umedă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(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prosop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de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unică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folosință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inclus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)</w:t>
            </w:r>
          </w:p>
        </w:tc>
        <w:tc>
          <w:tcPr>
            <w:tcW w:w="1464" w:type="dxa"/>
          </w:tcPr>
          <w:p w14:paraId="0DA3106E" w14:textId="77777777" w:rsidR="00172FDA" w:rsidRPr="00172FDA" w:rsidRDefault="00172FDA" w:rsidP="00172F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22,00</w:t>
            </w:r>
          </w:p>
        </w:tc>
        <w:tc>
          <w:tcPr>
            <w:tcW w:w="1064" w:type="dxa"/>
          </w:tcPr>
          <w:p w14:paraId="43BA15C4" w14:textId="77777777" w:rsidR="00172FDA" w:rsidRPr="00172FDA" w:rsidRDefault="00172FDA" w:rsidP="00172F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b/>
                <w:bCs/>
                <w:kern w:val="0"/>
                <w:lang w:val="en-US"/>
                <w14:ligatures w14:val="none"/>
              </w:rPr>
              <w:t>25,00</w:t>
            </w:r>
          </w:p>
        </w:tc>
      </w:tr>
      <w:tr w:rsidR="00172FDA" w:rsidRPr="00172FDA" w14:paraId="006C7BFF" w14:textId="77777777" w:rsidTr="00555C73">
        <w:tc>
          <w:tcPr>
            <w:tcW w:w="2547" w:type="dxa"/>
          </w:tcPr>
          <w:p w14:paraId="76FB0F3A" w14:textId="77777777" w:rsidR="00172FDA" w:rsidRPr="00172FDA" w:rsidRDefault="00172FDA" w:rsidP="00172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1.12</w:t>
            </w:r>
          </w:p>
        </w:tc>
        <w:tc>
          <w:tcPr>
            <w:tcW w:w="5556" w:type="dxa"/>
          </w:tcPr>
          <w:p w14:paraId="18841537" w14:textId="77777777" w:rsidR="00172FDA" w:rsidRPr="00172FDA" w:rsidRDefault="00172FDA" w:rsidP="00172F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it-IT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it-IT"/>
                <w14:ligatures w14:val="none"/>
              </w:rPr>
              <w:t>- prosop saună de unică folosință</w:t>
            </w:r>
          </w:p>
        </w:tc>
        <w:tc>
          <w:tcPr>
            <w:tcW w:w="1464" w:type="dxa"/>
          </w:tcPr>
          <w:p w14:paraId="1E2E9D40" w14:textId="77777777" w:rsidR="00172FDA" w:rsidRPr="00172FDA" w:rsidRDefault="00172FDA" w:rsidP="00172F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5,00</w:t>
            </w:r>
          </w:p>
        </w:tc>
        <w:tc>
          <w:tcPr>
            <w:tcW w:w="1064" w:type="dxa"/>
          </w:tcPr>
          <w:p w14:paraId="7D53518D" w14:textId="77777777" w:rsidR="00172FDA" w:rsidRPr="00172FDA" w:rsidRDefault="00172FDA" w:rsidP="00172F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lang w:val="en-US"/>
                <w14:ligatures w14:val="none"/>
              </w:rPr>
            </w:pPr>
            <w:proofErr w:type="spellStart"/>
            <w:r w:rsidRPr="00172FDA">
              <w:rPr>
                <w:rFonts w:ascii="Times New Roman" w:eastAsia="Times New Roman" w:hAnsi="Times New Roman" w:cs="Times New Roman"/>
                <w:b/>
                <w:bCs/>
                <w:kern w:val="0"/>
                <w:lang w:val="en-US"/>
                <w14:ligatures w14:val="none"/>
              </w:rPr>
              <w:t>Inclus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b/>
                <w:bCs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b/>
                <w:bCs/>
                <w:kern w:val="0"/>
                <w:lang w:val="en-US"/>
                <w14:ligatures w14:val="none"/>
              </w:rPr>
              <w:t>în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b/>
                <w:bCs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b/>
                <w:bCs/>
                <w:kern w:val="0"/>
                <w:lang w:val="en-US"/>
                <w14:ligatures w14:val="none"/>
              </w:rPr>
              <w:t>prețul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b/>
                <w:bCs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b/>
                <w:bCs/>
                <w:kern w:val="0"/>
                <w:lang w:val="en-US"/>
                <w14:ligatures w14:val="none"/>
              </w:rPr>
              <w:t>saunei</w:t>
            </w:r>
            <w:proofErr w:type="spellEnd"/>
          </w:p>
        </w:tc>
      </w:tr>
      <w:tr w:rsidR="00172FDA" w:rsidRPr="00172FDA" w14:paraId="51FBB192" w14:textId="77777777" w:rsidTr="00555C73">
        <w:tc>
          <w:tcPr>
            <w:tcW w:w="2547" w:type="dxa"/>
          </w:tcPr>
          <w:p w14:paraId="5CDD9D28" w14:textId="77777777" w:rsidR="00172FDA" w:rsidRPr="00172FDA" w:rsidRDefault="00172FDA" w:rsidP="00172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1.13</w:t>
            </w:r>
          </w:p>
        </w:tc>
        <w:tc>
          <w:tcPr>
            <w:tcW w:w="5556" w:type="dxa"/>
          </w:tcPr>
          <w:p w14:paraId="3CE2F83A" w14:textId="77777777" w:rsidR="00172FDA" w:rsidRPr="00172FDA" w:rsidRDefault="00172FDA" w:rsidP="00172F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val="it-IT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it-IT"/>
                <w14:ligatures w14:val="none"/>
              </w:rPr>
              <w:t>- copii sub 3 ani și persoane cu dizabilități</w:t>
            </w:r>
          </w:p>
        </w:tc>
        <w:tc>
          <w:tcPr>
            <w:tcW w:w="1464" w:type="dxa"/>
          </w:tcPr>
          <w:p w14:paraId="6A598F33" w14:textId="77777777" w:rsidR="00172FDA" w:rsidRPr="00172FDA" w:rsidRDefault="00172FDA" w:rsidP="00172F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gratuit</w:t>
            </w:r>
            <w:proofErr w:type="spellEnd"/>
          </w:p>
        </w:tc>
        <w:tc>
          <w:tcPr>
            <w:tcW w:w="1064" w:type="dxa"/>
          </w:tcPr>
          <w:p w14:paraId="08D79855" w14:textId="77777777" w:rsidR="00172FDA" w:rsidRPr="00172FDA" w:rsidRDefault="00172FDA" w:rsidP="00172F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lang w:val="en-US"/>
                <w14:ligatures w14:val="none"/>
              </w:rPr>
            </w:pPr>
            <w:proofErr w:type="spellStart"/>
            <w:r w:rsidRPr="00172FDA">
              <w:rPr>
                <w:rFonts w:ascii="Times New Roman" w:eastAsia="Times New Roman" w:hAnsi="Times New Roman" w:cs="Times New Roman"/>
                <w:b/>
                <w:bCs/>
                <w:kern w:val="0"/>
                <w:lang w:val="en-US"/>
                <w14:ligatures w14:val="none"/>
              </w:rPr>
              <w:t>gratuit</w:t>
            </w:r>
            <w:proofErr w:type="spellEnd"/>
          </w:p>
        </w:tc>
      </w:tr>
      <w:tr w:rsidR="00172FDA" w:rsidRPr="00172FDA" w14:paraId="64F5CABE" w14:textId="77777777" w:rsidTr="00555C73">
        <w:tc>
          <w:tcPr>
            <w:tcW w:w="2547" w:type="dxa"/>
          </w:tcPr>
          <w:p w14:paraId="3FD80CD3" w14:textId="77777777" w:rsidR="00172FDA" w:rsidRPr="00172FDA" w:rsidRDefault="00172FDA" w:rsidP="00172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>2</w:t>
            </w:r>
          </w:p>
        </w:tc>
        <w:tc>
          <w:tcPr>
            <w:tcW w:w="5556" w:type="dxa"/>
          </w:tcPr>
          <w:p w14:paraId="5E70CBE0" w14:textId="77777777" w:rsidR="00172FDA" w:rsidRPr="00172FDA" w:rsidRDefault="00172FDA" w:rsidP="00172F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proofErr w:type="spellStart"/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>Abonamente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>acces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 xml:space="preserve"> 2 ore</w:t>
            </w:r>
          </w:p>
        </w:tc>
        <w:tc>
          <w:tcPr>
            <w:tcW w:w="1464" w:type="dxa"/>
          </w:tcPr>
          <w:p w14:paraId="284A2652" w14:textId="77777777" w:rsidR="00172FDA" w:rsidRPr="00172FDA" w:rsidRDefault="00172FDA" w:rsidP="00172F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</w:pPr>
          </w:p>
        </w:tc>
        <w:tc>
          <w:tcPr>
            <w:tcW w:w="1064" w:type="dxa"/>
          </w:tcPr>
          <w:p w14:paraId="3FACD861" w14:textId="77777777" w:rsidR="00172FDA" w:rsidRPr="00172FDA" w:rsidRDefault="00172FDA" w:rsidP="00172F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</w:pPr>
          </w:p>
        </w:tc>
      </w:tr>
      <w:tr w:rsidR="00172FDA" w:rsidRPr="00172FDA" w14:paraId="365D7CEB" w14:textId="77777777" w:rsidTr="00555C73">
        <w:tc>
          <w:tcPr>
            <w:tcW w:w="2547" w:type="dxa"/>
          </w:tcPr>
          <w:p w14:paraId="446FBC21" w14:textId="77777777" w:rsidR="00172FDA" w:rsidRPr="00172FDA" w:rsidRDefault="00172FDA" w:rsidP="00172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b/>
                <w:bCs/>
                <w:kern w:val="0"/>
                <w:lang w:val="en-US"/>
                <w14:ligatures w14:val="none"/>
              </w:rPr>
              <w:t>2.1</w:t>
            </w:r>
          </w:p>
        </w:tc>
        <w:tc>
          <w:tcPr>
            <w:tcW w:w="5556" w:type="dxa"/>
          </w:tcPr>
          <w:p w14:paraId="0D91276A" w14:textId="77777777" w:rsidR="00172FDA" w:rsidRPr="00172FDA" w:rsidRDefault="00172FDA" w:rsidP="00172F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en-US"/>
                <w14:ligatures w14:val="none"/>
              </w:rPr>
            </w:pPr>
            <w:proofErr w:type="spellStart"/>
            <w:r w:rsidRPr="00172FDA">
              <w:rPr>
                <w:rFonts w:ascii="Times New Roman" w:eastAsia="Times New Roman" w:hAnsi="Times New Roman" w:cs="Times New Roman"/>
                <w:b/>
                <w:bCs/>
                <w:kern w:val="0"/>
                <w:lang w:val="en-US"/>
                <w14:ligatures w14:val="none"/>
              </w:rPr>
              <w:t>Abonamente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b/>
                <w:bCs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b/>
                <w:bCs/>
                <w:kern w:val="0"/>
                <w:lang w:val="en-US"/>
                <w14:ligatures w14:val="none"/>
              </w:rPr>
              <w:t>adulți</w:t>
            </w:r>
            <w:proofErr w:type="spellEnd"/>
          </w:p>
        </w:tc>
        <w:tc>
          <w:tcPr>
            <w:tcW w:w="1464" w:type="dxa"/>
          </w:tcPr>
          <w:p w14:paraId="14A1D6CA" w14:textId="77777777" w:rsidR="00172FDA" w:rsidRPr="00172FDA" w:rsidRDefault="00172FDA" w:rsidP="00172F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</w:p>
        </w:tc>
        <w:tc>
          <w:tcPr>
            <w:tcW w:w="1064" w:type="dxa"/>
          </w:tcPr>
          <w:p w14:paraId="1FB9CF96" w14:textId="77777777" w:rsidR="00172FDA" w:rsidRPr="00172FDA" w:rsidRDefault="00172FDA" w:rsidP="00172F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</w:p>
        </w:tc>
      </w:tr>
      <w:tr w:rsidR="00172FDA" w:rsidRPr="00172FDA" w14:paraId="229456B4" w14:textId="77777777" w:rsidTr="00555C73">
        <w:tc>
          <w:tcPr>
            <w:tcW w:w="2547" w:type="dxa"/>
          </w:tcPr>
          <w:p w14:paraId="3B8E0B87" w14:textId="77777777" w:rsidR="00172FDA" w:rsidRPr="00172FDA" w:rsidRDefault="00172FDA" w:rsidP="00172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2.1.1</w:t>
            </w:r>
          </w:p>
        </w:tc>
        <w:tc>
          <w:tcPr>
            <w:tcW w:w="5556" w:type="dxa"/>
          </w:tcPr>
          <w:p w14:paraId="535D10CF" w14:textId="77777777" w:rsidR="00172FDA" w:rsidRPr="00172FDA" w:rsidRDefault="00172FDA" w:rsidP="00172F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-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abonament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 10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intrări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/30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zile</w:t>
            </w:r>
            <w:proofErr w:type="spellEnd"/>
          </w:p>
        </w:tc>
        <w:tc>
          <w:tcPr>
            <w:tcW w:w="1464" w:type="dxa"/>
          </w:tcPr>
          <w:p w14:paraId="345ABC14" w14:textId="77777777" w:rsidR="00172FDA" w:rsidRPr="00172FDA" w:rsidRDefault="00172FDA" w:rsidP="00172F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175,00</w:t>
            </w:r>
          </w:p>
        </w:tc>
        <w:tc>
          <w:tcPr>
            <w:tcW w:w="1064" w:type="dxa"/>
          </w:tcPr>
          <w:p w14:paraId="17EE0DCE" w14:textId="77777777" w:rsidR="00172FDA" w:rsidRPr="00172FDA" w:rsidRDefault="00172FDA" w:rsidP="00172F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>200,00</w:t>
            </w:r>
          </w:p>
        </w:tc>
      </w:tr>
      <w:tr w:rsidR="00172FDA" w:rsidRPr="00172FDA" w14:paraId="450C27D9" w14:textId="77777777" w:rsidTr="00555C73">
        <w:tc>
          <w:tcPr>
            <w:tcW w:w="2547" w:type="dxa"/>
          </w:tcPr>
          <w:p w14:paraId="2FCEFA14" w14:textId="77777777" w:rsidR="00172FDA" w:rsidRPr="00172FDA" w:rsidRDefault="00172FDA" w:rsidP="00172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2.1.2</w:t>
            </w:r>
          </w:p>
        </w:tc>
        <w:tc>
          <w:tcPr>
            <w:tcW w:w="5556" w:type="dxa"/>
          </w:tcPr>
          <w:p w14:paraId="325C9E11" w14:textId="77777777" w:rsidR="00172FDA" w:rsidRPr="00172FDA" w:rsidRDefault="00172FDA" w:rsidP="00172F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-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abonament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50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intrări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/ 365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zile</w:t>
            </w:r>
            <w:proofErr w:type="spellEnd"/>
          </w:p>
        </w:tc>
        <w:tc>
          <w:tcPr>
            <w:tcW w:w="1464" w:type="dxa"/>
          </w:tcPr>
          <w:p w14:paraId="2628D2FC" w14:textId="77777777" w:rsidR="00172FDA" w:rsidRPr="00172FDA" w:rsidRDefault="00172FDA" w:rsidP="00172F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810,00</w:t>
            </w:r>
          </w:p>
        </w:tc>
        <w:tc>
          <w:tcPr>
            <w:tcW w:w="1064" w:type="dxa"/>
          </w:tcPr>
          <w:p w14:paraId="0732DB1A" w14:textId="77777777" w:rsidR="00172FDA" w:rsidRPr="00172FDA" w:rsidRDefault="00172FDA" w:rsidP="00172F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>900,00</w:t>
            </w:r>
          </w:p>
        </w:tc>
      </w:tr>
      <w:tr w:rsidR="00172FDA" w:rsidRPr="00172FDA" w14:paraId="7CF2D773" w14:textId="77777777" w:rsidTr="00555C73">
        <w:tc>
          <w:tcPr>
            <w:tcW w:w="2547" w:type="dxa"/>
          </w:tcPr>
          <w:p w14:paraId="7E617A88" w14:textId="77777777" w:rsidR="00172FDA" w:rsidRPr="00172FDA" w:rsidRDefault="00172FDA" w:rsidP="00172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2.1.3</w:t>
            </w:r>
          </w:p>
        </w:tc>
        <w:tc>
          <w:tcPr>
            <w:tcW w:w="5556" w:type="dxa"/>
          </w:tcPr>
          <w:p w14:paraId="7CA6B747" w14:textId="77777777" w:rsidR="00172FDA" w:rsidRPr="00172FDA" w:rsidRDefault="00172FDA" w:rsidP="00172F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-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abonament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100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intrări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/ 365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zile</w:t>
            </w:r>
            <w:proofErr w:type="spellEnd"/>
          </w:p>
        </w:tc>
        <w:tc>
          <w:tcPr>
            <w:tcW w:w="1464" w:type="dxa"/>
          </w:tcPr>
          <w:p w14:paraId="22D21302" w14:textId="77777777" w:rsidR="00172FDA" w:rsidRPr="00172FDA" w:rsidRDefault="00172FDA" w:rsidP="00172F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1485,00</w:t>
            </w:r>
          </w:p>
        </w:tc>
        <w:tc>
          <w:tcPr>
            <w:tcW w:w="1064" w:type="dxa"/>
          </w:tcPr>
          <w:p w14:paraId="70300313" w14:textId="77777777" w:rsidR="00172FDA" w:rsidRPr="00172FDA" w:rsidRDefault="00172FDA" w:rsidP="00172F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>1600,00</w:t>
            </w:r>
          </w:p>
        </w:tc>
      </w:tr>
      <w:tr w:rsidR="00172FDA" w:rsidRPr="00172FDA" w14:paraId="5C3EA511" w14:textId="77777777" w:rsidTr="00555C73">
        <w:tc>
          <w:tcPr>
            <w:tcW w:w="2547" w:type="dxa"/>
          </w:tcPr>
          <w:p w14:paraId="0B40582F" w14:textId="77777777" w:rsidR="00172FDA" w:rsidRPr="00172FDA" w:rsidRDefault="00172FDA" w:rsidP="00172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>2.2</w:t>
            </w:r>
          </w:p>
        </w:tc>
        <w:tc>
          <w:tcPr>
            <w:tcW w:w="8084" w:type="dxa"/>
            <w:gridSpan w:val="3"/>
          </w:tcPr>
          <w:p w14:paraId="3E83AADD" w14:textId="77777777" w:rsidR="00172FDA" w:rsidRPr="00172FDA" w:rsidRDefault="00172FDA" w:rsidP="00172F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</w:pPr>
            <w:proofErr w:type="spellStart"/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>Abonamente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>copii</w:t>
            </w:r>
            <w:proofErr w:type="spellEnd"/>
          </w:p>
        </w:tc>
      </w:tr>
      <w:tr w:rsidR="00172FDA" w:rsidRPr="00172FDA" w14:paraId="7D9E5411" w14:textId="77777777" w:rsidTr="00555C73">
        <w:tc>
          <w:tcPr>
            <w:tcW w:w="2547" w:type="dxa"/>
          </w:tcPr>
          <w:p w14:paraId="6A4F73A3" w14:textId="77777777" w:rsidR="00172FDA" w:rsidRPr="00172FDA" w:rsidRDefault="00172FDA" w:rsidP="00172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2.2.1</w:t>
            </w:r>
          </w:p>
        </w:tc>
        <w:tc>
          <w:tcPr>
            <w:tcW w:w="5556" w:type="dxa"/>
          </w:tcPr>
          <w:p w14:paraId="051414BA" w14:textId="77777777" w:rsidR="00172FDA" w:rsidRPr="00172FDA" w:rsidRDefault="00172FDA" w:rsidP="00172F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-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abonament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10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intrări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/30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zile</w:t>
            </w:r>
            <w:proofErr w:type="spellEnd"/>
          </w:p>
        </w:tc>
        <w:tc>
          <w:tcPr>
            <w:tcW w:w="1464" w:type="dxa"/>
          </w:tcPr>
          <w:p w14:paraId="6E6BD53F" w14:textId="77777777" w:rsidR="00172FDA" w:rsidRPr="00172FDA" w:rsidRDefault="00172FDA" w:rsidP="00172F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135,00</w:t>
            </w:r>
          </w:p>
        </w:tc>
        <w:tc>
          <w:tcPr>
            <w:tcW w:w="1064" w:type="dxa"/>
          </w:tcPr>
          <w:p w14:paraId="39E0BC23" w14:textId="77777777" w:rsidR="00172FDA" w:rsidRPr="00172FDA" w:rsidRDefault="00172FDA" w:rsidP="00172F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>150,00</w:t>
            </w:r>
          </w:p>
        </w:tc>
      </w:tr>
      <w:tr w:rsidR="00172FDA" w:rsidRPr="00172FDA" w14:paraId="30183532" w14:textId="77777777" w:rsidTr="00555C73">
        <w:tc>
          <w:tcPr>
            <w:tcW w:w="2547" w:type="dxa"/>
          </w:tcPr>
          <w:p w14:paraId="3E0C09B6" w14:textId="77777777" w:rsidR="00172FDA" w:rsidRPr="00172FDA" w:rsidRDefault="00172FDA" w:rsidP="00172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2.2.2</w:t>
            </w:r>
          </w:p>
        </w:tc>
        <w:tc>
          <w:tcPr>
            <w:tcW w:w="5556" w:type="dxa"/>
          </w:tcPr>
          <w:p w14:paraId="6EDD5691" w14:textId="77777777" w:rsidR="00172FDA" w:rsidRPr="00172FDA" w:rsidRDefault="00172FDA" w:rsidP="00172F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-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abonament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50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intrări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/365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zile</w:t>
            </w:r>
            <w:proofErr w:type="spellEnd"/>
          </w:p>
        </w:tc>
        <w:tc>
          <w:tcPr>
            <w:tcW w:w="1464" w:type="dxa"/>
          </w:tcPr>
          <w:p w14:paraId="3C4EF582" w14:textId="77777777" w:rsidR="00172FDA" w:rsidRPr="00172FDA" w:rsidRDefault="00172FDA" w:rsidP="00172F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625,00</w:t>
            </w:r>
          </w:p>
        </w:tc>
        <w:tc>
          <w:tcPr>
            <w:tcW w:w="1064" w:type="dxa"/>
          </w:tcPr>
          <w:p w14:paraId="3C2D4761" w14:textId="77777777" w:rsidR="00172FDA" w:rsidRPr="00172FDA" w:rsidRDefault="00172FDA" w:rsidP="00172F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>650,00</w:t>
            </w:r>
          </w:p>
        </w:tc>
      </w:tr>
      <w:tr w:rsidR="00172FDA" w:rsidRPr="00172FDA" w14:paraId="692021A1" w14:textId="77777777" w:rsidTr="00555C73">
        <w:tc>
          <w:tcPr>
            <w:tcW w:w="2547" w:type="dxa"/>
          </w:tcPr>
          <w:p w14:paraId="2BBD9AA7" w14:textId="77777777" w:rsidR="00172FDA" w:rsidRPr="00172FDA" w:rsidRDefault="00172FDA" w:rsidP="00172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2.2.3</w:t>
            </w:r>
          </w:p>
        </w:tc>
        <w:tc>
          <w:tcPr>
            <w:tcW w:w="5556" w:type="dxa"/>
          </w:tcPr>
          <w:p w14:paraId="23E2CA31" w14:textId="77777777" w:rsidR="00172FDA" w:rsidRPr="00172FDA" w:rsidRDefault="00172FDA" w:rsidP="00172F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-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abonament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100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intrări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/365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zile</w:t>
            </w:r>
            <w:proofErr w:type="spellEnd"/>
          </w:p>
        </w:tc>
        <w:tc>
          <w:tcPr>
            <w:tcW w:w="1464" w:type="dxa"/>
          </w:tcPr>
          <w:p w14:paraId="4E738541" w14:textId="77777777" w:rsidR="00172FDA" w:rsidRPr="00172FDA" w:rsidRDefault="00172FDA" w:rsidP="00172F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1105,00</w:t>
            </w:r>
          </w:p>
        </w:tc>
        <w:tc>
          <w:tcPr>
            <w:tcW w:w="1064" w:type="dxa"/>
          </w:tcPr>
          <w:p w14:paraId="40CBE515" w14:textId="77777777" w:rsidR="00172FDA" w:rsidRPr="00172FDA" w:rsidRDefault="00172FDA" w:rsidP="00172F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>1150,00</w:t>
            </w:r>
          </w:p>
        </w:tc>
      </w:tr>
      <w:tr w:rsidR="00172FDA" w:rsidRPr="00172FDA" w14:paraId="3E3934A0" w14:textId="77777777" w:rsidTr="00555C73">
        <w:tc>
          <w:tcPr>
            <w:tcW w:w="2547" w:type="dxa"/>
          </w:tcPr>
          <w:p w14:paraId="10B716E0" w14:textId="77777777" w:rsidR="00172FDA" w:rsidRPr="00172FDA" w:rsidRDefault="00172FDA" w:rsidP="00172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>2.3</w:t>
            </w:r>
          </w:p>
        </w:tc>
        <w:tc>
          <w:tcPr>
            <w:tcW w:w="5556" w:type="dxa"/>
          </w:tcPr>
          <w:p w14:paraId="5AF54CBD" w14:textId="77777777" w:rsidR="00172FDA" w:rsidRPr="00172FDA" w:rsidRDefault="00172FDA" w:rsidP="00172F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val="it-IT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it-IT"/>
                <w14:ligatures w14:val="none"/>
              </w:rPr>
              <w:t>Abonamente sportivi/lună/20 de intrări</w:t>
            </w:r>
          </w:p>
        </w:tc>
        <w:tc>
          <w:tcPr>
            <w:tcW w:w="1464" w:type="dxa"/>
          </w:tcPr>
          <w:p w14:paraId="0F8DE5CD" w14:textId="77777777" w:rsidR="00172FDA" w:rsidRPr="00172FDA" w:rsidRDefault="00172FDA" w:rsidP="00172F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150,00</w:t>
            </w:r>
          </w:p>
        </w:tc>
        <w:tc>
          <w:tcPr>
            <w:tcW w:w="1064" w:type="dxa"/>
          </w:tcPr>
          <w:p w14:paraId="51B5959B" w14:textId="77777777" w:rsidR="00172FDA" w:rsidRPr="00172FDA" w:rsidRDefault="00172FDA" w:rsidP="00172F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b/>
                <w:bCs/>
                <w:kern w:val="0"/>
                <w:lang w:val="en-US"/>
                <w14:ligatures w14:val="none"/>
              </w:rPr>
              <w:t>150,00</w:t>
            </w:r>
          </w:p>
        </w:tc>
      </w:tr>
      <w:tr w:rsidR="00172FDA" w:rsidRPr="00172FDA" w14:paraId="46623CD7" w14:textId="77777777" w:rsidTr="00555C73">
        <w:tc>
          <w:tcPr>
            <w:tcW w:w="2547" w:type="dxa"/>
          </w:tcPr>
          <w:p w14:paraId="33A4A562" w14:textId="77777777" w:rsidR="00172FDA" w:rsidRPr="00172FDA" w:rsidRDefault="00172FDA" w:rsidP="00172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>3.</w:t>
            </w:r>
          </w:p>
        </w:tc>
        <w:tc>
          <w:tcPr>
            <w:tcW w:w="5556" w:type="dxa"/>
          </w:tcPr>
          <w:p w14:paraId="4E697079" w14:textId="77777777" w:rsidR="00172FDA" w:rsidRPr="00172FDA" w:rsidRDefault="00172FDA" w:rsidP="00172F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</w:pPr>
            <w:proofErr w:type="spellStart"/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>Chirie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>culoar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>/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>oră</w:t>
            </w:r>
            <w:proofErr w:type="spellEnd"/>
          </w:p>
        </w:tc>
        <w:tc>
          <w:tcPr>
            <w:tcW w:w="1464" w:type="dxa"/>
          </w:tcPr>
          <w:p w14:paraId="3E0CC3EC" w14:textId="77777777" w:rsidR="00172FDA" w:rsidRPr="00172FDA" w:rsidRDefault="00172FDA" w:rsidP="00172F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165,00</w:t>
            </w:r>
          </w:p>
        </w:tc>
        <w:tc>
          <w:tcPr>
            <w:tcW w:w="1064" w:type="dxa"/>
          </w:tcPr>
          <w:p w14:paraId="0AC51924" w14:textId="77777777" w:rsidR="00172FDA" w:rsidRPr="00172FDA" w:rsidRDefault="00172FDA" w:rsidP="00172F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b/>
                <w:bCs/>
                <w:kern w:val="0"/>
                <w:lang w:val="en-US"/>
                <w14:ligatures w14:val="none"/>
              </w:rPr>
              <w:t>165,00</w:t>
            </w:r>
          </w:p>
        </w:tc>
      </w:tr>
      <w:tr w:rsidR="00172FDA" w:rsidRPr="00172FDA" w14:paraId="55B5BA61" w14:textId="77777777" w:rsidTr="00555C73">
        <w:tc>
          <w:tcPr>
            <w:tcW w:w="2547" w:type="dxa"/>
          </w:tcPr>
          <w:p w14:paraId="41C4D7E0" w14:textId="77777777" w:rsidR="00172FDA" w:rsidRPr="00172FDA" w:rsidRDefault="00172FDA" w:rsidP="00172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>4.</w:t>
            </w:r>
          </w:p>
        </w:tc>
        <w:tc>
          <w:tcPr>
            <w:tcW w:w="5556" w:type="dxa"/>
          </w:tcPr>
          <w:p w14:paraId="379A8910" w14:textId="77777777" w:rsidR="00172FDA" w:rsidRPr="00172FDA" w:rsidRDefault="00172FDA" w:rsidP="00172F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</w:pPr>
            <w:proofErr w:type="spellStart"/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>Chirie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>bazin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>pentru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>competiții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 xml:space="preserve"> private/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>oră</w:t>
            </w:r>
            <w:proofErr w:type="spellEnd"/>
          </w:p>
        </w:tc>
        <w:tc>
          <w:tcPr>
            <w:tcW w:w="1464" w:type="dxa"/>
          </w:tcPr>
          <w:p w14:paraId="3E88F8BD" w14:textId="77777777" w:rsidR="00172FDA" w:rsidRPr="00172FDA" w:rsidRDefault="00172FDA" w:rsidP="00172F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330,00</w:t>
            </w:r>
          </w:p>
        </w:tc>
        <w:tc>
          <w:tcPr>
            <w:tcW w:w="1064" w:type="dxa"/>
          </w:tcPr>
          <w:p w14:paraId="27BB40E8" w14:textId="77777777" w:rsidR="00172FDA" w:rsidRPr="00172FDA" w:rsidRDefault="00172FDA" w:rsidP="00172F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b/>
                <w:bCs/>
                <w:kern w:val="0"/>
                <w:lang w:val="en-US"/>
                <w14:ligatures w14:val="none"/>
              </w:rPr>
              <w:t>330,00</w:t>
            </w:r>
          </w:p>
        </w:tc>
      </w:tr>
      <w:tr w:rsidR="00172FDA" w:rsidRPr="00172FDA" w14:paraId="3760B17B" w14:textId="77777777" w:rsidTr="00555C73">
        <w:tc>
          <w:tcPr>
            <w:tcW w:w="2547" w:type="dxa"/>
          </w:tcPr>
          <w:p w14:paraId="37BBFA9F" w14:textId="77777777" w:rsidR="00172FDA" w:rsidRPr="00172FDA" w:rsidRDefault="00172FDA" w:rsidP="00172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>5.</w:t>
            </w:r>
          </w:p>
        </w:tc>
        <w:tc>
          <w:tcPr>
            <w:tcW w:w="5556" w:type="dxa"/>
          </w:tcPr>
          <w:p w14:paraId="418A885E" w14:textId="77777777" w:rsidR="00172FDA" w:rsidRPr="00172FDA" w:rsidRDefault="00172FDA" w:rsidP="00172F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 xml:space="preserve">Tarif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>cască</w:t>
            </w:r>
            <w:proofErr w:type="spellEnd"/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 xml:space="preserve"> de </w:t>
            </w:r>
            <w:proofErr w:type="spellStart"/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>baie</w:t>
            </w:r>
            <w:proofErr w:type="spellEnd"/>
          </w:p>
        </w:tc>
        <w:tc>
          <w:tcPr>
            <w:tcW w:w="1464" w:type="dxa"/>
          </w:tcPr>
          <w:p w14:paraId="7A9E597C" w14:textId="77777777" w:rsidR="00172FDA" w:rsidRPr="00172FDA" w:rsidRDefault="00172FDA" w:rsidP="00172F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5,00</w:t>
            </w:r>
          </w:p>
        </w:tc>
        <w:tc>
          <w:tcPr>
            <w:tcW w:w="1064" w:type="dxa"/>
          </w:tcPr>
          <w:p w14:paraId="27DBD3FF" w14:textId="77777777" w:rsidR="00172FDA" w:rsidRPr="00172FDA" w:rsidRDefault="00172FDA" w:rsidP="00172F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>5,00</w:t>
            </w:r>
          </w:p>
        </w:tc>
      </w:tr>
      <w:tr w:rsidR="00172FDA" w:rsidRPr="00172FDA" w14:paraId="379A806F" w14:textId="77777777" w:rsidTr="00555C73">
        <w:tc>
          <w:tcPr>
            <w:tcW w:w="2547" w:type="dxa"/>
          </w:tcPr>
          <w:p w14:paraId="13859F57" w14:textId="77777777" w:rsidR="00172FDA" w:rsidRPr="00172FDA" w:rsidRDefault="00172FDA" w:rsidP="00172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>6.</w:t>
            </w:r>
          </w:p>
        </w:tc>
        <w:tc>
          <w:tcPr>
            <w:tcW w:w="5556" w:type="dxa"/>
          </w:tcPr>
          <w:p w14:paraId="083E966A" w14:textId="77777777" w:rsidR="00172FDA" w:rsidRPr="00172FDA" w:rsidRDefault="00172FDA" w:rsidP="00172F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val="it-IT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it-IT"/>
                <w14:ligatures w14:val="none"/>
              </w:rPr>
              <w:t xml:space="preserve"> Garanţia pentru toate tipurile de abonamente este de 15 lei/card, care va fi restituită la predarea abonamentelor în starea iniţială. În cazul pierderii sau distrugerii a brățării și / sau a cardului de acces, la iesire se achită valoarea de 15 lei/card și/sau brățară.</w:t>
            </w:r>
          </w:p>
        </w:tc>
        <w:tc>
          <w:tcPr>
            <w:tcW w:w="1464" w:type="dxa"/>
          </w:tcPr>
          <w:p w14:paraId="641D10C2" w14:textId="77777777" w:rsidR="00172FDA" w:rsidRPr="00172FDA" w:rsidRDefault="00172FDA" w:rsidP="00172F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15,00</w:t>
            </w:r>
          </w:p>
        </w:tc>
        <w:tc>
          <w:tcPr>
            <w:tcW w:w="1064" w:type="dxa"/>
          </w:tcPr>
          <w:p w14:paraId="4A18E1C8" w14:textId="77777777" w:rsidR="00172FDA" w:rsidRPr="00172FDA" w:rsidRDefault="00172FDA" w:rsidP="00172F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</w:pPr>
            <w:r w:rsidRPr="00172FDA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>15,00</w:t>
            </w:r>
          </w:p>
        </w:tc>
      </w:tr>
    </w:tbl>
    <w:p w14:paraId="3D3E06CE" w14:textId="77777777" w:rsidR="00172FDA" w:rsidRPr="00172FDA" w:rsidRDefault="00172FDA" w:rsidP="00172FDA">
      <w:pPr>
        <w:spacing w:after="0" w:line="240" w:lineRule="auto"/>
        <w:jc w:val="both"/>
        <w:rPr>
          <w:rFonts w:ascii="Times New Roman" w:eastAsia="MS Mincho" w:hAnsi="Times New Roman" w:cs="Times New Roman"/>
          <w:kern w:val="0"/>
          <w:lang w:val="en-US"/>
          <w14:ligatures w14:val="none"/>
        </w:rPr>
      </w:pPr>
      <w:r w:rsidRPr="00172FDA">
        <w:rPr>
          <w:rFonts w:ascii="Times New Roman" w:eastAsia="MS Mincho" w:hAnsi="Times New Roman" w:cs="Times New Roman"/>
          <w:kern w:val="0"/>
          <w:lang w:val="en-US"/>
          <w14:ligatures w14:val="none"/>
        </w:rPr>
        <w:t xml:space="preserve">  </w:t>
      </w:r>
    </w:p>
    <w:p w14:paraId="0F97D692" w14:textId="77777777" w:rsidR="00172FDA" w:rsidRPr="00172FDA" w:rsidRDefault="00172FDA" w:rsidP="00BD5BB3">
      <w:pPr>
        <w:spacing w:after="0" w:line="240" w:lineRule="auto"/>
        <w:ind w:left="851" w:right="701"/>
        <w:jc w:val="both"/>
        <w:rPr>
          <w:rFonts w:ascii="Times New Roman" w:eastAsia="MS Mincho" w:hAnsi="Times New Roman" w:cs="Times New Roman"/>
          <w:kern w:val="0"/>
          <w:lang w:val="en-US"/>
          <w14:ligatures w14:val="none"/>
        </w:rPr>
      </w:pPr>
      <w:r w:rsidRPr="00172FDA">
        <w:rPr>
          <w:rFonts w:ascii="Times New Roman" w:eastAsia="MS Mincho" w:hAnsi="Times New Roman" w:cs="Times New Roman"/>
          <w:kern w:val="0"/>
          <w:lang w:val="en-US"/>
          <w14:ligatures w14:val="none"/>
        </w:rPr>
        <w:lastRenderedPageBreak/>
        <w:t xml:space="preserve">NOTĂ: </w:t>
      </w:r>
    </w:p>
    <w:p w14:paraId="4F0F4853" w14:textId="77777777" w:rsidR="00172FDA" w:rsidRPr="00172FDA" w:rsidRDefault="00172FDA" w:rsidP="00BD5BB3">
      <w:pPr>
        <w:spacing w:after="0" w:line="240" w:lineRule="auto"/>
        <w:ind w:left="851" w:right="701"/>
        <w:jc w:val="both"/>
        <w:rPr>
          <w:rFonts w:ascii="Times New Roman" w:eastAsia="MS Mincho" w:hAnsi="Times New Roman" w:cs="Times New Roman"/>
          <w:kern w:val="0"/>
          <w:lang w:val="en-US"/>
          <w14:ligatures w14:val="none"/>
        </w:rPr>
      </w:pPr>
      <w:r w:rsidRPr="00172FDA">
        <w:rPr>
          <w:rFonts w:ascii="Times New Roman" w:eastAsia="MS Mincho" w:hAnsi="Times New Roman" w:cs="Times New Roman"/>
          <w:kern w:val="0"/>
          <w:lang w:val="en-US"/>
          <w14:ligatures w14:val="none"/>
        </w:rPr>
        <w:t xml:space="preserve">- </w:t>
      </w:r>
      <w:proofErr w:type="spellStart"/>
      <w:r w:rsidRPr="00172FDA">
        <w:rPr>
          <w:rFonts w:ascii="Times New Roman" w:eastAsia="MS Mincho" w:hAnsi="Times New Roman" w:cs="Times New Roman"/>
          <w:kern w:val="0"/>
          <w:lang w:val="en-US"/>
          <w14:ligatures w14:val="none"/>
        </w:rPr>
        <w:t>Abonamentele</w:t>
      </w:r>
      <w:proofErr w:type="spellEnd"/>
      <w:r w:rsidRPr="00172FDA">
        <w:rPr>
          <w:rFonts w:ascii="Times New Roman" w:eastAsia="MS Mincho" w:hAnsi="Times New Roman" w:cs="Times New Roman"/>
          <w:kern w:val="0"/>
          <w:lang w:val="en-US"/>
          <w14:ligatures w14:val="none"/>
        </w:rPr>
        <w:t xml:space="preserve"> sunt </w:t>
      </w:r>
      <w:proofErr w:type="spellStart"/>
      <w:r w:rsidRPr="00172FDA">
        <w:rPr>
          <w:rFonts w:ascii="Times New Roman" w:eastAsia="MS Mincho" w:hAnsi="Times New Roman" w:cs="Times New Roman"/>
          <w:kern w:val="0"/>
          <w:lang w:val="en-US"/>
          <w14:ligatures w14:val="none"/>
        </w:rPr>
        <w:t>nominale</w:t>
      </w:r>
      <w:proofErr w:type="spellEnd"/>
      <w:r w:rsidRPr="00172FDA">
        <w:rPr>
          <w:rFonts w:ascii="Times New Roman" w:eastAsia="MS Mincho" w:hAnsi="Times New Roman" w:cs="Times New Roman"/>
          <w:kern w:val="0"/>
          <w:lang w:val="en-US"/>
          <w14:ligatures w14:val="none"/>
        </w:rPr>
        <w:t xml:space="preserve">, </w:t>
      </w:r>
      <w:proofErr w:type="spellStart"/>
      <w:r w:rsidRPr="00172FDA">
        <w:rPr>
          <w:rFonts w:ascii="Times New Roman" w:eastAsia="MS Mincho" w:hAnsi="Times New Roman" w:cs="Times New Roman"/>
          <w:kern w:val="0"/>
          <w:lang w:val="en-US"/>
          <w14:ligatures w14:val="none"/>
        </w:rPr>
        <w:t>pentru</w:t>
      </w:r>
      <w:proofErr w:type="spellEnd"/>
      <w:r w:rsidRPr="00172FDA">
        <w:rPr>
          <w:rFonts w:ascii="Times New Roman" w:eastAsia="MS Mincho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172FDA">
        <w:rPr>
          <w:rFonts w:ascii="Times New Roman" w:eastAsia="MS Mincho" w:hAnsi="Times New Roman" w:cs="Times New Roman"/>
          <w:kern w:val="0"/>
          <w:lang w:val="en-US"/>
          <w14:ligatures w14:val="none"/>
        </w:rPr>
        <w:t>achiziția</w:t>
      </w:r>
      <w:proofErr w:type="spellEnd"/>
      <w:r w:rsidRPr="00172FDA">
        <w:rPr>
          <w:rFonts w:ascii="Times New Roman" w:eastAsia="MS Mincho" w:hAnsi="Times New Roman" w:cs="Times New Roman"/>
          <w:kern w:val="0"/>
          <w:lang w:val="en-US"/>
          <w14:ligatures w14:val="none"/>
        </w:rPr>
        <w:t xml:space="preserve"> lor </w:t>
      </w:r>
      <w:proofErr w:type="spellStart"/>
      <w:r w:rsidRPr="00172FDA">
        <w:rPr>
          <w:rFonts w:ascii="Times New Roman" w:eastAsia="MS Mincho" w:hAnsi="Times New Roman" w:cs="Times New Roman"/>
          <w:kern w:val="0"/>
          <w:lang w:val="en-US"/>
          <w14:ligatures w14:val="none"/>
        </w:rPr>
        <w:t>este</w:t>
      </w:r>
      <w:proofErr w:type="spellEnd"/>
      <w:r w:rsidRPr="00172FDA">
        <w:rPr>
          <w:rFonts w:ascii="Times New Roman" w:eastAsia="MS Mincho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172FDA">
        <w:rPr>
          <w:rFonts w:ascii="Times New Roman" w:eastAsia="MS Mincho" w:hAnsi="Times New Roman" w:cs="Times New Roman"/>
          <w:kern w:val="0"/>
          <w:lang w:val="en-US"/>
          <w14:ligatures w14:val="none"/>
        </w:rPr>
        <w:t>nevoie</w:t>
      </w:r>
      <w:proofErr w:type="spellEnd"/>
      <w:r w:rsidRPr="00172FDA">
        <w:rPr>
          <w:rFonts w:ascii="Times New Roman" w:eastAsia="MS Mincho" w:hAnsi="Times New Roman" w:cs="Times New Roman"/>
          <w:kern w:val="0"/>
          <w:lang w:val="en-US"/>
          <w14:ligatures w14:val="none"/>
        </w:rPr>
        <w:t xml:space="preserve"> de </w:t>
      </w:r>
      <w:proofErr w:type="spellStart"/>
      <w:r w:rsidRPr="00172FDA">
        <w:rPr>
          <w:rFonts w:ascii="Times New Roman" w:eastAsia="MS Mincho" w:hAnsi="Times New Roman" w:cs="Times New Roman"/>
          <w:kern w:val="0"/>
          <w:lang w:val="en-US"/>
          <w14:ligatures w14:val="none"/>
        </w:rPr>
        <w:t>prezentarea</w:t>
      </w:r>
      <w:proofErr w:type="spellEnd"/>
      <w:r w:rsidRPr="00172FDA">
        <w:rPr>
          <w:rFonts w:ascii="Times New Roman" w:eastAsia="MS Mincho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172FDA">
        <w:rPr>
          <w:rFonts w:ascii="Times New Roman" w:eastAsia="MS Mincho" w:hAnsi="Times New Roman" w:cs="Times New Roman"/>
          <w:kern w:val="0"/>
          <w:lang w:val="en-US"/>
          <w14:ligatures w14:val="none"/>
        </w:rPr>
        <w:t>cărții</w:t>
      </w:r>
      <w:proofErr w:type="spellEnd"/>
      <w:r w:rsidRPr="00172FDA">
        <w:rPr>
          <w:rFonts w:ascii="Times New Roman" w:eastAsia="MS Mincho" w:hAnsi="Times New Roman" w:cs="Times New Roman"/>
          <w:kern w:val="0"/>
          <w:lang w:val="en-US"/>
          <w14:ligatures w14:val="none"/>
        </w:rPr>
        <w:t xml:space="preserve"> de </w:t>
      </w:r>
      <w:proofErr w:type="spellStart"/>
      <w:r w:rsidRPr="00172FDA">
        <w:rPr>
          <w:rFonts w:ascii="Times New Roman" w:eastAsia="MS Mincho" w:hAnsi="Times New Roman" w:cs="Times New Roman"/>
          <w:kern w:val="0"/>
          <w:lang w:val="en-US"/>
          <w14:ligatures w14:val="none"/>
        </w:rPr>
        <w:t>identitate</w:t>
      </w:r>
      <w:proofErr w:type="spellEnd"/>
      <w:r w:rsidRPr="00172FDA">
        <w:rPr>
          <w:rFonts w:ascii="Times New Roman" w:eastAsia="MS Mincho" w:hAnsi="Times New Roman" w:cs="Times New Roman"/>
          <w:kern w:val="0"/>
          <w:lang w:val="en-US"/>
          <w14:ligatures w14:val="none"/>
        </w:rPr>
        <w:t xml:space="preserve">/a </w:t>
      </w:r>
      <w:proofErr w:type="spellStart"/>
      <w:r w:rsidRPr="00172FDA">
        <w:rPr>
          <w:rFonts w:ascii="Times New Roman" w:eastAsia="MS Mincho" w:hAnsi="Times New Roman" w:cs="Times New Roman"/>
          <w:kern w:val="0"/>
          <w:lang w:val="en-US"/>
          <w14:ligatures w14:val="none"/>
        </w:rPr>
        <w:t>certificatului</w:t>
      </w:r>
      <w:proofErr w:type="spellEnd"/>
      <w:r w:rsidRPr="00172FDA">
        <w:rPr>
          <w:rFonts w:ascii="Times New Roman" w:eastAsia="MS Mincho" w:hAnsi="Times New Roman" w:cs="Times New Roman"/>
          <w:kern w:val="0"/>
          <w:lang w:val="en-US"/>
          <w14:ligatures w14:val="none"/>
        </w:rPr>
        <w:t xml:space="preserve"> de </w:t>
      </w:r>
      <w:proofErr w:type="spellStart"/>
      <w:r w:rsidRPr="00172FDA">
        <w:rPr>
          <w:rFonts w:ascii="Times New Roman" w:eastAsia="MS Mincho" w:hAnsi="Times New Roman" w:cs="Times New Roman"/>
          <w:kern w:val="0"/>
          <w:lang w:val="en-US"/>
          <w14:ligatures w14:val="none"/>
        </w:rPr>
        <w:t>naștere</w:t>
      </w:r>
      <w:proofErr w:type="spellEnd"/>
      <w:r w:rsidRPr="00172FDA">
        <w:rPr>
          <w:rFonts w:ascii="Times New Roman" w:eastAsia="MS Mincho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172FDA">
        <w:rPr>
          <w:rFonts w:ascii="Times New Roman" w:eastAsia="MS Mincho" w:hAnsi="Times New Roman" w:cs="Times New Roman"/>
          <w:kern w:val="0"/>
          <w:lang w:val="en-US"/>
          <w14:ligatures w14:val="none"/>
        </w:rPr>
        <w:t>sau</w:t>
      </w:r>
      <w:proofErr w:type="spellEnd"/>
      <w:r w:rsidRPr="00172FDA">
        <w:rPr>
          <w:rFonts w:ascii="Times New Roman" w:eastAsia="MS Mincho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172FDA">
        <w:rPr>
          <w:rFonts w:ascii="Times New Roman" w:eastAsia="MS Mincho" w:hAnsi="Times New Roman" w:cs="Times New Roman"/>
          <w:kern w:val="0"/>
          <w:lang w:val="en-US"/>
          <w14:ligatures w14:val="none"/>
        </w:rPr>
        <w:t>pașaport</w:t>
      </w:r>
      <w:proofErr w:type="spellEnd"/>
      <w:r w:rsidRPr="00172FDA">
        <w:rPr>
          <w:rFonts w:ascii="Times New Roman" w:eastAsia="MS Mincho" w:hAnsi="Times New Roman" w:cs="Times New Roman"/>
          <w:kern w:val="0"/>
          <w:lang w:val="en-US"/>
          <w14:ligatures w14:val="none"/>
        </w:rPr>
        <w:t>.</w:t>
      </w:r>
    </w:p>
    <w:p w14:paraId="18567537" w14:textId="77777777" w:rsidR="00172FDA" w:rsidRPr="00172FDA" w:rsidRDefault="00172FDA" w:rsidP="00BD5BB3">
      <w:pPr>
        <w:spacing w:after="0" w:line="240" w:lineRule="auto"/>
        <w:ind w:left="851" w:right="701"/>
        <w:jc w:val="both"/>
        <w:rPr>
          <w:rFonts w:ascii="Times New Roman" w:eastAsia="MS Mincho" w:hAnsi="Times New Roman" w:cs="Times New Roman"/>
          <w:kern w:val="0"/>
          <w:lang w:val="en-US"/>
          <w14:ligatures w14:val="none"/>
        </w:rPr>
      </w:pPr>
      <w:r w:rsidRPr="00172FDA">
        <w:rPr>
          <w:rFonts w:ascii="Times New Roman" w:eastAsia="MS Mincho" w:hAnsi="Times New Roman" w:cs="Times New Roman"/>
          <w:kern w:val="0"/>
          <w:lang w:val="en-US"/>
          <w14:ligatures w14:val="none"/>
        </w:rPr>
        <w:t xml:space="preserve">- Conform HCLM nr. 182/27.05.2021 </w:t>
      </w:r>
      <w:proofErr w:type="spellStart"/>
      <w:r w:rsidRPr="00172FDA">
        <w:rPr>
          <w:rFonts w:ascii="Times New Roman" w:eastAsia="MS Mincho" w:hAnsi="Times New Roman" w:cs="Times New Roman"/>
          <w:kern w:val="0"/>
          <w:lang w:val="en-US"/>
          <w14:ligatures w14:val="none"/>
        </w:rPr>
        <w:t>beneficiarii</w:t>
      </w:r>
      <w:proofErr w:type="spellEnd"/>
      <w:r w:rsidRPr="00172FDA">
        <w:rPr>
          <w:rFonts w:ascii="Times New Roman" w:eastAsia="MS Mincho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172FDA">
        <w:rPr>
          <w:rFonts w:ascii="Times New Roman" w:eastAsia="MS Mincho" w:hAnsi="Times New Roman" w:cs="Times New Roman"/>
          <w:kern w:val="0"/>
          <w:lang w:val="en-US"/>
          <w14:ligatures w14:val="none"/>
        </w:rPr>
        <w:t>Programului</w:t>
      </w:r>
      <w:proofErr w:type="spellEnd"/>
      <w:r w:rsidRPr="00172FDA">
        <w:rPr>
          <w:rFonts w:ascii="Times New Roman" w:eastAsia="MS Mincho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172FDA">
        <w:rPr>
          <w:rFonts w:ascii="Times New Roman" w:eastAsia="MS Mincho" w:hAnsi="Times New Roman" w:cs="Times New Roman"/>
          <w:kern w:val="0"/>
          <w:lang w:val="en-US"/>
          <w14:ligatures w14:val="none"/>
        </w:rPr>
        <w:t>pentru</w:t>
      </w:r>
      <w:proofErr w:type="spellEnd"/>
      <w:r w:rsidRPr="00172FDA">
        <w:rPr>
          <w:rFonts w:ascii="Times New Roman" w:eastAsia="MS Mincho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172FDA">
        <w:rPr>
          <w:rFonts w:ascii="Times New Roman" w:eastAsia="MS Mincho" w:hAnsi="Times New Roman" w:cs="Times New Roman"/>
          <w:kern w:val="0"/>
          <w:lang w:val="en-US"/>
          <w14:ligatures w14:val="none"/>
        </w:rPr>
        <w:t>susținerea</w:t>
      </w:r>
      <w:proofErr w:type="spellEnd"/>
      <w:r w:rsidRPr="00172FDA">
        <w:rPr>
          <w:rFonts w:ascii="Times New Roman" w:eastAsia="MS Mincho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172FDA">
        <w:rPr>
          <w:rFonts w:ascii="Times New Roman" w:eastAsia="MS Mincho" w:hAnsi="Times New Roman" w:cs="Times New Roman"/>
          <w:kern w:val="0"/>
          <w:lang w:val="en-US"/>
          <w14:ligatures w14:val="none"/>
        </w:rPr>
        <w:t>familiilor</w:t>
      </w:r>
      <w:proofErr w:type="spellEnd"/>
      <w:r w:rsidRPr="00172FDA">
        <w:rPr>
          <w:rFonts w:ascii="Times New Roman" w:eastAsia="MS Mincho" w:hAnsi="Times New Roman" w:cs="Times New Roman"/>
          <w:kern w:val="0"/>
          <w:lang w:val="en-US"/>
          <w14:ligatures w14:val="none"/>
        </w:rPr>
        <w:t xml:space="preserve"> cu minim </w:t>
      </w:r>
      <w:proofErr w:type="spellStart"/>
      <w:r w:rsidRPr="00172FDA">
        <w:rPr>
          <w:rFonts w:ascii="Times New Roman" w:eastAsia="MS Mincho" w:hAnsi="Times New Roman" w:cs="Times New Roman"/>
          <w:kern w:val="0"/>
          <w:lang w:val="en-US"/>
          <w14:ligatures w14:val="none"/>
        </w:rPr>
        <w:t>trei</w:t>
      </w:r>
      <w:proofErr w:type="spellEnd"/>
      <w:r w:rsidRPr="00172FDA">
        <w:rPr>
          <w:rFonts w:ascii="Times New Roman" w:eastAsia="MS Mincho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172FDA">
        <w:rPr>
          <w:rFonts w:ascii="Times New Roman" w:eastAsia="MS Mincho" w:hAnsi="Times New Roman" w:cs="Times New Roman"/>
          <w:kern w:val="0"/>
          <w:lang w:val="en-US"/>
          <w14:ligatures w14:val="none"/>
        </w:rPr>
        <w:t>copii</w:t>
      </w:r>
      <w:proofErr w:type="spellEnd"/>
      <w:r w:rsidRPr="00172FDA">
        <w:rPr>
          <w:rFonts w:ascii="Times New Roman" w:eastAsia="MS Mincho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172FDA">
        <w:rPr>
          <w:rFonts w:ascii="Times New Roman" w:eastAsia="MS Mincho" w:hAnsi="Times New Roman" w:cs="Times New Roman"/>
          <w:kern w:val="0"/>
          <w:lang w:val="en-US"/>
          <w14:ligatures w14:val="none"/>
        </w:rPr>
        <w:t>beneficiază</w:t>
      </w:r>
      <w:proofErr w:type="spellEnd"/>
      <w:r w:rsidRPr="00172FDA">
        <w:rPr>
          <w:rFonts w:ascii="Times New Roman" w:eastAsia="MS Mincho" w:hAnsi="Times New Roman" w:cs="Times New Roman"/>
          <w:kern w:val="0"/>
          <w:lang w:val="en-US"/>
          <w14:ligatures w14:val="none"/>
        </w:rPr>
        <w:t xml:space="preserve"> de 50% </w:t>
      </w:r>
      <w:proofErr w:type="spellStart"/>
      <w:r w:rsidRPr="00172FDA">
        <w:rPr>
          <w:rFonts w:ascii="Times New Roman" w:eastAsia="MS Mincho" w:hAnsi="Times New Roman" w:cs="Times New Roman"/>
          <w:kern w:val="0"/>
          <w:lang w:val="en-US"/>
          <w14:ligatures w14:val="none"/>
        </w:rPr>
        <w:t>reducere</w:t>
      </w:r>
      <w:proofErr w:type="spellEnd"/>
      <w:r w:rsidRPr="00172FDA">
        <w:rPr>
          <w:rFonts w:ascii="Times New Roman" w:eastAsia="MS Mincho" w:hAnsi="Times New Roman" w:cs="Times New Roman"/>
          <w:kern w:val="0"/>
          <w:lang w:val="en-US"/>
          <w14:ligatures w14:val="none"/>
        </w:rPr>
        <w:t xml:space="preserve"> la </w:t>
      </w:r>
      <w:proofErr w:type="spellStart"/>
      <w:r w:rsidRPr="00172FDA">
        <w:rPr>
          <w:rFonts w:ascii="Times New Roman" w:eastAsia="MS Mincho" w:hAnsi="Times New Roman" w:cs="Times New Roman"/>
          <w:kern w:val="0"/>
          <w:lang w:val="en-US"/>
          <w14:ligatures w14:val="none"/>
        </w:rPr>
        <w:t>abonamente</w:t>
      </w:r>
      <w:proofErr w:type="spellEnd"/>
      <w:r w:rsidRPr="00172FDA">
        <w:rPr>
          <w:rFonts w:ascii="Times New Roman" w:eastAsia="MS Mincho" w:hAnsi="Times New Roman" w:cs="Times New Roman"/>
          <w:kern w:val="0"/>
          <w:lang w:val="en-US"/>
          <w14:ligatures w14:val="none"/>
        </w:rPr>
        <w:t xml:space="preserve"> şi </w:t>
      </w:r>
      <w:proofErr w:type="spellStart"/>
      <w:r w:rsidRPr="00172FDA">
        <w:rPr>
          <w:rFonts w:ascii="Times New Roman" w:eastAsia="MS Mincho" w:hAnsi="Times New Roman" w:cs="Times New Roman"/>
          <w:kern w:val="0"/>
          <w:lang w:val="en-US"/>
          <w14:ligatures w14:val="none"/>
        </w:rPr>
        <w:t>bilete</w:t>
      </w:r>
      <w:proofErr w:type="spellEnd"/>
      <w:r w:rsidRPr="00172FDA">
        <w:rPr>
          <w:rFonts w:ascii="Times New Roman" w:eastAsia="MS Mincho" w:hAnsi="Times New Roman" w:cs="Times New Roman"/>
          <w:kern w:val="0"/>
          <w:lang w:val="en-US"/>
          <w14:ligatures w14:val="none"/>
        </w:rPr>
        <w:t xml:space="preserve"> de </w:t>
      </w:r>
      <w:proofErr w:type="spellStart"/>
      <w:r w:rsidRPr="00172FDA">
        <w:rPr>
          <w:rFonts w:ascii="Times New Roman" w:eastAsia="MS Mincho" w:hAnsi="Times New Roman" w:cs="Times New Roman"/>
          <w:kern w:val="0"/>
          <w:lang w:val="en-US"/>
          <w14:ligatures w14:val="none"/>
        </w:rPr>
        <w:t>acces</w:t>
      </w:r>
      <w:proofErr w:type="spellEnd"/>
      <w:r w:rsidRPr="00172FDA">
        <w:rPr>
          <w:rFonts w:ascii="Times New Roman" w:eastAsia="MS Mincho" w:hAnsi="Times New Roman" w:cs="Times New Roman"/>
          <w:kern w:val="0"/>
          <w:lang w:val="en-US"/>
          <w14:ligatures w14:val="none"/>
        </w:rPr>
        <w:t xml:space="preserve">, pe </w:t>
      </w:r>
      <w:proofErr w:type="spellStart"/>
      <w:r w:rsidRPr="00172FDA">
        <w:rPr>
          <w:rFonts w:ascii="Times New Roman" w:eastAsia="MS Mincho" w:hAnsi="Times New Roman" w:cs="Times New Roman"/>
          <w:kern w:val="0"/>
          <w:lang w:val="en-US"/>
          <w14:ligatures w14:val="none"/>
        </w:rPr>
        <w:t>baza</w:t>
      </w:r>
      <w:proofErr w:type="spellEnd"/>
      <w:r w:rsidRPr="00172FDA">
        <w:rPr>
          <w:rFonts w:ascii="Times New Roman" w:eastAsia="MS Mincho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172FDA">
        <w:rPr>
          <w:rFonts w:ascii="Times New Roman" w:eastAsia="MS Mincho" w:hAnsi="Times New Roman" w:cs="Times New Roman"/>
          <w:kern w:val="0"/>
          <w:lang w:val="en-US"/>
          <w14:ligatures w14:val="none"/>
        </w:rPr>
        <w:t>cardurilor-legitimație</w:t>
      </w:r>
      <w:proofErr w:type="spellEnd"/>
      <w:r w:rsidRPr="00172FDA">
        <w:rPr>
          <w:rFonts w:ascii="Times New Roman" w:eastAsia="MS Mincho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172FDA">
        <w:rPr>
          <w:rFonts w:ascii="Times New Roman" w:eastAsia="MS Mincho" w:hAnsi="Times New Roman" w:cs="Times New Roman"/>
          <w:kern w:val="0"/>
          <w:lang w:val="en-US"/>
          <w14:ligatures w14:val="none"/>
        </w:rPr>
        <w:t>emise</w:t>
      </w:r>
      <w:proofErr w:type="spellEnd"/>
      <w:r w:rsidRPr="00172FDA">
        <w:rPr>
          <w:rFonts w:ascii="Times New Roman" w:eastAsia="MS Mincho" w:hAnsi="Times New Roman" w:cs="Times New Roman"/>
          <w:kern w:val="0"/>
          <w:lang w:val="en-US"/>
          <w14:ligatures w14:val="none"/>
        </w:rPr>
        <w:t xml:space="preserve"> de </w:t>
      </w:r>
      <w:proofErr w:type="spellStart"/>
      <w:r w:rsidRPr="00172FDA">
        <w:rPr>
          <w:rFonts w:ascii="Times New Roman" w:eastAsia="MS Mincho" w:hAnsi="Times New Roman" w:cs="Times New Roman"/>
          <w:kern w:val="0"/>
          <w:lang w:val="en-US"/>
          <w14:ligatures w14:val="none"/>
        </w:rPr>
        <w:t>Primăria</w:t>
      </w:r>
      <w:proofErr w:type="spellEnd"/>
      <w:r w:rsidRPr="00172FDA">
        <w:rPr>
          <w:rFonts w:ascii="Times New Roman" w:eastAsia="MS Mincho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172FDA">
        <w:rPr>
          <w:rFonts w:ascii="Times New Roman" w:eastAsia="MS Mincho" w:hAnsi="Times New Roman" w:cs="Times New Roman"/>
          <w:kern w:val="0"/>
          <w:lang w:val="en-US"/>
          <w14:ligatures w14:val="none"/>
        </w:rPr>
        <w:t>Municipiului</w:t>
      </w:r>
      <w:proofErr w:type="spellEnd"/>
      <w:r w:rsidRPr="00172FDA">
        <w:rPr>
          <w:rFonts w:ascii="Times New Roman" w:eastAsia="MS Mincho" w:hAnsi="Times New Roman" w:cs="Times New Roman"/>
          <w:kern w:val="0"/>
          <w:lang w:val="en-US"/>
          <w14:ligatures w14:val="none"/>
        </w:rPr>
        <w:t xml:space="preserve"> Târgu Mureș.</w:t>
      </w:r>
    </w:p>
    <w:p w14:paraId="47DB8962" w14:textId="77777777" w:rsidR="00172FDA" w:rsidRPr="00172FDA" w:rsidRDefault="00172FDA" w:rsidP="00BD5BB3">
      <w:pPr>
        <w:spacing w:after="0" w:line="240" w:lineRule="auto"/>
        <w:ind w:left="851" w:right="701"/>
        <w:jc w:val="both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r w:rsidRPr="00172FDA">
        <w:rPr>
          <w:rFonts w:ascii="Times New Roman" w:eastAsia="MS Mincho" w:hAnsi="Times New Roman" w:cs="Times New Roman"/>
          <w:kern w:val="0"/>
          <w:lang w:val="en-US"/>
          <w14:ligatures w14:val="none"/>
        </w:rPr>
        <w:t xml:space="preserve">- </w:t>
      </w:r>
      <w:proofErr w:type="spellStart"/>
      <w:r w:rsidRPr="00172FDA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Înotul</w:t>
      </w:r>
      <w:proofErr w:type="spellEnd"/>
      <w:r w:rsidRPr="00172FDA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172FDA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școlar</w:t>
      </w:r>
      <w:proofErr w:type="spellEnd"/>
      <w:r w:rsidRPr="00172FDA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se </w:t>
      </w:r>
      <w:proofErr w:type="spellStart"/>
      <w:r w:rsidRPr="00172FDA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va</w:t>
      </w:r>
      <w:proofErr w:type="spellEnd"/>
      <w:r w:rsidRPr="00172FDA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172FDA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realiza</w:t>
      </w:r>
      <w:proofErr w:type="spellEnd"/>
      <w:r w:rsidRPr="00172FDA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172FDA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în</w:t>
      </w:r>
      <w:proofErr w:type="spellEnd"/>
      <w:r w:rsidRPr="00172FDA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172FDA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colaborare</w:t>
      </w:r>
      <w:proofErr w:type="spellEnd"/>
      <w:r w:rsidRPr="00172FDA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cu </w:t>
      </w:r>
      <w:proofErr w:type="spellStart"/>
      <w:r w:rsidRPr="00172FDA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Inspectoratul</w:t>
      </w:r>
      <w:proofErr w:type="spellEnd"/>
      <w:r w:rsidRPr="00172FDA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172FDA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Școlar</w:t>
      </w:r>
      <w:proofErr w:type="spellEnd"/>
      <w:r w:rsidRPr="00172FDA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172FDA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Județean</w:t>
      </w:r>
      <w:proofErr w:type="spellEnd"/>
      <w:r w:rsidRPr="00172FDA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.</w:t>
      </w:r>
    </w:p>
    <w:p w14:paraId="4C325C9A" w14:textId="77777777" w:rsidR="00172FDA" w:rsidRPr="00172FDA" w:rsidRDefault="00172FDA" w:rsidP="00BD5BB3">
      <w:pPr>
        <w:spacing w:after="0" w:line="240" w:lineRule="auto"/>
        <w:ind w:left="851" w:right="701"/>
        <w:jc w:val="both"/>
        <w:rPr>
          <w:rFonts w:ascii="Times New Roman" w:eastAsia="Times New Roman" w:hAnsi="Times New Roman" w:cs="Times New Roman"/>
          <w:b/>
          <w:kern w:val="0"/>
          <w:lang w:val="en-US"/>
          <w14:ligatures w14:val="none"/>
        </w:rPr>
      </w:pPr>
      <w:r w:rsidRPr="00172FDA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- </w:t>
      </w:r>
      <w:proofErr w:type="spellStart"/>
      <w:r w:rsidRPr="00172FDA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Antrenorii</w:t>
      </w:r>
      <w:proofErr w:type="spellEnd"/>
      <w:r w:rsidRPr="00172FDA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, </w:t>
      </w:r>
      <w:proofErr w:type="spellStart"/>
      <w:r w:rsidRPr="00172FDA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instructorii</w:t>
      </w:r>
      <w:proofErr w:type="spellEnd"/>
      <w:r w:rsidRPr="00172FDA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172FDA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și</w:t>
      </w:r>
      <w:proofErr w:type="spellEnd"/>
      <w:r w:rsidRPr="00172FDA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172FDA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insoțitorii</w:t>
      </w:r>
      <w:proofErr w:type="spellEnd"/>
      <w:r w:rsidRPr="00172FDA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care </w:t>
      </w:r>
      <w:proofErr w:type="spellStart"/>
      <w:r w:rsidRPr="00172FDA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intră</w:t>
      </w:r>
      <w:proofErr w:type="spellEnd"/>
      <w:r w:rsidRPr="00172FDA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cu </w:t>
      </w:r>
      <w:proofErr w:type="spellStart"/>
      <w:r w:rsidRPr="00172FDA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grupuri</w:t>
      </w:r>
      <w:proofErr w:type="spellEnd"/>
      <w:r w:rsidRPr="00172FDA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172FDA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organizate</w:t>
      </w:r>
      <w:proofErr w:type="spellEnd"/>
      <w:r w:rsidRPr="00172FDA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au </w:t>
      </w:r>
      <w:proofErr w:type="spellStart"/>
      <w:r w:rsidRPr="00172FDA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gratuitate</w:t>
      </w:r>
      <w:proofErr w:type="spellEnd"/>
      <w:r w:rsidRPr="00172FDA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.</w:t>
      </w:r>
    </w:p>
    <w:p w14:paraId="43175E48" w14:textId="77777777" w:rsidR="00172FDA" w:rsidRPr="00172FDA" w:rsidRDefault="00172FDA" w:rsidP="00BD5BB3">
      <w:pPr>
        <w:spacing w:after="0" w:line="240" w:lineRule="auto"/>
        <w:ind w:left="851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r w:rsidRPr="00172FDA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ab/>
      </w:r>
    </w:p>
    <w:p w14:paraId="7288BDEE" w14:textId="77777777" w:rsidR="00172FDA" w:rsidRPr="00172FDA" w:rsidRDefault="00172FDA" w:rsidP="00BD5BB3">
      <w:pPr>
        <w:spacing w:after="0" w:line="240" w:lineRule="auto"/>
        <w:ind w:left="851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</w:p>
    <w:p w14:paraId="4ED9D4CF" w14:textId="77777777" w:rsidR="00172FDA" w:rsidRPr="00172FDA" w:rsidRDefault="00172FDA" w:rsidP="00BD5BB3">
      <w:pPr>
        <w:spacing w:after="0" w:line="240" w:lineRule="auto"/>
        <w:ind w:left="851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6316EEA4" w14:textId="74C0A91C" w:rsidR="00BD5BB3" w:rsidRPr="00172FDA" w:rsidRDefault="00BD5BB3" w:rsidP="004429DA">
      <w:pPr>
        <w:autoSpaceDE w:val="0"/>
        <w:autoSpaceDN w:val="0"/>
        <w:adjustRightInd w:val="0"/>
        <w:spacing w:after="0" w:line="276" w:lineRule="auto"/>
        <w:ind w:left="4536" w:right="-465"/>
        <w:rPr>
          <w:rFonts w:ascii="Times New Roman" w:eastAsia="Times New Roman" w:hAnsi="Times New Roman" w:cs="Times New Roman"/>
          <w:b/>
          <w:kern w:val="0"/>
          <w:lang w:eastAsia="ro-RO"/>
          <w14:ligatures w14:val="none"/>
        </w:rPr>
        <w:sectPr w:rsidR="00BD5BB3" w:rsidRPr="00172FDA" w:rsidSect="00BD5BB3">
          <w:pgSz w:w="11900" w:h="16840"/>
          <w:pgMar w:top="426" w:right="0" w:bottom="426" w:left="0" w:header="720" w:footer="720" w:gutter="0"/>
          <w:cols w:space="720"/>
          <w:docGrid w:linePitch="360"/>
        </w:sectPr>
      </w:pPr>
    </w:p>
    <w:p w14:paraId="410287CB" w14:textId="77777777" w:rsidR="00951C94" w:rsidRDefault="00951C94"/>
    <w:sectPr w:rsidR="00951C9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7A1677C"/>
    <w:multiLevelType w:val="hybridMultilevel"/>
    <w:tmpl w:val="BC0C9214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8387C75"/>
    <w:multiLevelType w:val="hybridMultilevel"/>
    <w:tmpl w:val="96DE6CAC"/>
    <w:lvl w:ilvl="0" w:tplc="7C1A568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6881B7F"/>
    <w:multiLevelType w:val="singleLevel"/>
    <w:tmpl w:val="0409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33C375F4"/>
    <w:multiLevelType w:val="hybridMultilevel"/>
    <w:tmpl w:val="AB767C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7474E3A"/>
    <w:multiLevelType w:val="hybridMultilevel"/>
    <w:tmpl w:val="36A481BA"/>
    <w:lvl w:ilvl="0" w:tplc="44B4FA04">
      <w:start w:val="1"/>
      <w:numFmt w:val="decimal"/>
      <w:lvlText w:val="%1."/>
      <w:lvlJc w:val="left"/>
      <w:pPr>
        <w:ind w:left="644" w:hanging="360"/>
      </w:pPr>
    </w:lvl>
    <w:lvl w:ilvl="1" w:tplc="04090019">
      <w:start w:val="1"/>
      <w:numFmt w:val="lowerLetter"/>
      <w:lvlText w:val="%2."/>
      <w:lvlJc w:val="left"/>
      <w:pPr>
        <w:ind w:left="1364" w:hanging="360"/>
      </w:pPr>
    </w:lvl>
    <w:lvl w:ilvl="2" w:tplc="0409001B">
      <w:start w:val="1"/>
      <w:numFmt w:val="lowerRoman"/>
      <w:lvlText w:val="%3."/>
      <w:lvlJc w:val="right"/>
      <w:pPr>
        <w:ind w:left="2084" w:hanging="180"/>
      </w:pPr>
    </w:lvl>
    <w:lvl w:ilvl="3" w:tplc="0409000F">
      <w:start w:val="1"/>
      <w:numFmt w:val="decimal"/>
      <w:lvlText w:val="%4."/>
      <w:lvlJc w:val="left"/>
      <w:pPr>
        <w:ind w:left="2804" w:hanging="360"/>
      </w:pPr>
    </w:lvl>
    <w:lvl w:ilvl="4" w:tplc="04090019">
      <w:start w:val="1"/>
      <w:numFmt w:val="lowerLetter"/>
      <w:lvlText w:val="%5."/>
      <w:lvlJc w:val="left"/>
      <w:pPr>
        <w:ind w:left="3524" w:hanging="360"/>
      </w:pPr>
    </w:lvl>
    <w:lvl w:ilvl="5" w:tplc="0409001B">
      <w:start w:val="1"/>
      <w:numFmt w:val="lowerRoman"/>
      <w:lvlText w:val="%6."/>
      <w:lvlJc w:val="right"/>
      <w:pPr>
        <w:ind w:left="4244" w:hanging="180"/>
      </w:pPr>
    </w:lvl>
    <w:lvl w:ilvl="6" w:tplc="0409000F">
      <w:start w:val="1"/>
      <w:numFmt w:val="decimal"/>
      <w:lvlText w:val="%7."/>
      <w:lvlJc w:val="left"/>
      <w:pPr>
        <w:ind w:left="4964" w:hanging="360"/>
      </w:pPr>
    </w:lvl>
    <w:lvl w:ilvl="7" w:tplc="04090019">
      <w:start w:val="1"/>
      <w:numFmt w:val="lowerLetter"/>
      <w:lvlText w:val="%8."/>
      <w:lvlJc w:val="left"/>
      <w:pPr>
        <w:ind w:left="5684" w:hanging="360"/>
      </w:pPr>
    </w:lvl>
    <w:lvl w:ilvl="8" w:tplc="0409001B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37A75167"/>
    <w:multiLevelType w:val="singleLevel"/>
    <w:tmpl w:val="0409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" w15:restartNumberingAfterBreak="0">
    <w:nsid w:val="38C33EE6"/>
    <w:multiLevelType w:val="hybridMultilevel"/>
    <w:tmpl w:val="A066D26E"/>
    <w:lvl w:ilvl="0" w:tplc="FFFFFFFF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A3E2166"/>
    <w:multiLevelType w:val="hybridMultilevel"/>
    <w:tmpl w:val="8F567FFC"/>
    <w:lvl w:ilvl="0" w:tplc="FFFFFFFF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071099"/>
    <w:multiLevelType w:val="hybridMultilevel"/>
    <w:tmpl w:val="CAC475CC"/>
    <w:lvl w:ilvl="0" w:tplc="04180001">
      <w:start w:val="1"/>
      <w:numFmt w:val="bullet"/>
      <w:lvlText w:val=""/>
      <w:lvlJc w:val="left"/>
      <w:pPr>
        <w:ind w:left="138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1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5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2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9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140" w:hanging="360"/>
      </w:pPr>
      <w:rPr>
        <w:rFonts w:ascii="Wingdings" w:hAnsi="Wingdings" w:hint="default"/>
      </w:rPr>
    </w:lvl>
  </w:abstractNum>
  <w:abstractNum w:abstractNumId="18" w15:restartNumberingAfterBreak="0">
    <w:nsid w:val="42A87217"/>
    <w:multiLevelType w:val="hybridMultilevel"/>
    <w:tmpl w:val="290AF206"/>
    <w:lvl w:ilvl="0" w:tplc="E4DC8D32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442F02AD"/>
    <w:multiLevelType w:val="hybridMultilevel"/>
    <w:tmpl w:val="D038875E"/>
    <w:lvl w:ilvl="0" w:tplc="7F7C210E">
      <w:start w:val="2"/>
      <w:numFmt w:val="bullet"/>
      <w:lvlText w:val="-"/>
      <w:lvlJc w:val="left"/>
      <w:pPr>
        <w:ind w:left="1429" w:hanging="360"/>
      </w:pPr>
      <w:rPr>
        <w:rFonts w:ascii="Arial" w:eastAsia="Times New Roman" w:hAnsi="Arial" w:hint="default"/>
      </w:rPr>
    </w:lvl>
    <w:lvl w:ilvl="1" w:tplc="0418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46EA3C8D"/>
    <w:multiLevelType w:val="multilevel"/>
    <w:tmpl w:val="46EA3C8D"/>
    <w:lvl w:ilvl="0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9557C12"/>
    <w:multiLevelType w:val="singleLevel"/>
    <w:tmpl w:val="0409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2" w15:restartNumberingAfterBreak="0">
    <w:nsid w:val="4DD36E1D"/>
    <w:multiLevelType w:val="multilevel"/>
    <w:tmpl w:val="4DD36E1D"/>
    <w:lvl w:ilvl="0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8AD2D6A"/>
    <w:multiLevelType w:val="multilevel"/>
    <w:tmpl w:val="58AD2D6A"/>
    <w:lvl w:ilvl="0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C3473B7"/>
    <w:multiLevelType w:val="hybridMultilevel"/>
    <w:tmpl w:val="0144CF8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0BD63B6"/>
    <w:multiLevelType w:val="hybridMultilevel"/>
    <w:tmpl w:val="2FDA26D0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47E5CC8"/>
    <w:multiLevelType w:val="multilevel"/>
    <w:tmpl w:val="747E5CC8"/>
    <w:lvl w:ilvl="0">
      <w:numFmt w:val="bullet"/>
      <w:lvlText w:val="-"/>
      <w:lvlJc w:val="left"/>
      <w:pPr>
        <w:ind w:left="644" w:hanging="360"/>
      </w:pPr>
      <w:rPr>
        <w:rFonts w:ascii="Times New Roman" w:eastAsia="Calibri" w:hAnsi="Times New Roman" w:cs="Times New Roman" w:hint="default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7" w15:restartNumberingAfterBreak="0">
    <w:nsid w:val="78F8152A"/>
    <w:multiLevelType w:val="multilevel"/>
    <w:tmpl w:val="78F8152A"/>
    <w:lvl w:ilvl="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A89266B"/>
    <w:multiLevelType w:val="hybridMultilevel"/>
    <w:tmpl w:val="11180F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BCE5878"/>
    <w:multiLevelType w:val="hybridMultilevel"/>
    <w:tmpl w:val="747E6DFE"/>
    <w:lvl w:ilvl="0" w:tplc="67A2516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E2052CA"/>
    <w:multiLevelType w:val="singleLevel"/>
    <w:tmpl w:val="0409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1691252026">
    <w:abstractNumId w:val="8"/>
  </w:num>
  <w:num w:numId="2" w16cid:durableId="491795239">
    <w:abstractNumId w:val="6"/>
  </w:num>
  <w:num w:numId="3" w16cid:durableId="783889269">
    <w:abstractNumId w:val="5"/>
  </w:num>
  <w:num w:numId="4" w16cid:durableId="23362294">
    <w:abstractNumId w:val="4"/>
  </w:num>
  <w:num w:numId="5" w16cid:durableId="867370899">
    <w:abstractNumId w:val="7"/>
  </w:num>
  <w:num w:numId="6" w16cid:durableId="1131940051">
    <w:abstractNumId w:val="3"/>
  </w:num>
  <w:num w:numId="7" w16cid:durableId="613709368">
    <w:abstractNumId w:val="2"/>
  </w:num>
  <w:num w:numId="8" w16cid:durableId="390151897">
    <w:abstractNumId w:val="1"/>
  </w:num>
  <w:num w:numId="9" w16cid:durableId="833036790">
    <w:abstractNumId w:val="0"/>
  </w:num>
  <w:num w:numId="10" w16cid:durableId="265040125">
    <w:abstractNumId w:val="16"/>
  </w:num>
  <w:num w:numId="11" w16cid:durableId="1654531675">
    <w:abstractNumId w:val="30"/>
  </w:num>
  <w:num w:numId="12" w16cid:durableId="1038622585">
    <w:abstractNumId w:val="21"/>
  </w:num>
  <w:num w:numId="13" w16cid:durableId="880627775">
    <w:abstractNumId w:val="11"/>
  </w:num>
  <w:num w:numId="14" w16cid:durableId="1141389505">
    <w:abstractNumId w:val="14"/>
  </w:num>
  <w:num w:numId="15" w16cid:durableId="66285560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2116361920">
    <w:abstractNumId w:val="10"/>
  </w:num>
  <w:num w:numId="17" w16cid:durableId="1673337083">
    <w:abstractNumId w:val="19"/>
  </w:num>
  <w:num w:numId="18" w16cid:durableId="71435030">
    <w:abstractNumId w:val="24"/>
  </w:num>
  <w:num w:numId="19" w16cid:durableId="464008621">
    <w:abstractNumId w:val="25"/>
  </w:num>
  <w:num w:numId="20" w16cid:durableId="129902305">
    <w:abstractNumId w:val="15"/>
  </w:num>
  <w:num w:numId="21" w16cid:durableId="2118483328">
    <w:abstractNumId w:val="18"/>
  </w:num>
  <w:num w:numId="22" w16cid:durableId="1978489862">
    <w:abstractNumId w:val="22"/>
  </w:num>
  <w:num w:numId="23" w16cid:durableId="6366728">
    <w:abstractNumId w:val="23"/>
  </w:num>
  <w:num w:numId="24" w16cid:durableId="173231587">
    <w:abstractNumId w:val="20"/>
  </w:num>
  <w:num w:numId="25" w16cid:durableId="2037727416">
    <w:abstractNumId w:val="26"/>
  </w:num>
  <w:num w:numId="26" w16cid:durableId="1117068081">
    <w:abstractNumId w:val="27"/>
  </w:num>
  <w:num w:numId="27" w16cid:durableId="261226780">
    <w:abstractNumId w:val="29"/>
  </w:num>
  <w:num w:numId="28" w16cid:durableId="1186022641">
    <w:abstractNumId w:val="9"/>
  </w:num>
  <w:num w:numId="29" w16cid:durableId="2092465598">
    <w:abstractNumId w:val="13"/>
  </w:num>
  <w:num w:numId="30" w16cid:durableId="132338024">
    <w:abstractNumId w:val="12"/>
  </w:num>
  <w:num w:numId="31" w16cid:durableId="55051113">
    <w:abstractNumId w:val="28"/>
  </w:num>
  <w:num w:numId="32" w16cid:durableId="225842954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0933"/>
    <w:rsid w:val="000E7678"/>
    <w:rsid w:val="00172FDA"/>
    <w:rsid w:val="00200933"/>
    <w:rsid w:val="004429DA"/>
    <w:rsid w:val="00690EB9"/>
    <w:rsid w:val="00951C94"/>
    <w:rsid w:val="009918F0"/>
    <w:rsid w:val="00A05AE7"/>
    <w:rsid w:val="00BD5BB3"/>
    <w:rsid w:val="00F11A2E"/>
    <w:rsid w:val="00F92C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7A003A2"/>
  <w15:chartTrackingRefBased/>
  <w15:docId w15:val="{6D8E673F-8CC0-4C5F-B31C-616EFB924B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o-R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0093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009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0093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0093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0093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0093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0093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0093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0093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0093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20093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20093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0093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0093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0093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0093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0093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0093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0093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009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0093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0093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0093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0093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0093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0093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093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093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00933"/>
    <w:rPr>
      <w:b/>
      <w:bCs/>
      <w:smallCaps/>
      <w:color w:val="0F4761" w:themeColor="accent1" w:themeShade="BF"/>
      <w:spacing w:val="5"/>
    </w:rPr>
  </w:style>
  <w:style w:type="numbering" w:customStyle="1" w:styleId="NoList1">
    <w:name w:val="No List1"/>
    <w:next w:val="NoList"/>
    <w:uiPriority w:val="99"/>
    <w:semiHidden/>
    <w:unhideWhenUsed/>
    <w:rsid w:val="00172FDA"/>
  </w:style>
  <w:style w:type="paragraph" w:styleId="Header">
    <w:name w:val="header"/>
    <w:basedOn w:val="Normal"/>
    <w:link w:val="HeaderChar"/>
    <w:uiPriority w:val="99"/>
    <w:unhideWhenUsed/>
    <w:rsid w:val="00172FDA"/>
    <w:pPr>
      <w:tabs>
        <w:tab w:val="center" w:pos="4680"/>
        <w:tab w:val="right" w:pos="9360"/>
      </w:tabs>
      <w:spacing w:after="0" w:line="240" w:lineRule="auto"/>
    </w:pPr>
    <w:rPr>
      <w:rFonts w:eastAsia="MS Mincho"/>
      <w:kern w:val="0"/>
      <w:sz w:val="22"/>
      <w:szCs w:val="22"/>
      <w:lang w:val="en-US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rsid w:val="00172FDA"/>
    <w:rPr>
      <w:rFonts w:eastAsia="MS Mincho"/>
      <w:kern w:val="0"/>
      <w:sz w:val="22"/>
      <w:szCs w:val="22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172FDA"/>
    <w:pPr>
      <w:tabs>
        <w:tab w:val="center" w:pos="4680"/>
        <w:tab w:val="right" w:pos="9360"/>
      </w:tabs>
      <w:spacing w:after="0" w:line="240" w:lineRule="auto"/>
    </w:pPr>
    <w:rPr>
      <w:rFonts w:eastAsia="MS Mincho"/>
      <w:kern w:val="0"/>
      <w:sz w:val="22"/>
      <w:szCs w:val="22"/>
      <w:lang w:val="en-US"/>
      <w14:ligatures w14:val="none"/>
    </w:rPr>
  </w:style>
  <w:style w:type="character" w:customStyle="1" w:styleId="FooterChar">
    <w:name w:val="Footer Char"/>
    <w:basedOn w:val="DefaultParagraphFont"/>
    <w:link w:val="Footer"/>
    <w:uiPriority w:val="99"/>
    <w:rsid w:val="00172FDA"/>
    <w:rPr>
      <w:rFonts w:eastAsia="MS Mincho"/>
      <w:kern w:val="0"/>
      <w:sz w:val="22"/>
      <w:szCs w:val="22"/>
      <w:lang w:val="en-US"/>
      <w14:ligatures w14:val="none"/>
    </w:rPr>
  </w:style>
  <w:style w:type="paragraph" w:styleId="NoSpacing">
    <w:name w:val="No Spacing"/>
    <w:uiPriority w:val="1"/>
    <w:qFormat/>
    <w:rsid w:val="00172FDA"/>
    <w:pPr>
      <w:spacing w:after="0" w:line="240" w:lineRule="auto"/>
    </w:pPr>
    <w:rPr>
      <w:rFonts w:eastAsia="MS Mincho"/>
      <w:kern w:val="0"/>
      <w:sz w:val="22"/>
      <w:szCs w:val="22"/>
      <w:lang w:val="en-US"/>
      <w14:ligatures w14:val="none"/>
    </w:rPr>
  </w:style>
  <w:style w:type="paragraph" w:styleId="BodyText">
    <w:name w:val="Body Text"/>
    <w:basedOn w:val="Normal"/>
    <w:link w:val="BodyTextChar"/>
    <w:unhideWhenUsed/>
    <w:rsid w:val="00172FDA"/>
    <w:pPr>
      <w:spacing w:after="120" w:line="276" w:lineRule="auto"/>
    </w:pPr>
    <w:rPr>
      <w:rFonts w:eastAsia="MS Mincho"/>
      <w:kern w:val="0"/>
      <w:sz w:val="22"/>
      <w:szCs w:val="22"/>
      <w:lang w:val="en-US"/>
      <w14:ligatures w14:val="none"/>
    </w:rPr>
  </w:style>
  <w:style w:type="character" w:customStyle="1" w:styleId="BodyTextChar">
    <w:name w:val="Body Text Char"/>
    <w:basedOn w:val="DefaultParagraphFont"/>
    <w:link w:val="BodyText"/>
    <w:rsid w:val="00172FDA"/>
    <w:rPr>
      <w:rFonts w:eastAsia="MS Mincho"/>
      <w:kern w:val="0"/>
      <w:sz w:val="22"/>
      <w:szCs w:val="22"/>
      <w:lang w:val="en-US"/>
      <w14:ligatures w14:val="none"/>
    </w:rPr>
  </w:style>
  <w:style w:type="paragraph" w:styleId="BodyText2">
    <w:name w:val="Body Text 2"/>
    <w:basedOn w:val="Normal"/>
    <w:link w:val="BodyText2Char"/>
    <w:uiPriority w:val="99"/>
    <w:unhideWhenUsed/>
    <w:rsid w:val="00172FDA"/>
    <w:pPr>
      <w:spacing w:after="120" w:line="480" w:lineRule="auto"/>
    </w:pPr>
    <w:rPr>
      <w:rFonts w:eastAsia="MS Mincho"/>
      <w:kern w:val="0"/>
      <w:sz w:val="22"/>
      <w:szCs w:val="22"/>
      <w:lang w:val="en-US"/>
      <w14:ligatures w14:val="none"/>
    </w:rPr>
  </w:style>
  <w:style w:type="character" w:customStyle="1" w:styleId="BodyText2Char">
    <w:name w:val="Body Text 2 Char"/>
    <w:basedOn w:val="DefaultParagraphFont"/>
    <w:link w:val="BodyText2"/>
    <w:uiPriority w:val="99"/>
    <w:rsid w:val="00172FDA"/>
    <w:rPr>
      <w:rFonts w:eastAsia="MS Mincho"/>
      <w:kern w:val="0"/>
      <w:sz w:val="22"/>
      <w:szCs w:val="22"/>
      <w:lang w:val="en-US"/>
      <w14:ligatures w14:val="none"/>
    </w:rPr>
  </w:style>
  <w:style w:type="paragraph" w:styleId="BodyText3">
    <w:name w:val="Body Text 3"/>
    <w:basedOn w:val="Normal"/>
    <w:link w:val="BodyText3Char"/>
    <w:uiPriority w:val="99"/>
    <w:unhideWhenUsed/>
    <w:rsid w:val="00172FDA"/>
    <w:pPr>
      <w:spacing w:after="120" w:line="276" w:lineRule="auto"/>
    </w:pPr>
    <w:rPr>
      <w:rFonts w:eastAsia="MS Mincho"/>
      <w:kern w:val="0"/>
      <w:sz w:val="16"/>
      <w:szCs w:val="16"/>
      <w:lang w:val="en-US"/>
      <w14:ligatures w14:val="none"/>
    </w:rPr>
  </w:style>
  <w:style w:type="character" w:customStyle="1" w:styleId="BodyText3Char">
    <w:name w:val="Body Text 3 Char"/>
    <w:basedOn w:val="DefaultParagraphFont"/>
    <w:link w:val="BodyText3"/>
    <w:uiPriority w:val="99"/>
    <w:rsid w:val="00172FDA"/>
    <w:rPr>
      <w:rFonts w:eastAsia="MS Mincho"/>
      <w:kern w:val="0"/>
      <w:sz w:val="16"/>
      <w:szCs w:val="16"/>
      <w:lang w:val="en-US"/>
      <w14:ligatures w14:val="none"/>
    </w:rPr>
  </w:style>
  <w:style w:type="paragraph" w:styleId="List">
    <w:name w:val="List"/>
    <w:basedOn w:val="Normal"/>
    <w:uiPriority w:val="99"/>
    <w:unhideWhenUsed/>
    <w:rsid w:val="00172FDA"/>
    <w:pPr>
      <w:spacing w:after="200" w:line="276" w:lineRule="auto"/>
      <w:ind w:left="360" w:hanging="360"/>
      <w:contextualSpacing/>
    </w:pPr>
    <w:rPr>
      <w:rFonts w:eastAsia="MS Mincho"/>
      <w:kern w:val="0"/>
      <w:sz w:val="22"/>
      <w:szCs w:val="22"/>
      <w:lang w:val="en-US"/>
      <w14:ligatures w14:val="none"/>
    </w:rPr>
  </w:style>
  <w:style w:type="paragraph" w:styleId="List2">
    <w:name w:val="List 2"/>
    <w:basedOn w:val="Normal"/>
    <w:uiPriority w:val="99"/>
    <w:unhideWhenUsed/>
    <w:rsid w:val="00172FDA"/>
    <w:pPr>
      <w:spacing w:after="200" w:line="276" w:lineRule="auto"/>
      <w:ind w:left="720" w:hanging="360"/>
      <w:contextualSpacing/>
    </w:pPr>
    <w:rPr>
      <w:rFonts w:eastAsia="MS Mincho"/>
      <w:kern w:val="0"/>
      <w:sz w:val="22"/>
      <w:szCs w:val="22"/>
      <w:lang w:val="en-US"/>
      <w14:ligatures w14:val="none"/>
    </w:rPr>
  </w:style>
  <w:style w:type="paragraph" w:styleId="List3">
    <w:name w:val="List 3"/>
    <w:basedOn w:val="Normal"/>
    <w:uiPriority w:val="99"/>
    <w:unhideWhenUsed/>
    <w:rsid w:val="00172FDA"/>
    <w:pPr>
      <w:spacing w:after="200" w:line="276" w:lineRule="auto"/>
      <w:ind w:left="1080" w:hanging="360"/>
      <w:contextualSpacing/>
    </w:pPr>
    <w:rPr>
      <w:rFonts w:eastAsia="MS Mincho"/>
      <w:kern w:val="0"/>
      <w:sz w:val="22"/>
      <w:szCs w:val="22"/>
      <w:lang w:val="en-US"/>
      <w14:ligatures w14:val="none"/>
    </w:rPr>
  </w:style>
  <w:style w:type="paragraph" w:styleId="ListBullet">
    <w:name w:val="List Bullet"/>
    <w:basedOn w:val="Normal"/>
    <w:uiPriority w:val="99"/>
    <w:unhideWhenUsed/>
    <w:rsid w:val="00172FDA"/>
    <w:pPr>
      <w:numPr>
        <w:numId w:val="1"/>
      </w:numPr>
      <w:tabs>
        <w:tab w:val="clear" w:pos="360"/>
      </w:tabs>
      <w:spacing w:after="200" w:line="276" w:lineRule="auto"/>
      <w:ind w:left="0" w:firstLine="0"/>
      <w:contextualSpacing/>
    </w:pPr>
    <w:rPr>
      <w:rFonts w:eastAsia="MS Mincho"/>
      <w:kern w:val="0"/>
      <w:sz w:val="22"/>
      <w:szCs w:val="22"/>
      <w:lang w:val="en-US"/>
      <w14:ligatures w14:val="none"/>
    </w:rPr>
  </w:style>
  <w:style w:type="paragraph" w:styleId="ListBullet2">
    <w:name w:val="List Bullet 2"/>
    <w:basedOn w:val="Normal"/>
    <w:uiPriority w:val="99"/>
    <w:unhideWhenUsed/>
    <w:rsid w:val="00172FDA"/>
    <w:pPr>
      <w:numPr>
        <w:numId w:val="2"/>
      </w:numPr>
      <w:tabs>
        <w:tab w:val="clear" w:pos="720"/>
      </w:tabs>
      <w:spacing w:after="200" w:line="276" w:lineRule="auto"/>
      <w:ind w:left="0" w:firstLine="0"/>
      <w:contextualSpacing/>
    </w:pPr>
    <w:rPr>
      <w:rFonts w:eastAsia="MS Mincho"/>
      <w:kern w:val="0"/>
      <w:sz w:val="22"/>
      <w:szCs w:val="22"/>
      <w:lang w:val="en-US"/>
      <w14:ligatures w14:val="none"/>
    </w:rPr>
  </w:style>
  <w:style w:type="paragraph" w:styleId="ListBullet3">
    <w:name w:val="List Bullet 3"/>
    <w:basedOn w:val="Normal"/>
    <w:uiPriority w:val="99"/>
    <w:unhideWhenUsed/>
    <w:rsid w:val="00172FDA"/>
    <w:pPr>
      <w:numPr>
        <w:numId w:val="3"/>
      </w:numPr>
      <w:tabs>
        <w:tab w:val="clear" w:pos="1080"/>
      </w:tabs>
      <w:spacing w:after="200" w:line="276" w:lineRule="auto"/>
      <w:ind w:left="0" w:firstLine="0"/>
      <w:contextualSpacing/>
    </w:pPr>
    <w:rPr>
      <w:rFonts w:eastAsia="MS Mincho"/>
      <w:kern w:val="0"/>
      <w:sz w:val="22"/>
      <w:szCs w:val="22"/>
      <w:lang w:val="en-US"/>
      <w14:ligatures w14:val="none"/>
    </w:rPr>
  </w:style>
  <w:style w:type="paragraph" w:styleId="ListNumber">
    <w:name w:val="List Number"/>
    <w:basedOn w:val="Normal"/>
    <w:uiPriority w:val="99"/>
    <w:unhideWhenUsed/>
    <w:rsid w:val="00172FDA"/>
    <w:pPr>
      <w:numPr>
        <w:numId w:val="5"/>
      </w:numPr>
      <w:tabs>
        <w:tab w:val="clear" w:pos="360"/>
      </w:tabs>
      <w:spacing w:after="200" w:line="276" w:lineRule="auto"/>
      <w:ind w:left="0" w:firstLine="0"/>
      <w:contextualSpacing/>
    </w:pPr>
    <w:rPr>
      <w:rFonts w:eastAsia="MS Mincho"/>
      <w:kern w:val="0"/>
      <w:sz w:val="22"/>
      <w:szCs w:val="22"/>
      <w:lang w:val="en-US"/>
      <w14:ligatures w14:val="none"/>
    </w:rPr>
  </w:style>
  <w:style w:type="paragraph" w:styleId="ListNumber2">
    <w:name w:val="List Number 2"/>
    <w:basedOn w:val="Normal"/>
    <w:uiPriority w:val="99"/>
    <w:unhideWhenUsed/>
    <w:rsid w:val="00172FDA"/>
    <w:pPr>
      <w:numPr>
        <w:numId w:val="6"/>
      </w:numPr>
      <w:tabs>
        <w:tab w:val="clear" w:pos="720"/>
      </w:tabs>
      <w:spacing w:after="200" w:line="276" w:lineRule="auto"/>
      <w:ind w:left="0" w:firstLine="0"/>
      <w:contextualSpacing/>
    </w:pPr>
    <w:rPr>
      <w:rFonts w:eastAsia="MS Mincho"/>
      <w:kern w:val="0"/>
      <w:sz w:val="22"/>
      <w:szCs w:val="22"/>
      <w:lang w:val="en-US"/>
      <w14:ligatures w14:val="none"/>
    </w:rPr>
  </w:style>
  <w:style w:type="paragraph" w:styleId="ListNumber3">
    <w:name w:val="List Number 3"/>
    <w:basedOn w:val="Normal"/>
    <w:uiPriority w:val="99"/>
    <w:unhideWhenUsed/>
    <w:rsid w:val="00172FDA"/>
    <w:pPr>
      <w:numPr>
        <w:numId w:val="7"/>
      </w:numPr>
      <w:tabs>
        <w:tab w:val="clear" w:pos="1080"/>
      </w:tabs>
      <w:spacing w:after="200" w:line="276" w:lineRule="auto"/>
      <w:ind w:left="0" w:firstLine="0"/>
      <w:contextualSpacing/>
    </w:pPr>
    <w:rPr>
      <w:rFonts w:eastAsia="MS Mincho"/>
      <w:kern w:val="0"/>
      <w:sz w:val="22"/>
      <w:szCs w:val="22"/>
      <w:lang w:val="en-US"/>
      <w14:ligatures w14:val="none"/>
    </w:rPr>
  </w:style>
  <w:style w:type="paragraph" w:styleId="ListContinue">
    <w:name w:val="List Continue"/>
    <w:basedOn w:val="Normal"/>
    <w:uiPriority w:val="99"/>
    <w:unhideWhenUsed/>
    <w:rsid w:val="00172FDA"/>
    <w:pPr>
      <w:spacing w:after="120" w:line="276" w:lineRule="auto"/>
      <w:ind w:left="360"/>
      <w:contextualSpacing/>
    </w:pPr>
    <w:rPr>
      <w:rFonts w:eastAsia="MS Mincho"/>
      <w:kern w:val="0"/>
      <w:sz w:val="22"/>
      <w:szCs w:val="22"/>
      <w:lang w:val="en-US"/>
      <w14:ligatures w14:val="none"/>
    </w:rPr>
  </w:style>
  <w:style w:type="paragraph" w:styleId="ListContinue2">
    <w:name w:val="List Continue 2"/>
    <w:basedOn w:val="Normal"/>
    <w:uiPriority w:val="99"/>
    <w:unhideWhenUsed/>
    <w:rsid w:val="00172FDA"/>
    <w:pPr>
      <w:spacing w:after="120" w:line="276" w:lineRule="auto"/>
      <w:ind w:left="720"/>
      <w:contextualSpacing/>
    </w:pPr>
    <w:rPr>
      <w:rFonts w:eastAsia="MS Mincho"/>
      <w:kern w:val="0"/>
      <w:sz w:val="22"/>
      <w:szCs w:val="22"/>
      <w:lang w:val="en-US"/>
      <w14:ligatures w14:val="none"/>
    </w:rPr>
  </w:style>
  <w:style w:type="paragraph" w:styleId="ListContinue3">
    <w:name w:val="List Continue 3"/>
    <w:basedOn w:val="Normal"/>
    <w:uiPriority w:val="99"/>
    <w:unhideWhenUsed/>
    <w:rsid w:val="00172FDA"/>
    <w:pPr>
      <w:spacing w:after="120" w:line="276" w:lineRule="auto"/>
      <w:ind w:left="1080"/>
      <w:contextualSpacing/>
    </w:pPr>
    <w:rPr>
      <w:rFonts w:eastAsia="MS Mincho"/>
      <w:kern w:val="0"/>
      <w:sz w:val="22"/>
      <w:szCs w:val="22"/>
      <w:lang w:val="en-US"/>
      <w14:ligatures w14:val="none"/>
    </w:rPr>
  </w:style>
  <w:style w:type="paragraph" w:styleId="MacroText">
    <w:name w:val="macro"/>
    <w:link w:val="MacroTextChar"/>
    <w:uiPriority w:val="99"/>
    <w:unhideWhenUsed/>
    <w:rsid w:val="00172FDA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eastAsia="MS Mincho" w:hAnsi="Courier"/>
      <w:kern w:val="0"/>
      <w:sz w:val="20"/>
      <w:szCs w:val="20"/>
      <w:lang w:val="en-US"/>
      <w14:ligatures w14:val="none"/>
    </w:rPr>
  </w:style>
  <w:style w:type="character" w:customStyle="1" w:styleId="MacroTextChar">
    <w:name w:val="Macro Text Char"/>
    <w:basedOn w:val="DefaultParagraphFont"/>
    <w:link w:val="MacroText"/>
    <w:uiPriority w:val="99"/>
    <w:rsid w:val="00172FDA"/>
    <w:rPr>
      <w:rFonts w:ascii="Courier" w:eastAsia="MS Mincho" w:hAnsi="Courier"/>
      <w:kern w:val="0"/>
      <w:sz w:val="20"/>
      <w:szCs w:val="20"/>
      <w:lang w:val="en-US"/>
      <w14:ligatures w14:val="none"/>
    </w:rPr>
  </w:style>
  <w:style w:type="paragraph" w:customStyle="1" w:styleId="Caption1">
    <w:name w:val="Caption1"/>
    <w:basedOn w:val="Normal"/>
    <w:next w:val="Normal"/>
    <w:uiPriority w:val="35"/>
    <w:semiHidden/>
    <w:unhideWhenUsed/>
    <w:qFormat/>
    <w:rsid w:val="00172FDA"/>
    <w:pPr>
      <w:spacing w:after="200" w:line="240" w:lineRule="auto"/>
    </w:pPr>
    <w:rPr>
      <w:rFonts w:eastAsia="MS Mincho"/>
      <w:b/>
      <w:bCs/>
      <w:color w:val="4F81BD"/>
      <w:kern w:val="0"/>
      <w:sz w:val="18"/>
      <w:szCs w:val="18"/>
      <w:lang w:val="en-US"/>
      <w14:ligatures w14:val="none"/>
    </w:rPr>
  </w:style>
  <w:style w:type="character" w:styleId="Strong">
    <w:name w:val="Strong"/>
    <w:basedOn w:val="DefaultParagraphFont"/>
    <w:uiPriority w:val="22"/>
    <w:qFormat/>
    <w:rsid w:val="00172FDA"/>
    <w:rPr>
      <w:b/>
      <w:bCs/>
    </w:rPr>
  </w:style>
  <w:style w:type="character" w:styleId="Emphasis">
    <w:name w:val="Emphasis"/>
    <w:basedOn w:val="DefaultParagraphFont"/>
    <w:uiPriority w:val="20"/>
    <w:qFormat/>
    <w:rsid w:val="00172FDA"/>
    <w:rPr>
      <w:i/>
      <w:iCs/>
    </w:rPr>
  </w:style>
  <w:style w:type="character" w:customStyle="1" w:styleId="SubtleEmphasis1">
    <w:name w:val="Subtle Emphasis1"/>
    <w:basedOn w:val="DefaultParagraphFont"/>
    <w:uiPriority w:val="19"/>
    <w:qFormat/>
    <w:rsid w:val="00172FDA"/>
    <w:rPr>
      <w:i/>
      <w:iCs/>
      <w:color w:val="808080"/>
    </w:rPr>
  </w:style>
  <w:style w:type="character" w:customStyle="1" w:styleId="SubtleReference1">
    <w:name w:val="Subtle Reference1"/>
    <w:basedOn w:val="DefaultParagraphFont"/>
    <w:uiPriority w:val="31"/>
    <w:qFormat/>
    <w:rsid w:val="00172FDA"/>
    <w:rPr>
      <w:smallCaps/>
      <w:color w:val="C0504D"/>
      <w:u w:val="single"/>
    </w:rPr>
  </w:style>
  <w:style w:type="character" w:styleId="BookTitle">
    <w:name w:val="Book Title"/>
    <w:basedOn w:val="DefaultParagraphFont"/>
    <w:uiPriority w:val="33"/>
    <w:qFormat/>
    <w:rsid w:val="00172FDA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172FDA"/>
    <w:pPr>
      <w:spacing w:before="480" w:after="0" w:line="276" w:lineRule="auto"/>
      <w:outlineLvl w:val="9"/>
    </w:pPr>
    <w:rPr>
      <w:b/>
      <w:bCs/>
      <w:kern w:val="0"/>
      <w:sz w:val="28"/>
      <w:szCs w:val="28"/>
      <w:lang w:val="en-US"/>
      <w14:ligatures w14:val="none"/>
    </w:rPr>
  </w:style>
  <w:style w:type="table" w:styleId="TableGrid">
    <w:name w:val="Table Grid"/>
    <w:basedOn w:val="TableNormal"/>
    <w:uiPriority w:val="39"/>
    <w:rsid w:val="00172FDA"/>
    <w:pPr>
      <w:spacing w:after="0" w:line="240" w:lineRule="auto"/>
    </w:pPr>
    <w:rPr>
      <w:rFonts w:eastAsia="MS Mincho"/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ghtShading1">
    <w:name w:val="Light Shading1"/>
    <w:basedOn w:val="TableNormal"/>
    <w:next w:val="LightShading"/>
    <w:uiPriority w:val="60"/>
    <w:rsid w:val="00172FDA"/>
    <w:pPr>
      <w:spacing w:after="0" w:line="240" w:lineRule="auto"/>
    </w:pPr>
    <w:rPr>
      <w:rFonts w:eastAsia="MS Mincho"/>
      <w:color w:val="000000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LightShading-Accent11">
    <w:name w:val="Light Shading - Accent 11"/>
    <w:basedOn w:val="TableNormal"/>
    <w:next w:val="LightShading-Accent1"/>
    <w:uiPriority w:val="60"/>
    <w:rsid w:val="00172FDA"/>
    <w:pPr>
      <w:spacing w:after="0" w:line="240" w:lineRule="auto"/>
    </w:pPr>
    <w:rPr>
      <w:rFonts w:eastAsia="MS Mincho"/>
      <w:color w:val="365F91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customStyle="1" w:styleId="LightShading-Accent21">
    <w:name w:val="Light Shading - Accent 21"/>
    <w:basedOn w:val="TableNormal"/>
    <w:next w:val="LightShading-Accent2"/>
    <w:uiPriority w:val="60"/>
    <w:rsid w:val="00172FDA"/>
    <w:pPr>
      <w:spacing w:after="0" w:line="240" w:lineRule="auto"/>
    </w:pPr>
    <w:rPr>
      <w:rFonts w:eastAsia="MS Mincho"/>
      <w:color w:val="943634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customStyle="1" w:styleId="LightShading-Accent31">
    <w:name w:val="Light Shading - Accent 31"/>
    <w:basedOn w:val="TableNormal"/>
    <w:next w:val="LightShading-Accent3"/>
    <w:uiPriority w:val="60"/>
    <w:rsid w:val="00172FDA"/>
    <w:pPr>
      <w:spacing w:after="0" w:line="240" w:lineRule="auto"/>
    </w:pPr>
    <w:rPr>
      <w:rFonts w:eastAsia="MS Mincho"/>
      <w:color w:val="76923C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LightShading-Accent41">
    <w:name w:val="Light Shading - Accent 41"/>
    <w:basedOn w:val="TableNormal"/>
    <w:next w:val="LightShading-Accent4"/>
    <w:uiPriority w:val="60"/>
    <w:rsid w:val="00172FDA"/>
    <w:pPr>
      <w:spacing w:after="0" w:line="240" w:lineRule="auto"/>
    </w:pPr>
    <w:rPr>
      <w:rFonts w:eastAsia="MS Mincho"/>
      <w:color w:val="5F497A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customStyle="1" w:styleId="LightShading-Accent51">
    <w:name w:val="Light Shading - Accent 51"/>
    <w:basedOn w:val="TableNormal"/>
    <w:next w:val="LightShading-Accent5"/>
    <w:uiPriority w:val="60"/>
    <w:rsid w:val="00172FDA"/>
    <w:pPr>
      <w:spacing w:after="0" w:line="240" w:lineRule="auto"/>
    </w:pPr>
    <w:rPr>
      <w:rFonts w:eastAsia="MS Mincho"/>
      <w:color w:val="31849B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customStyle="1" w:styleId="LightShading-Accent61">
    <w:name w:val="Light Shading - Accent 61"/>
    <w:basedOn w:val="TableNormal"/>
    <w:next w:val="LightShading-Accent6"/>
    <w:uiPriority w:val="60"/>
    <w:rsid w:val="00172FDA"/>
    <w:pPr>
      <w:spacing w:after="0" w:line="240" w:lineRule="auto"/>
    </w:pPr>
    <w:rPr>
      <w:rFonts w:eastAsia="MS Mincho"/>
      <w:color w:val="E36C0A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customStyle="1" w:styleId="LightList1">
    <w:name w:val="Light List1"/>
    <w:basedOn w:val="TableNormal"/>
    <w:next w:val="LightList"/>
    <w:uiPriority w:val="61"/>
    <w:rsid w:val="00172FDA"/>
    <w:pPr>
      <w:spacing w:after="0" w:line="240" w:lineRule="auto"/>
    </w:pPr>
    <w:rPr>
      <w:rFonts w:eastAsia="MS Mincho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customStyle="1" w:styleId="LightList-Accent11">
    <w:name w:val="Light List - Accent 11"/>
    <w:basedOn w:val="TableNormal"/>
    <w:next w:val="LightList-Accent1"/>
    <w:uiPriority w:val="61"/>
    <w:rsid w:val="00172FDA"/>
    <w:pPr>
      <w:spacing w:after="0" w:line="240" w:lineRule="auto"/>
    </w:pPr>
    <w:rPr>
      <w:rFonts w:eastAsia="MS Mincho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customStyle="1" w:styleId="LightList-Accent21">
    <w:name w:val="Light List - Accent 21"/>
    <w:basedOn w:val="TableNormal"/>
    <w:next w:val="LightList-Accent2"/>
    <w:uiPriority w:val="61"/>
    <w:rsid w:val="00172FDA"/>
    <w:pPr>
      <w:spacing w:after="0" w:line="240" w:lineRule="auto"/>
    </w:pPr>
    <w:rPr>
      <w:rFonts w:eastAsia="MS Mincho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customStyle="1" w:styleId="LightList-Accent31">
    <w:name w:val="Light List - Accent 31"/>
    <w:basedOn w:val="TableNormal"/>
    <w:next w:val="LightList-Accent3"/>
    <w:uiPriority w:val="61"/>
    <w:rsid w:val="00172FDA"/>
    <w:pPr>
      <w:spacing w:after="0" w:line="240" w:lineRule="auto"/>
    </w:pPr>
    <w:rPr>
      <w:rFonts w:eastAsia="MS Mincho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customStyle="1" w:styleId="LightList-Accent41">
    <w:name w:val="Light List - Accent 41"/>
    <w:basedOn w:val="TableNormal"/>
    <w:next w:val="LightList-Accent4"/>
    <w:uiPriority w:val="61"/>
    <w:rsid w:val="00172FDA"/>
    <w:pPr>
      <w:spacing w:after="0" w:line="240" w:lineRule="auto"/>
    </w:pPr>
    <w:rPr>
      <w:rFonts w:eastAsia="MS Mincho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customStyle="1" w:styleId="LightList-Accent51">
    <w:name w:val="Light List - Accent 51"/>
    <w:basedOn w:val="TableNormal"/>
    <w:next w:val="LightList-Accent5"/>
    <w:uiPriority w:val="61"/>
    <w:rsid w:val="00172FDA"/>
    <w:pPr>
      <w:spacing w:after="0" w:line="240" w:lineRule="auto"/>
    </w:pPr>
    <w:rPr>
      <w:rFonts w:eastAsia="MS Mincho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customStyle="1" w:styleId="LightList-Accent61">
    <w:name w:val="Light List - Accent 61"/>
    <w:basedOn w:val="TableNormal"/>
    <w:next w:val="LightList-Accent6"/>
    <w:uiPriority w:val="61"/>
    <w:rsid w:val="00172FDA"/>
    <w:pPr>
      <w:spacing w:after="0" w:line="240" w:lineRule="auto"/>
    </w:pPr>
    <w:rPr>
      <w:rFonts w:eastAsia="MS Mincho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customStyle="1" w:styleId="LightGrid1">
    <w:name w:val="Light Grid1"/>
    <w:basedOn w:val="TableNormal"/>
    <w:next w:val="LightGrid"/>
    <w:uiPriority w:val="62"/>
    <w:rsid w:val="00172FDA"/>
    <w:pPr>
      <w:spacing w:after="0" w:line="240" w:lineRule="auto"/>
    </w:pPr>
    <w:rPr>
      <w:rFonts w:eastAsia="MS Mincho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libri" w:eastAsia="MS Gothic" w:hAnsi="Calibri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libri" w:eastAsia="MS Gothic" w:hAnsi="Calibri" w:cs="Times New Roman"/>
        <w:b/>
        <w:bCs/>
      </w:rPr>
    </w:tblStylePr>
    <w:tblStylePr w:type="lastCol"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customStyle="1" w:styleId="LightGrid-Accent11">
    <w:name w:val="Light Grid - Accent 11"/>
    <w:basedOn w:val="TableNormal"/>
    <w:next w:val="LightGrid-Accent1"/>
    <w:uiPriority w:val="62"/>
    <w:rsid w:val="00172FDA"/>
    <w:pPr>
      <w:spacing w:after="0" w:line="240" w:lineRule="auto"/>
    </w:pPr>
    <w:rPr>
      <w:rFonts w:eastAsia="MS Mincho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libri" w:eastAsia="MS Gothic" w:hAnsi="Calibri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libri" w:eastAsia="MS Gothic" w:hAnsi="Calibri" w:cs="Times New Roman"/>
        <w:b/>
        <w:bCs/>
      </w:rPr>
    </w:tblStylePr>
    <w:tblStylePr w:type="lastCol"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customStyle="1" w:styleId="LightGrid-Accent21">
    <w:name w:val="Light Grid - Accent 21"/>
    <w:basedOn w:val="TableNormal"/>
    <w:next w:val="LightGrid-Accent2"/>
    <w:uiPriority w:val="62"/>
    <w:rsid w:val="00172FDA"/>
    <w:pPr>
      <w:spacing w:after="0" w:line="240" w:lineRule="auto"/>
    </w:pPr>
    <w:rPr>
      <w:rFonts w:eastAsia="MS Mincho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libri" w:eastAsia="MS Gothic" w:hAnsi="Calibri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libri" w:eastAsia="MS Gothic" w:hAnsi="Calibri" w:cs="Times New Roman"/>
        <w:b/>
        <w:bCs/>
      </w:rPr>
    </w:tblStylePr>
    <w:tblStylePr w:type="lastCol"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customStyle="1" w:styleId="LightGrid-Accent31">
    <w:name w:val="Light Grid - Accent 31"/>
    <w:basedOn w:val="TableNormal"/>
    <w:next w:val="LightGrid-Accent3"/>
    <w:uiPriority w:val="62"/>
    <w:rsid w:val="00172FDA"/>
    <w:pPr>
      <w:spacing w:after="0" w:line="240" w:lineRule="auto"/>
    </w:pPr>
    <w:rPr>
      <w:rFonts w:eastAsia="MS Mincho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libri" w:eastAsia="MS Gothic" w:hAnsi="Calibri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libri" w:eastAsia="MS Gothic" w:hAnsi="Calibri" w:cs="Times New Roman"/>
        <w:b/>
        <w:bCs/>
      </w:rPr>
    </w:tblStylePr>
    <w:tblStylePr w:type="lastCol"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customStyle="1" w:styleId="LightGrid-Accent41">
    <w:name w:val="Light Grid - Accent 41"/>
    <w:basedOn w:val="TableNormal"/>
    <w:next w:val="LightGrid-Accent4"/>
    <w:uiPriority w:val="62"/>
    <w:rsid w:val="00172FDA"/>
    <w:pPr>
      <w:spacing w:after="0" w:line="240" w:lineRule="auto"/>
    </w:pPr>
    <w:rPr>
      <w:rFonts w:eastAsia="MS Mincho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libri" w:eastAsia="MS Gothic" w:hAnsi="Calibri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libri" w:eastAsia="MS Gothic" w:hAnsi="Calibri" w:cs="Times New Roman"/>
        <w:b/>
        <w:bCs/>
      </w:rPr>
    </w:tblStylePr>
    <w:tblStylePr w:type="lastCol"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customStyle="1" w:styleId="LightGrid-Accent51">
    <w:name w:val="Light Grid - Accent 51"/>
    <w:basedOn w:val="TableNormal"/>
    <w:next w:val="LightGrid-Accent5"/>
    <w:uiPriority w:val="62"/>
    <w:rsid w:val="00172FDA"/>
    <w:pPr>
      <w:spacing w:after="0" w:line="240" w:lineRule="auto"/>
    </w:pPr>
    <w:rPr>
      <w:rFonts w:eastAsia="MS Mincho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libri" w:eastAsia="MS Gothic" w:hAnsi="Calibri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libri" w:eastAsia="MS Gothic" w:hAnsi="Calibri" w:cs="Times New Roman"/>
        <w:b/>
        <w:bCs/>
      </w:rPr>
    </w:tblStylePr>
    <w:tblStylePr w:type="lastCol"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customStyle="1" w:styleId="LightGrid-Accent61">
    <w:name w:val="Light Grid - Accent 61"/>
    <w:basedOn w:val="TableNormal"/>
    <w:next w:val="LightGrid-Accent6"/>
    <w:uiPriority w:val="62"/>
    <w:rsid w:val="00172FDA"/>
    <w:pPr>
      <w:spacing w:after="0" w:line="240" w:lineRule="auto"/>
    </w:pPr>
    <w:rPr>
      <w:rFonts w:eastAsia="MS Mincho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libri" w:eastAsia="MS Gothic" w:hAnsi="Calibri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libri" w:eastAsia="MS Gothic" w:hAnsi="Calibri" w:cs="Times New Roman"/>
        <w:b/>
        <w:bCs/>
      </w:rPr>
    </w:tblStylePr>
    <w:tblStylePr w:type="lastCol"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customStyle="1" w:styleId="MediumShading11">
    <w:name w:val="Medium Shading 11"/>
    <w:basedOn w:val="TableNormal"/>
    <w:next w:val="MediumShading1"/>
    <w:uiPriority w:val="63"/>
    <w:rsid w:val="00172FDA"/>
    <w:pPr>
      <w:spacing w:after="0" w:line="240" w:lineRule="auto"/>
    </w:pPr>
    <w:rPr>
      <w:rFonts w:eastAsia="MS Mincho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11">
    <w:name w:val="Medium Shading 1 - Accent 11"/>
    <w:basedOn w:val="TableNormal"/>
    <w:next w:val="MediumShading1-Accent1"/>
    <w:uiPriority w:val="63"/>
    <w:rsid w:val="00172FDA"/>
    <w:pPr>
      <w:spacing w:after="0" w:line="240" w:lineRule="auto"/>
    </w:pPr>
    <w:rPr>
      <w:rFonts w:eastAsia="MS Mincho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21">
    <w:name w:val="Medium Shading 1 - Accent 21"/>
    <w:basedOn w:val="TableNormal"/>
    <w:next w:val="MediumShading1-Accent2"/>
    <w:uiPriority w:val="63"/>
    <w:rsid w:val="00172FDA"/>
    <w:pPr>
      <w:spacing w:after="0" w:line="240" w:lineRule="auto"/>
    </w:pPr>
    <w:rPr>
      <w:rFonts w:eastAsia="MS Mincho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31">
    <w:name w:val="Medium Shading 1 - Accent 31"/>
    <w:basedOn w:val="TableNormal"/>
    <w:next w:val="MediumShading1-Accent3"/>
    <w:uiPriority w:val="63"/>
    <w:rsid w:val="00172FDA"/>
    <w:pPr>
      <w:spacing w:after="0" w:line="240" w:lineRule="auto"/>
    </w:pPr>
    <w:rPr>
      <w:rFonts w:eastAsia="MS Mincho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41">
    <w:name w:val="Medium Shading 1 - Accent 41"/>
    <w:basedOn w:val="TableNormal"/>
    <w:next w:val="MediumShading1-Accent4"/>
    <w:uiPriority w:val="63"/>
    <w:rsid w:val="00172FDA"/>
    <w:pPr>
      <w:spacing w:after="0" w:line="240" w:lineRule="auto"/>
    </w:pPr>
    <w:rPr>
      <w:rFonts w:eastAsia="MS Mincho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51">
    <w:name w:val="Medium Shading 1 - Accent 51"/>
    <w:basedOn w:val="TableNormal"/>
    <w:next w:val="MediumShading1-Accent5"/>
    <w:uiPriority w:val="63"/>
    <w:rsid w:val="00172FDA"/>
    <w:pPr>
      <w:spacing w:after="0" w:line="240" w:lineRule="auto"/>
    </w:pPr>
    <w:rPr>
      <w:rFonts w:eastAsia="MS Mincho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61">
    <w:name w:val="Medium Shading 1 - Accent 61"/>
    <w:basedOn w:val="TableNormal"/>
    <w:next w:val="MediumShading1-Accent6"/>
    <w:uiPriority w:val="63"/>
    <w:rsid w:val="00172FDA"/>
    <w:pPr>
      <w:spacing w:after="0" w:line="240" w:lineRule="auto"/>
    </w:pPr>
    <w:rPr>
      <w:rFonts w:eastAsia="MS Mincho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21">
    <w:name w:val="Medium Shading 21"/>
    <w:basedOn w:val="TableNormal"/>
    <w:next w:val="MediumShading2"/>
    <w:uiPriority w:val="64"/>
    <w:rsid w:val="00172FDA"/>
    <w:pPr>
      <w:spacing w:after="0" w:line="240" w:lineRule="auto"/>
    </w:pPr>
    <w:rPr>
      <w:rFonts w:eastAsia="MS Mincho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11">
    <w:name w:val="Medium Shading 2 - Accent 11"/>
    <w:basedOn w:val="TableNormal"/>
    <w:next w:val="MediumShading2-Accent1"/>
    <w:uiPriority w:val="64"/>
    <w:rsid w:val="00172FDA"/>
    <w:pPr>
      <w:spacing w:after="0" w:line="240" w:lineRule="auto"/>
    </w:pPr>
    <w:rPr>
      <w:rFonts w:eastAsia="MS Mincho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21">
    <w:name w:val="Medium Shading 2 - Accent 21"/>
    <w:basedOn w:val="TableNormal"/>
    <w:next w:val="MediumShading2-Accent2"/>
    <w:uiPriority w:val="64"/>
    <w:rsid w:val="00172FDA"/>
    <w:pPr>
      <w:spacing w:after="0" w:line="240" w:lineRule="auto"/>
    </w:pPr>
    <w:rPr>
      <w:rFonts w:eastAsia="MS Mincho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31">
    <w:name w:val="Medium Shading 2 - Accent 31"/>
    <w:basedOn w:val="TableNormal"/>
    <w:next w:val="MediumShading2-Accent3"/>
    <w:uiPriority w:val="64"/>
    <w:rsid w:val="00172FDA"/>
    <w:pPr>
      <w:spacing w:after="0" w:line="240" w:lineRule="auto"/>
    </w:pPr>
    <w:rPr>
      <w:rFonts w:eastAsia="MS Mincho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41">
    <w:name w:val="Medium Shading 2 - Accent 41"/>
    <w:basedOn w:val="TableNormal"/>
    <w:next w:val="MediumShading2-Accent4"/>
    <w:uiPriority w:val="64"/>
    <w:rsid w:val="00172FDA"/>
    <w:pPr>
      <w:spacing w:after="0" w:line="240" w:lineRule="auto"/>
    </w:pPr>
    <w:rPr>
      <w:rFonts w:eastAsia="MS Mincho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51">
    <w:name w:val="Medium Shading 2 - Accent 51"/>
    <w:basedOn w:val="TableNormal"/>
    <w:next w:val="MediumShading2-Accent5"/>
    <w:uiPriority w:val="64"/>
    <w:rsid w:val="00172FDA"/>
    <w:pPr>
      <w:spacing w:after="0" w:line="240" w:lineRule="auto"/>
    </w:pPr>
    <w:rPr>
      <w:rFonts w:eastAsia="MS Mincho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61">
    <w:name w:val="Medium Shading 2 - Accent 61"/>
    <w:basedOn w:val="TableNormal"/>
    <w:next w:val="MediumShading2-Accent6"/>
    <w:uiPriority w:val="64"/>
    <w:rsid w:val="00172FDA"/>
    <w:pPr>
      <w:spacing w:after="0" w:line="240" w:lineRule="auto"/>
    </w:pPr>
    <w:rPr>
      <w:rFonts w:eastAsia="MS Mincho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List11">
    <w:name w:val="Medium List 11"/>
    <w:basedOn w:val="TableNormal"/>
    <w:next w:val="MediumList1"/>
    <w:uiPriority w:val="65"/>
    <w:rsid w:val="00172FDA"/>
    <w:pPr>
      <w:spacing w:after="0" w:line="240" w:lineRule="auto"/>
    </w:pPr>
    <w:rPr>
      <w:rFonts w:eastAsia="MS Mincho"/>
      <w:color w:val="000000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libri" w:eastAsia="MS Gothic" w:hAnsi="Calibri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customStyle="1" w:styleId="MediumList1-Accent11">
    <w:name w:val="Medium List 1 - Accent 11"/>
    <w:basedOn w:val="TableNormal"/>
    <w:next w:val="MediumList1-Accent1"/>
    <w:uiPriority w:val="65"/>
    <w:rsid w:val="00172FDA"/>
    <w:pPr>
      <w:spacing w:after="0" w:line="240" w:lineRule="auto"/>
    </w:pPr>
    <w:rPr>
      <w:rFonts w:eastAsia="MS Mincho"/>
      <w:color w:val="000000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libri" w:eastAsia="MS Gothic" w:hAnsi="Calibri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customStyle="1" w:styleId="MediumList1-Accent21">
    <w:name w:val="Medium List 1 - Accent 21"/>
    <w:basedOn w:val="TableNormal"/>
    <w:next w:val="MediumList1-Accent2"/>
    <w:uiPriority w:val="65"/>
    <w:rsid w:val="00172FDA"/>
    <w:pPr>
      <w:spacing w:after="0" w:line="240" w:lineRule="auto"/>
    </w:pPr>
    <w:rPr>
      <w:rFonts w:eastAsia="MS Mincho"/>
      <w:color w:val="000000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libri" w:eastAsia="MS Gothic" w:hAnsi="Calibri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customStyle="1" w:styleId="MediumList1-Accent31">
    <w:name w:val="Medium List 1 - Accent 31"/>
    <w:basedOn w:val="TableNormal"/>
    <w:next w:val="MediumList1-Accent3"/>
    <w:uiPriority w:val="65"/>
    <w:rsid w:val="00172FDA"/>
    <w:pPr>
      <w:spacing w:after="0" w:line="240" w:lineRule="auto"/>
    </w:pPr>
    <w:rPr>
      <w:rFonts w:eastAsia="MS Mincho"/>
      <w:color w:val="000000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libri" w:eastAsia="MS Gothic" w:hAnsi="Calibri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customStyle="1" w:styleId="MediumList1-Accent41">
    <w:name w:val="Medium List 1 - Accent 41"/>
    <w:basedOn w:val="TableNormal"/>
    <w:next w:val="MediumList1-Accent4"/>
    <w:uiPriority w:val="65"/>
    <w:rsid w:val="00172FDA"/>
    <w:pPr>
      <w:spacing w:after="0" w:line="240" w:lineRule="auto"/>
    </w:pPr>
    <w:rPr>
      <w:rFonts w:eastAsia="MS Mincho"/>
      <w:color w:val="000000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libri" w:eastAsia="MS Gothic" w:hAnsi="Calibri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customStyle="1" w:styleId="MediumList1-Accent51">
    <w:name w:val="Medium List 1 - Accent 51"/>
    <w:basedOn w:val="TableNormal"/>
    <w:next w:val="MediumList1-Accent5"/>
    <w:uiPriority w:val="65"/>
    <w:rsid w:val="00172FDA"/>
    <w:pPr>
      <w:spacing w:after="0" w:line="240" w:lineRule="auto"/>
    </w:pPr>
    <w:rPr>
      <w:rFonts w:eastAsia="MS Mincho"/>
      <w:color w:val="000000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libri" w:eastAsia="MS Gothic" w:hAnsi="Calibri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customStyle="1" w:styleId="MediumList1-Accent61">
    <w:name w:val="Medium List 1 - Accent 61"/>
    <w:basedOn w:val="TableNormal"/>
    <w:next w:val="MediumList1-Accent6"/>
    <w:uiPriority w:val="65"/>
    <w:rsid w:val="00172FDA"/>
    <w:pPr>
      <w:spacing w:after="0" w:line="240" w:lineRule="auto"/>
    </w:pPr>
    <w:rPr>
      <w:rFonts w:eastAsia="MS Mincho"/>
      <w:color w:val="000000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libri" w:eastAsia="MS Gothic" w:hAnsi="Calibri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customStyle="1" w:styleId="MediumList21">
    <w:name w:val="Medium List 21"/>
    <w:basedOn w:val="TableNormal"/>
    <w:next w:val="MediumList2"/>
    <w:uiPriority w:val="66"/>
    <w:rsid w:val="00172FDA"/>
    <w:pPr>
      <w:spacing w:after="0" w:line="240" w:lineRule="auto"/>
    </w:pPr>
    <w:rPr>
      <w:rFonts w:ascii="Calibri" w:eastAsia="MS Gothic" w:hAnsi="Calibri" w:cs="Times New Roman"/>
      <w:color w:val="000000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-Accent11">
    <w:name w:val="Medium List 2 - Accent 11"/>
    <w:basedOn w:val="TableNormal"/>
    <w:next w:val="MediumList2-Accent1"/>
    <w:uiPriority w:val="66"/>
    <w:rsid w:val="00172FDA"/>
    <w:pPr>
      <w:spacing w:after="0" w:line="240" w:lineRule="auto"/>
    </w:pPr>
    <w:rPr>
      <w:rFonts w:ascii="Calibri" w:eastAsia="MS Gothic" w:hAnsi="Calibri" w:cs="Times New Roman"/>
      <w:color w:val="000000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-Accent21">
    <w:name w:val="Medium List 2 - Accent 21"/>
    <w:basedOn w:val="TableNormal"/>
    <w:next w:val="MediumList2-Accent2"/>
    <w:uiPriority w:val="66"/>
    <w:rsid w:val="00172FDA"/>
    <w:pPr>
      <w:spacing w:after="0" w:line="240" w:lineRule="auto"/>
    </w:pPr>
    <w:rPr>
      <w:rFonts w:ascii="Calibri" w:eastAsia="MS Gothic" w:hAnsi="Calibri" w:cs="Times New Roman"/>
      <w:color w:val="000000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-Accent31">
    <w:name w:val="Medium List 2 - Accent 31"/>
    <w:basedOn w:val="TableNormal"/>
    <w:next w:val="MediumList2-Accent3"/>
    <w:uiPriority w:val="66"/>
    <w:rsid w:val="00172FDA"/>
    <w:pPr>
      <w:spacing w:after="0" w:line="240" w:lineRule="auto"/>
    </w:pPr>
    <w:rPr>
      <w:rFonts w:ascii="Calibri" w:eastAsia="MS Gothic" w:hAnsi="Calibri" w:cs="Times New Roman"/>
      <w:color w:val="000000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-Accent41">
    <w:name w:val="Medium List 2 - Accent 41"/>
    <w:basedOn w:val="TableNormal"/>
    <w:next w:val="MediumList2-Accent4"/>
    <w:uiPriority w:val="66"/>
    <w:rsid w:val="00172FDA"/>
    <w:pPr>
      <w:spacing w:after="0" w:line="240" w:lineRule="auto"/>
    </w:pPr>
    <w:rPr>
      <w:rFonts w:ascii="Calibri" w:eastAsia="MS Gothic" w:hAnsi="Calibri" w:cs="Times New Roman"/>
      <w:color w:val="000000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-Accent51">
    <w:name w:val="Medium List 2 - Accent 51"/>
    <w:basedOn w:val="TableNormal"/>
    <w:next w:val="MediumList2-Accent5"/>
    <w:uiPriority w:val="66"/>
    <w:rsid w:val="00172FDA"/>
    <w:pPr>
      <w:spacing w:after="0" w:line="240" w:lineRule="auto"/>
    </w:pPr>
    <w:rPr>
      <w:rFonts w:ascii="Calibri" w:eastAsia="MS Gothic" w:hAnsi="Calibri" w:cs="Times New Roman"/>
      <w:color w:val="000000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-Accent61">
    <w:name w:val="Medium List 2 - Accent 61"/>
    <w:basedOn w:val="TableNormal"/>
    <w:next w:val="MediumList2-Accent6"/>
    <w:uiPriority w:val="66"/>
    <w:rsid w:val="00172FDA"/>
    <w:pPr>
      <w:spacing w:after="0" w:line="240" w:lineRule="auto"/>
    </w:pPr>
    <w:rPr>
      <w:rFonts w:ascii="Calibri" w:eastAsia="MS Gothic" w:hAnsi="Calibri" w:cs="Times New Roman"/>
      <w:color w:val="000000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Grid11">
    <w:name w:val="Medium Grid 11"/>
    <w:basedOn w:val="TableNormal"/>
    <w:next w:val="MediumGrid1"/>
    <w:uiPriority w:val="67"/>
    <w:rsid w:val="00172FDA"/>
    <w:pPr>
      <w:spacing w:after="0" w:line="240" w:lineRule="auto"/>
    </w:pPr>
    <w:rPr>
      <w:rFonts w:eastAsia="MS Mincho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customStyle="1" w:styleId="MediumGrid1-Accent11">
    <w:name w:val="Medium Grid 1 - Accent 11"/>
    <w:basedOn w:val="TableNormal"/>
    <w:next w:val="MediumGrid1-Accent1"/>
    <w:uiPriority w:val="67"/>
    <w:rsid w:val="00172FDA"/>
    <w:pPr>
      <w:spacing w:after="0" w:line="240" w:lineRule="auto"/>
    </w:pPr>
    <w:rPr>
      <w:rFonts w:eastAsia="MS Mincho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customStyle="1" w:styleId="MediumGrid1-Accent21">
    <w:name w:val="Medium Grid 1 - Accent 21"/>
    <w:basedOn w:val="TableNormal"/>
    <w:next w:val="MediumGrid1-Accent2"/>
    <w:uiPriority w:val="67"/>
    <w:rsid w:val="00172FDA"/>
    <w:pPr>
      <w:spacing w:after="0" w:line="240" w:lineRule="auto"/>
    </w:pPr>
    <w:rPr>
      <w:rFonts w:eastAsia="MS Mincho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customStyle="1" w:styleId="MediumGrid1-Accent31">
    <w:name w:val="Medium Grid 1 - Accent 31"/>
    <w:basedOn w:val="TableNormal"/>
    <w:next w:val="MediumGrid1-Accent3"/>
    <w:uiPriority w:val="67"/>
    <w:rsid w:val="00172FDA"/>
    <w:pPr>
      <w:spacing w:after="0" w:line="240" w:lineRule="auto"/>
    </w:pPr>
    <w:rPr>
      <w:rFonts w:eastAsia="MS Mincho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customStyle="1" w:styleId="MediumGrid1-Accent41">
    <w:name w:val="Medium Grid 1 - Accent 41"/>
    <w:basedOn w:val="TableNormal"/>
    <w:next w:val="MediumGrid1-Accent4"/>
    <w:uiPriority w:val="67"/>
    <w:rsid w:val="00172FDA"/>
    <w:pPr>
      <w:spacing w:after="0" w:line="240" w:lineRule="auto"/>
    </w:pPr>
    <w:rPr>
      <w:rFonts w:eastAsia="MS Mincho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customStyle="1" w:styleId="MediumGrid1-Accent51">
    <w:name w:val="Medium Grid 1 - Accent 51"/>
    <w:basedOn w:val="TableNormal"/>
    <w:next w:val="MediumGrid1-Accent5"/>
    <w:uiPriority w:val="67"/>
    <w:rsid w:val="00172FDA"/>
    <w:pPr>
      <w:spacing w:after="0" w:line="240" w:lineRule="auto"/>
    </w:pPr>
    <w:rPr>
      <w:rFonts w:eastAsia="MS Mincho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customStyle="1" w:styleId="MediumGrid1-Accent61">
    <w:name w:val="Medium Grid 1 - Accent 61"/>
    <w:basedOn w:val="TableNormal"/>
    <w:next w:val="MediumGrid1-Accent6"/>
    <w:uiPriority w:val="67"/>
    <w:rsid w:val="00172FDA"/>
    <w:pPr>
      <w:spacing w:after="0" w:line="240" w:lineRule="auto"/>
    </w:pPr>
    <w:rPr>
      <w:rFonts w:eastAsia="MS Mincho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customStyle="1" w:styleId="MediumGrid21">
    <w:name w:val="Medium Grid 21"/>
    <w:basedOn w:val="TableNormal"/>
    <w:next w:val="MediumGrid2"/>
    <w:uiPriority w:val="68"/>
    <w:rsid w:val="00172FDA"/>
    <w:pPr>
      <w:spacing w:after="0" w:line="240" w:lineRule="auto"/>
    </w:pPr>
    <w:rPr>
      <w:rFonts w:ascii="Calibri" w:eastAsia="MS Gothic" w:hAnsi="Calibri" w:cs="Times New Roman"/>
      <w:color w:val="000000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customStyle="1" w:styleId="MediumGrid2-Accent11">
    <w:name w:val="Medium Grid 2 - Accent 11"/>
    <w:basedOn w:val="TableNormal"/>
    <w:next w:val="MediumGrid2-Accent1"/>
    <w:uiPriority w:val="68"/>
    <w:rsid w:val="00172FDA"/>
    <w:pPr>
      <w:spacing w:after="0" w:line="240" w:lineRule="auto"/>
    </w:pPr>
    <w:rPr>
      <w:rFonts w:ascii="Calibri" w:eastAsia="MS Gothic" w:hAnsi="Calibri" w:cs="Times New Roman"/>
      <w:color w:val="000000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customStyle="1" w:styleId="MediumGrid2-Accent21">
    <w:name w:val="Medium Grid 2 - Accent 21"/>
    <w:basedOn w:val="TableNormal"/>
    <w:next w:val="MediumGrid2-Accent2"/>
    <w:uiPriority w:val="68"/>
    <w:rsid w:val="00172FDA"/>
    <w:pPr>
      <w:spacing w:after="0" w:line="240" w:lineRule="auto"/>
    </w:pPr>
    <w:rPr>
      <w:rFonts w:ascii="Calibri" w:eastAsia="MS Gothic" w:hAnsi="Calibri" w:cs="Times New Roman"/>
      <w:color w:val="000000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customStyle="1" w:styleId="MediumGrid2-Accent31">
    <w:name w:val="Medium Grid 2 - Accent 31"/>
    <w:basedOn w:val="TableNormal"/>
    <w:next w:val="MediumGrid2-Accent3"/>
    <w:uiPriority w:val="68"/>
    <w:rsid w:val="00172FDA"/>
    <w:pPr>
      <w:spacing w:after="0" w:line="240" w:lineRule="auto"/>
    </w:pPr>
    <w:rPr>
      <w:rFonts w:ascii="Calibri" w:eastAsia="MS Gothic" w:hAnsi="Calibri" w:cs="Times New Roman"/>
      <w:color w:val="000000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customStyle="1" w:styleId="MediumGrid2-Accent41">
    <w:name w:val="Medium Grid 2 - Accent 41"/>
    <w:basedOn w:val="TableNormal"/>
    <w:next w:val="MediumGrid2-Accent4"/>
    <w:uiPriority w:val="68"/>
    <w:rsid w:val="00172FDA"/>
    <w:pPr>
      <w:spacing w:after="0" w:line="240" w:lineRule="auto"/>
    </w:pPr>
    <w:rPr>
      <w:rFonts w:ascii="Calibri" w:eastAsia="MS Gothic" w:hAnsi="Calibri" w:cs="Times New Roman"/>
      <w:color w:val="000000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customStyle="1" w:styleId="MediumGrid2-Accent51">
    <w:name w:val="Medium Grid 2 - Accent 51"/>
    <w:basedOn w:val="TableNormal"/>
    <w:next w:val="MediumGrid2-Accent5"/>
    <w:uiPriority w:val="68"/>
    <w:rsid w:val="00172FDA"/>
    <w:pPr>
      <w:spacing w:after="0" w:line="240" w:lineRule="auto"/>
    </w:pPr>
    <w:rPr>
      <w:rFonts w:ascii="Calibri" w:eastAsia="MS Gothic" w:hAnsi="Calibri" w:cs="Times New Roman"/>
      <w:color w:val="000000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customStyle="1" w:styleId="MediumGrid2-Accent61">
    <w:name w:val="Medium Grid 2 - Accent 61"/>
    <w:basedOn w:val="TableNormal"/>
    <w:next w:val="MediumGrid2-Accent6"/>
    <w:uiPriority w:val="68"/>
    <w:rsid w:val="00172FDA"/>
    <w:pPr>
      <w:spacing w:after="0" w:line="240" w:lineRule="auto"/>
    </w:pPr>
    <w:rPr>
      <w:rFonts w:ascii="Calibri" w:eastAsia="MS Gothic" w:hAnsi="Calibri" w:cs="Times New Roman"/>
      <w:color w:val="000000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customStyle="1" w:styleId="MediumGrid31">
    <w:name w:val="Medium Grid 31"/>
    <w:basedOn w:val="TableNormal"/>
    <w:next w:val="MediumGrid3"/>
    <w:uiPriority w:val="69"/>
    <w:rsid w:val="00172FDA"/>
    <w:pPr>
      <w:spacing w:after="0" w:line="240" w:lineRule="auto"/>
    </w:pPr>
    <w:rPr>
      <w:rFonts w:eastAsia="MS Mincho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customStyle="1" w:styleId="MediumGrid3-Accent11">
    <w:name w:val="Medium Grid 3 - Accent 11"/>
    <w:basedOn w:val="TableNormal"/>
    <w:next w:val="MediumGrid3-Accent1"/>
    <w:uiPriority w:val="69"/>
    <w:rsid w:val="00172FDA"/>
    <w:pPr>
      <w:spacing w:after="0" w:line="240" w:lineRule="auto"/>
    </w:pPr>
    <w:rPr>
      <w:rFonts w:eastAsia="MS Mincho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customStyle="1" w:styleId="MediumGrid3-Accent21">
    <w:name w:val="Medium Grid 3 - Accent 21"/>
    <w:basedOn w:val="TableNormal"/>
    <w:next w:val="MediumGrid3-Accent2"/>
    <w:uiPriority w:val="69"/>
    <w:rsid w:val="00172FDA"/>
    <w:pPr>
      <w:spacing w:after="0" w:line="240" w:lineRule="auto"/>
    </w:pPr>
    <w:rPr>
      <w:rFonts w:eastAsia="MS Mincho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customStyle="1" w:styleId="MediumGrid3-Accent31">
    <w:name w:val="Medium Grid 3 - Accent 31"/>
    <w:basedOn w:val="TableNormal"/>
    <w:next w:val="MediumGrid3-Accent3"/>
    <w:uiPriority w:val="69"/>
    <w:rsid w:val="00172FDA"/>
    <w:pPr>
      <w:spacing w:after="0" w:line="240" w:lineRule="auto"/>
    </w:pPr>
    <w:rPr>
      <w:rFonts w:eastAsia="MS Mincho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customStyle="1" w:styleId="MediumGrid3-Accent41">
    <w:name w:val="Medium Grid 3 - Accent 41"/>
    <w:basedOn w:val="TableNormal"/>
    <w:next w:val="MediumGrid3-Accent4"/>
    <w:uiPriority w:val="69"/>
    <w:rsid w:val="00172FDA"/>
    <w:pPr>
      <w:spacing w:after="0" w:line="240" w:lineRule="auto"/>
    </w:pPr>
    <w:rPr>
      <w:rFonts w:eastAsia="MS Mincho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customStyle="1" w:styleId="MediumGrid3-Accent51">
    <w:name w:val="Medium Grid 3 - Accent 51"/>
    <w:basedOn w:val="TableNormal"/>
    <w:next w:val="MediumGrid3-Accent5"/>
    <w:uiPriority w:val="69"/>
    <w:rsid w:val="00172FDA"/>
    <w:pPr>
      <w:spacing w:after="0" w:line="240" w:lineRule="auto"/>
    </w:pPr>
    <w:rPr>
      <w:rFonts w:eastAsia="MS Mincho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customStyle="1" w:styleId="MediumGrid3-Accent61">
    <w:name w:val="Medium Grid 3 - Accent 61"/>
    <w:basedOn w:val="TableNormal"/>
    <w:next w:val="MediumGrid3-Accent6"/>
    <w:uiPriority w:val="69"/>
    <w:rsid w:val="00172FDA"/>
    <w:pPr>
      <w:spacing w:after="0" w:line="240" w:lineRule="auto"/>
    </w:pPr>
    <w:rPr>
      <w:rFonts w:eastAsia="MS Mincho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customStyle="1" w:styleId="DarkList1">
    <w:name w:val="Dark List1"/>
    <w:basedOn w:val="TableNormal"/>
    <w:next w:val="DarkList"/>
    <w:uiPriority w:val="70"/>
    <w:rsid w:val="00172FDA"/>
    <w:pPr>
      <w:spacing w:after="0" w:line="240" w:lineRule="auto"/>
    </w:pPr>
    <w:rPr>
      <w:rFonts w:eastAsia="MS Mincho"/>
      <w:color w:val="FFFFFF"/>
      <w:kern w:val="0"/>
      <w:sz w:val="22"/>
      <w:szCs w:val="22"/>
      <w:lang w:val="en-US"/>
      <w14:ligatures w14:val="none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customStyle="1" w:styleId="DarkList-Accent11">
    <w:name w:val="Dark List - Accent 11"/>
    <w:basedOn w:val="TableNormal"/>
    <w:next w:val="DarkList-Accent1"/>
    <w:uiPriority w:val="70"/>
    <w:rsid w:val="00172FDA"/>
    <w:pPr>
      <w:spacing w:after="0" w:line="240" w:lineRule="auto"/>
    </w:pPr>
    <w:rPr>
      <w:rFonts w:eastAsia="MS Mincho"/>
      <w:color w:val="FFFFFF"/>
      <w:kern w:val="0"/>
      <w:sz w:val="22"/>
      <w:szCs w:val="22"/>
      <w:lang w:val="en-US"/>
      <w14:ligatures w14:val="none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customStyle="1" w:styleId="DarkList-Accent21">
    <w:name w:val="Dark List - Accent 21"/>
    <w:basedOn w:val="TableNormal"/>
    <w:next w:val="DarkList-Accent2"/>
    <w:uiPriority w:val="70"/>
    <w:rsid w:val="00172FDA"/>
    <w:pPr>
      <w:spacing w:after="0" w:line="240" w:lineRule="auto"/>
    </w:pPr>
    <w:rPr>
      <w:rFonts w:eastAsia="MS Mincho"/>
      <w:color w:val="FFFFFF"/>
      <w:kern w:val="0"/>
      <w:sz w:val="22"/>
      <w:szCs w:val="22"/>
      <w:lang w:val="en-US"/>
      <w14:ligatures w14:val="none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customStyle="1" w:styleId="DarkList-Accent31">
    <w:name w:val="Dark List - Accent 31"/>
    <w:basedOn w:val="TableNormal"/>
    <w:next w:val="DarkList-Accent3"/>
    <w:uiPriority w:val="70"/>
    <w:rsid w:val="00172FDA"/>
    <w:pPr>
      <w:spacing w:after="0" w:line="240" w:lineRule="auto"/>
    </w:pPr>
    <w:rPr>
      <w:rFonts w:eastAsia="MS Mincho"/>
      <w:color w:val="FFFFFF"/>
      <w:kern w:val="0"/>
      <w:sz w:val="22"/>
      <w:szCs w:val="22"/>
      <w:lang w:val="en-US"/>
      <w14:ligatures w14:val="none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customStyle="1" w:styleId="DarkList-Accent41">
    <w:name w:val="Dark List - Accent 41"/>
    <w:basedOn w:val="TableNormal"/>
    <w:next w:val="DarkList-Accent4"/>
    <w:uiPriority w:val="70"/>
    <w:rsid w:val="00172FDA"/>
    <w:pPr>
      <w:spacing w:after="0" w:line="240" w:lineRule="auto"/>
    </w:pPr>
    <w:rPr>
      <w:rFonts w:eastAsia="MS Mincho"/>
      <w:color w:val="FFFFFF"/>
      <w:kern w:val="0"/>
      <w:sz w:val="22"/>
      <w:szCs w:val="22"/>
      <w:lang w:val="en-US"/>
      <w14:ligatures w14:val="none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customStyle="1" w:styleId="DarkList-Accent51">
    <w:name w:val="Dark List - Accent 51"/>
    <w:basedOn w:val="TableNormal"/>
    <w:next w:val="DarkList-Accent5"/>
    <w:uiPriority w:val="70"/>
    <w:rsid w:val="00172FDA"/>
    <w:pPr>
      <w:spacing w:after="0" w:line="240" w:lineRule="auto"/>
    </w:pPr>
    <w:rPr>
      <w:rFonts w:eastAsia="MS Mincho"/>
      <w:color w:val="FFFFFF"/>
      <w:kern w:val="0"/>
      <w:sz w:val="22"/>
      <w:szCs w:val="22"/>
      <w:lang w:val="en-US"/>
      <w14:ligatures w14:val="none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customStyle="1" w:styleId="DarkList-Accent61">
    <w:name w:val="Dark List - Accent 61"/>
    <w:basedOn w:val="TableNormal"/>
    <w:next w:val="DarkList-Accent6"/>
    <w:uiPriority w:val="70"/>
    <w:rsid w:val="00172FDA"/>
    <w:pPr>
      <w:spacing w:after="0" w:line="240" w:lineRule="auto"/>
    </w:pPr>
    <w:rPr>
      <w:rFonts w:eastAsia="MS Mincho"/>
      <w:color w:val="FFFFFF"/>
      <w:kern w:val="0"/>
      <w:sz w:val="22"/>
      <w:szCs w:val="22"/>
      <w:lang w:val="en-US"/>
      <w14:ligatures w14:val="none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customStyle="1" w:styleId="ColourfulShading1">
    <w:name w:val="Colourful Shading1"/>
    <w:basedOn w:val="TableNormal"/>
    <w:next w:val="ColorfulShading"/>
    <w:uiPriority w:val="71"/>
    <w:rsid w:val="00172FDA"/>
    <w:pPr>
      <w:spacing w:after="0" w:line="240" w:lineRule="auto"/>
    </w:pPr>
    <w:rPr>
      <w:rFonts w:eastAsia="MS Mincho"/>
      <w:color w:val="000000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ColourfulShadingAccent11">
    <w:name w:val="Colourful Shading – Accent 11"/>
    <w:basedOn w:val="TableNormal"/>
    <w:next w:val="ColorfulShading-Accent1"/>
    <w:uiPriority w:val="71"/>
    <w:rsid w:val="00172FDA"/>
    <w:pPr>
      <w:spacing w:after="0" w:line="240" w:lineRule="auto"/>
    </w:pPr>
    <w:rPr>
      <w:rFonts w:eastAsia="MS Mincho"/>
      <w:color w:val="000000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ColourfulShadingAccent21">
    <w:name w:val="Colourful Shading – Accent 21"/>
    <w:basedOn w:val="TableNormal"/>
    <w:next w:val="ColorfulShading-Accent2"/>
    <w:uiPriority w:val="71"/>
    <w:rsid w:val="00172FDA"/>
    <w:pPr>
      <w:spacing w:after="0" w:line="240" w:lineRule="auto"/>
    </w:pPr>
    <w:rPr>
      <w:rFonts w:eastAsia="MS Mincho"/>
      <w:color w:val="000000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ColourfulShadingAccent31">
    <w:name w:val="Colourful Shading – Accent 31"/>
    <w:basedOn w:val="TableNormal"/>
    <w:next w:val="ColorfulShading-Accent3"/>
    <w:uiPriority w:val="71"/>
    <w:rsid w:val="00172FDA"/>
    <w:pPr>
      <w:spacing w:after="0" w:line="240" w:lineRule="auto"/>
    </w:pPr>
    <w:rPr>
      <w:rFonts w:eastAsia="MS Mincho"/>
      <w:color w:val="000000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customStyle="1" w:styleId="ColourfulShadingAccent41">
    <w:name w:val="Colourful Shading – Accent 41"/>
    <w:basedOn w:val="TableNormal"/>
    <w:next w:val="ColorfulShading-Accent4"/>
    <w:uiPriority w:val="71"/>
    <w:rsid w:val="00172FDA"/>
    <w:pPr>
      <w:spacing w:after="0" w:line="240" w:lineRule="auto"/>
    </w:pPr>
    <w:rPr>
      <w:rFonts w:eastAsia="MS Mincho"/>
      <w:color w:val="000000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ColourfulShadingAccent51">
    <w:name w:val="Colourful Shading – Accent 51"/>
    <w:basedOn w:val="TableNormal"/>
    <w:next w:val="ColorfulShading-Accent5"/>
    <w:uiPriority w:val="71"/>
    <w:rsid w:val="00172FDA"/>
    <w:pPr>
      <w:spacing w:after="0" w:line="240" w:lineRule="auto"/>
    </w:pPr>
    <w:rPr>
      <w:rFonts w:eastAsia="MS Mincho"/>
      <w:color w:val="000000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ColourfulShadingAccent61">
    <w:name w:val="Colourful Shading – Accent 61"/>
    <w:basedOn w:val="TableNormal"/>
    <w:next w:val="ColorfulShading-Accent6"/>
    <w:uiPriority w:val="71"/>
    <w:rsid w:val="00172FDA"/>
    <w:pPr>
      <w:spacing w:after="0" w:line="240" w:lineRule="auto"/>
    </w:pPr>
    <w:rPr>
      <w:rFonts w:eastAsia="MS Mincho"/>
      <w:color w:val="000000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ColourfulList1">
    <w:name w:val="Colourful List1"/>
    <w:basedOn w:val="TableNormal"/>
    <w:next w:val="ColorfulList"/>
    <w:uiPriority w:val="72"/>
    <w:rsid w:val="00172FDA"/>
    <w:pPr>
      <w:spacing w:after="0" w:line="240" w:lineRule="auto"/>
    </w:pPr>
    <w:rPr>
      <w:rFonts w:eastAsia="MS Mincho"/>
      <w:color w:val="000000"/>
      <w:kern w:val="0"/>
      <w:sz w:val="22"/>
      <w:szCs w:val="22"/>
      <w:lang w:val="en-US"/>
      <w14:ligatures w14:val="none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customStyle="1" w:styleId="ColourfulListAccent11">
    <w:name w:val="Colourful List – Accent 11"/>
    <w:basedOn w:val="TableNormal"/>
    <w:next w:val="ColorfulList-Accent1"/>
    <w:uiPriority w:val="72"/>
    <w:rsid w:val="00172FDA"/>
    <w:pPr>
      <w:spacing w:after="0" w:line="240" w:lineRule="auto"/>
    </w:pPr>
    <w:rPr>
      <w:rFonts w:eastAsia="MS Mincho"/>
      <w:color w:val="000000"/>
      <w:kern w:val="0"/>
      <w:sz w:val="22"/>
      <w:szCs w:val="22"/>
      <w:lang w:val="en-US"/>
      <w14:ligatures w14:val="none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customStyle="1" w:styleId="ColourfulListAccent21">
    <w:name w:val="Colourful List – Accent 21"/>
    <w:basedOn w:val="TableNormal"/>
    <w:next w:val="ColorfulList-Accent2"/>
    <w:uiPriority w:val="72"/>
    <w:rsid w:val="00172FDA"/>
    <w:pPr>
      <w:spacing w:after="0" w:line="240" w:lineRule="auto"/>
    </w:pPr>
    <w:rPr>
      <w:rFonts w:eastAsia="MS Mincho"/>
      <w:color w:val="000000"/>
      <w:kern w:val="0"/>
      <w:sz w:val="22"/>
      <w:szCs w:val="22"/>
      <w:lang w:val="en-US"/>
      <w14:ligatures w14:val="none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customStyle="1" w:styleId="ColourfulListAccent31">
    <w:name w:val="Colourful List – Accent 31"/>
    <w:basedOn w:val="TableNormal"/>
    <w:next w:val="ColorfulList-Accent3"/>
    <w:uiPriority w:val="72"/>
    <w:rsid w:val="00172FDA"/>
    <w:pPr>
      <w:spacing w:after="0" w:line="240" w:lineRule="auto"/>
    </w:pPr>
    <w:rPr>
      <w:rFonts w:eastAsia="MS Mincho"/>
      <w:color w:val="000000"/>
      <w:kern w:val="0"/>
      <w:sz w:val="22"/>
      <w:szCs w:val="22"/>
      <w:lang w:val="en-US"/>
      <w14:ligatures w14:val="none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customStyle="1" w:styleId="ColourfulListAccent41">
    <w:name w:val="Colourful List – Accent 41"/>
    <w:basedOn w:val="TableNormal"/>
    <w:next w:val="ColorfulList-Accent4"/>
    <w:uiPriority w:val="72"/>
    <w:rsid w:val="00172FDA"/>
    <w:pPr>
      <w:spacing w:after="0" w:line="240" w:lineRule="auto"/>
    </w:pPr>
    <w:rPr>
      <w:rFonts w:eastAsia="MS Mincho"/>
      <w:color w:val="000000"/>
      <w:kern w:val="0"/>
      <w:sz w:val="22"/>
      <w:szCs w:val="22"/>
      <w:lang w:val="en-US"/>
      <w14:ligatures w14:val="none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customStyle="1" w:styleId="ColourfulListAccent51">
    <w:name w:val="Colourful List – Accent 51"/>
    <w:basedOn w:val="TableNormal"/>
    <w:next w:val="ColorfulList-Accent5"/>
    <w:uiPriority w:val="72"/>
    <w:rsid w:val="00172FDA"/>
    <w:pPr>
      <w:spacing w:after="0" w:line="240" w:lineRule="auto"/>
    </w:pPr>
    <w:rPr>
      <w:rFonts w:eastAsia="MS Mincho"/>
      <w:color w:val="000000"/>
      <w:kern w:val="0"/>
      <w:sz w:val="22"/>
      <w:szCs w:val="22"/>
      <w:lang w:val="en-US"/>
      <w14:ligatures w14:val="none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customStyle="1" w:styleId="ColourfulListAccent61">
    <w:name w:val="Colourful List – Accent 61"/>
    <w:basedOn w:val="TableNormal"/>
    <w:next w:val="ColorfulList-Accent6"/>
    <w:uiPriority w:val="72"/>
    <w:rsid w:val="00172FDA"/>
    <w:pPr>
      <w:spacing w:after="0" w:line="240" w:lineRule="auto"/>
    </w:pPr>
    <w:rPr>
      <w:rFonts w:eastAsia="MS Mincho"/>
      <w:color w:val="000000"/>
      <w:kern w:val="0"/>
      <w:sz w:val="22"/>
      <w:szCs w:val="22"/>
      <w:lang w:val="en-US"/>
      <w14:ligatures w14:val="none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customStyle="1" w:styleId="ColourfulGrid1">
    <w:name w:val="Colourful Grid1"/>
    <w:basedOn w:val="TableNormal"/>
    <w:next w:val="ColorfulGrid"/>
    <w:uiPriority w:val="73"/>
    <w:rsid w:val="00172FDA"/>
    <w:pPr>
      <w:spacing w:after="0" w:line="240" w:lineRule="auto"/>
    </w:pPr>
    <w:rPr>
      <w:rFonts w:eastAsia="MS Mincho"/>
      <w:color w:val="000000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customStyle="1" w:styleId="ColourfulGridAccent11">
    <w:name w:val="Colourful Grid – Accent 11"/>
    <w:basedOn w:val="TableNormal"/>
    <w:next w:val="ColorfulGrid-Accent1"/>
    <w:uiPriority w:val="73"/>
    <w:rsid w:val="00172FDA"/>
    <w:pPr>
      <w:spacing w:after="0" w:line="240" w:lineRule="auto"/>
    </w:pPr>
    <w:rPr>
      <w:rFonts w:eastAsia="MS Mincho"/>
      <w:color w:val="000000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customStyle="1" w:styleId="ColourfulGridAccent21">
    <w:name w:val="Colourful Grid – Accent 21"/>
    <w:basedOn w:val="TableNormal"/>
    <w:next w:val="ColorfulGrid-Accent2"/>
    <w:uiPriority w:val="73"/>
    <w:rsid w:val="00172FDA"/>
    <w:pPr>
      <w:spacing w:after="0" w:line="240" w:lineRule="auto"/>
    </w:pPr>
    <w:rPr>
      <w:rFonts w:eastAsia="MS Mincho"/>
      <w:color w:val="000000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customStyle="1" w:styleId="ColourfulGridAccent31">
    <w:name w:val="Colourful Grid – Accent 31"/>
    <w:basedOn w:val="TableNormal"/>
    <w:next w:val="ColorfulGrid-Accent3"/>
    <w:uiPriority w:val="73"/>
    <w:rsid w:val="00172FDA"/>
    <w:pPr>
      <w:spacing w:after="0" w:line="240" w:lineRule="auto"/>
    </w:pPr>
    <w:rPr>
      <w:rFonts w:eastAsia="MS Mincho"/>
      <w:color w:val="000000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customStyle="1" w:styleId="ColourfulGridAccent41">
    <w:name w:val="Colourful Grid – Accent 41"/>
    <w:basedOn w:val="TableNormal"/>
    <w:next w:val="ColorfulGrid-Accent4"/>
    <w:uiPriority w:val="73"/>
    <w:rsid w:val="00172FDA"/>
    <w:pPr>
      <w:spacing w:after="0" w:line="240" w:lineRule="auto"/>
    </w:pPr>
    <w:rPr>
      <w:rFonts w:eastAsia="MS Mincho"/>
      <w:color w:val="000000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customStyle="1" w:styleId="ColourfulGridAccent51">
    <w:name w:val="Colourful Grid – Accent 51"/>
    <w:basedOn w:val="TableNormal"/>
    <w:next w:val="ColorfulGrid-Accent5"/>
    <w:uiPriority w:val="73"/>
    <w:rsid w:val="00172FDA"/>
    <w:pPr>
      <w:spacing w:after="0" w:line="240" w:lineRule="auto"/>
    </w:pPr>
    <w:rPr>
      <w:rFonts w:eastAsia="MS Mincho"/>
      <w:color w:val="000000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customStyle="1" w:styleId="ColourfulGridAccent61">
    <w:name w:val="Colourful Grid – Accent 61"/>
    <w:basedOn w:val="TableNormal"/>
    <w:next w:val="ColorfulGrid-Accent6"/>
    <w:uiPriority w:val="73"/>
    <w:rsid w:val="00172FDA"/>
    <w:pPr>
      <w:spacing w:after="0" w:line="240" w:lineRule="auto"/>
    </w:pPr>
    <w:rPr>
      <w:rFonts w:eastAsia="MS Mincho"/>
      <w:color w:val="000000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paragraph" w:styleId="CommentText">
    <w:name w:val="annotation text"/>
    <w:basedOn w:val="Normal"/>
    <w:link w:val="CommentTextChar"/>
    <w:uiPriority w:val="99"/>
    <w:semiHidden/>
    <w:unhideWhenUsed/>
    <w:rsid w:val="00172FDA"/>
    <w:pPr>
      <w:spacing w:after="200" w:line="240" w:lineRule="auto"/>
    </w:pPr>
    <w:rPr>
      <w:rFonts w:eastAsia="MS Mincho"/>
      <w:kern w:val="0"/>
      <w:sz w:val="20"/>
      <w:szCs w:val="20"/>
      <w:lang w:val="en-US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72FDA"/>
    <w:rPr>
      <w:rFonts w:eastAsia="MS Mincho"/>
      <w:kern w:val="0"/>
      <w:sz w:val="20"/>
      <w:szCs w:val="20"/>
      <w:lang w:val="en-US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172FDA"/>
    <w:rPr>
      <w:sz w:val="16"/>
      <w:szCs w:val="16"/>
    </w:rPr>
  </w:style>
  <w:style w:type="paragraph" w:customStyle="1" w:styleId="BalloonText1">
    <w:name w:val="Balloon Text1"/>
    <w:basedOn w:val="Normal"/>
    <w:next w:val="BalloonText"/>
    <w:link w:val="BalloonTextChar"/>
    <w:uiPriority w:val="99"/>
    <w:semiHidden/>
    <w:unhideWhenUsed/>
    <w:rsid w:val="00172FDA"/>
    <w:pPr>
      <w:spacing w:after="0" w:line="240" w:lineRule="auto"/>
    </w:pPr>
    <w:rPr>
      <w:rFonts w:ascii="Segoe UI" w:eastAsia="Cambria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1"/>
    <w:uiPriority w:val="99"/>
    <w:semiHidden/>
    <w:rsid w:val="00172FDA"/>
    <w:rPr>
      <w:rFonts w:ascii="Segoe UI" w:eastAsia="Cambria" w:hAnsi="Segoe UI" w:cs="Segoe UI"/>
      <w:sz w:val="18"/>
      <w:szCs w:val="18"/>
    </w:rPr>
  </w:style>
  <w:style w:type="character" w:customStyle="1" w:styleId="font12">
    <w:name w:val="font12"/>
    <w:basedOn w:val="DefaultParagraphFont"/>
    <w:rsid w:val="00172FDA"/>
  </w:style>
  <w:style w:type="numbering" w:customStyle="1" w:styleId="NoList11">
    <w:name w:val="No List11"/>
    <w:next w:val="NoList"/>
    <w:uiPriority w:val="99"/>
    <w:semiHidden/>
    <w:unhideWhenUsed/>
    <w:rsid w:val="00172FDA"/>
  </w:style>
  <w:style w:type="character" w:styleId="FootnoteReference">
    <w:name w:val="footnote reference"/>
    <w:basedOn w:val="DefaultParagraphFont"/>
    <w:rsid w:val="00172FDA"/>
    <w:rPr>
      <w:vertAlign w:val="superscript"/>
    </w:rPr>
  </w:style>
  <w:style w:type="character" w:customStyle="1" w:styleId="FootnoteTextChar">
    <w:name w:val="Footnote Text Char"/>
    <w:basedOn w:val="DefaultParagraphFont"/>
    <w:link w:val="FootnoteText"/>
    <w:rsid w:val="00172FDA"/>
    <w:rPr>
      <w:rFonts w:eastAsia="Times New Roman"/>
    </w:rPr>
  </w:style>
  <w:style w:type="paragraph" w:customStyle="1" w:styleId="FootnoteText1">
    <w:name w:val="Footnote Text1"/>
    <w:basedOn w:val="Normal"/>
    <w:next w:val="FootnoteText"/>
    <w:rsid w:val="00172FDA"/>
    <w:pPr>
      <w:spacing w:after="0" w:line="240" w:lineRule="auto"/>
    </w:pPr>
    <w:rPr>
      <w:rFonts w:eastAsia="Times New Roman"/>
      <w:kern w:val="0"/>
      <w:sz w:val="22"/>
      <w:szCs w:val="22"/>
      <w:lang w:val="en-US"/>
      <w14:ligatures w14:val="none"/>
    </w:rPr>
  </w:style>
  <w:style w:type="character" w:customStyle="1" w:styleId="FootnoteTextChar1">
    <w:name w:val="Footnote Text Char1"/>
    <w:basedOn w:val="DefaultParagraphFont"/>
    <w:uiPriority w:val="99"/>
    <w:semiHidden/>
    <w:rsid w:val="00172FDA"/>
    <w:rPr>
      <w:sz w:val="20"/>
      <w:szCs w:val="20"/>
    </w:rPr>
  </w:style>
  <w:style w:type="character" w:customStyle="1" w:styleId="TextnotdesubsolCaracter1">
    <w:name w:val="Text notă de subsol Caracter1"/>
    <w:basedOn w:val="DefaultParagraphFont"/>
    <w:uiPriority w:val="99"/>
    <w:semiHidden/>
    <w:rsid w:val="00172FDA"/>
    <w:rPr>
      <w:sz w:val="20"/>
      <w:szCs w:val="20"/>
    </w:rPr>
  </w:style>
  <w:style w:type="character" w:customStyle="1" w:styleId="BodyTextIndent2CharCharChar">
    <w:name w:val="Body Text Indent 2 Char Char Char"/>
    <w:basedOn w:val="DefaultParagraphFont"/>
    <w:link w:val="BodyTextIndent2CharChar"/>
    <w:rsid w:val="00172FDA"/>
    <w:rPr>
      <w:rFonts w:eastAsia="Times New Roman"/>
    </w:rPr>
  </w:style>
  <w:style w:type="paragraph" w:customStyle="1" w:styleId="BodyTextIndent2CharChar">
    <w:name w:val="Body Text Indent 2 Char Char"/>
    <w:basedOn w:val="Normal"/>
    <w:link w:val="BodyTextIndent2CharCharChar"/>
    <w:rsid w:val="00172FDA"/>
    <w:pPr>
      <w:spacing w:after="120" w:line="480" w:lineRule="auto"/>
      <w:ind w:left="283"/>
    </w:pPr>
    <w:rPr>
      <w:rFonts w:eastAsia="Times New Roman"/>
    </w:rPr>
  </w:style>
  <w:style w:type="character" w:customStyle="1" w:styleId="BodyTextIndentCharCharChar">
    <w:name w:val="Body Text Indent Char Char Char"/>
    <w:basedOn w:val="DefaultParagraphFont"/>
    <w:link w:val="BodyTextIndentCharChar"/>
    <w:rsid w:val="00172FDA"/>
    <w:rPr>
      <w:rFonts w:eastAsia="Times New Roman"/>
    </w:rPr>
  </w:style>
  <w:style w:type="paragraph" w:customStyle="1" w:styleId="BodyTextIndentCharChar">
    <w:name w:val="Body Text Indent Char Char"/>
    <w:basedOn w:val="Normal"/>
    <w:link w:val="BodyTextIndentCharCharChar"/>
    <w:rsid w:val="00172FDA"/>
    <w:pPr>
      <w:spacing w:after="120" w:line="240" w:lineRule="auto"/>
      <w:ind w:left="283"/>
    </w:pPr>
    <w:rPr>
      <w:rFonts w:eastAsia="Times New Roman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172FDA"/>
    <w:rPr>
      <w:rFonts w:eastAsia="Times New Roman"/>
      <w:sz w:val="20"/>
      <w:szCs w:val="20"/>
    </w:rPr>
  </w:style>
  <w:style w:type="paragraph" w:customStyle="1" w:styleId="BodyTextIndent1">
    <w:name w:val="Body Text Indent1"/>
    <w:basedOn w:val="Normal"/>
    <w:next w:val="BodyTextIndent"/>
    <w:uiPriority w:val="99"/>
    <w:semiHidden/>
    <w:unhideWhenUsed/>
    <w:rsid w:val="00172FDA"/>
    <w:pPr>
      <w:spacing w:after="120" w:line="240" w:lineRule="auto"/>
      <w:ind w:left="283"/>
    </w:pPr>
    <w:rPr>
      <w:rFonts w:eastAsia="Times New Roman"/>
      <w:kern w:val="0"/>
      <w:sz w:val="20"/>
      <w:szCs w:val="20"/>
      <w:lang w:val="en-US"/>
      <w14:ligatures w14:val="none"/>
    </w:rPr>
  </w:style>
  <w:style w:type="character" w:customStyle="1" w:styleId="BodyTextIndentChar1">
    <w:name w:val="Body Text Indent Char1"/>
    <w:basedOn w:val="DefaultParagraphFont"/>
    <w:uiPriority w:val="99"/>
    <w:semiHidden/>
    <w:rsid w:val="00172FDA"/>
  </w:style>
  <w:style w:type="character" w:customStyle="1" w:styleId="IndentcorptextCaracter1">
    <w:name w:val="Indent corp text Caracter1"/>
    <w:basedOn w:val="DefaultParagraphFont"/>
    <w:uiPriority w:val="99"/>
    <w:semiHidden/>
    <w:rsid w:val="00172FDA"/>
  </w:style>
  <w:style w:type="character" w:customStyle="1" w:styleId="BodyTextIndent2Char">
    <w:name w:val="Body Text Indent 2 Char"/>
    <w:basedOn w:val="DefaultParagraphFont"/>
    <w:link w:val="BodyTextIndent2"/>
    <w:rsid w:val="00172FDA"/>
    <w:rPr>
      <w:rFonts w:eastAsia="Times New Roman"/>
      <w:sz w:val="20"/>
      <w:szCs w:val="20"/>
    </w:rPr>
  </w:style>
  <w:style w:type="paragraph" w:customStyle="1" w:styleId="BodyTextIndent21">
    <w:name w:val="Body Text Indent 21"/>
    <w:basedOn w:val="Normal"/>
    <w:next w:val="BodyTextIndent2"/>
    <w:unhideWhenUsed/>
    <w:rsid w:val="00172FDA"/>
    <w:pPr>
      <w:spacing w:after="120" w:line="480" w:lineRule="auto"/>
      <w:ind w:left="283"/>
    </w:pPr>
    <w:rPr>
      <w:rFonts w:eastAsia="Times New Roman"/>
      <w:kern w:val="0"/>
      <w:sz w:val="20"/>
      <w:szCs w:val="20"/>
      <w:lang w:val="en-US"/>
      <w14:ligatures w14:val="none"/>
    </w:rPr>
  </w:style>
  <w:style w:type="character" w:customStyle="1" w:styleId="BodyTextIndent2Char1">
    <w:name w:val="Body Text Indent 2 Char1"/>
    <w:basedOn w:val="DefaultParagraphFont"/>
    <w:uiPriority w:val="99"/>
    <w:semiHidden/>
    <w:rsid w:val="00172FDA"/>
  </w:style>
  <w:style w:type="character" w:customStyle="1" w:styleId="Indentcorptext2Caracter1">
    <w:name w:val="Indent corp text 2 Caracter1"/>
    <w:basedOn w:val="DefaultParagraphFont"/>
    <w:uiPriority w:val="99"/>
    <w:semiHidden/>
    <w:rsid w:val="00172FDA"/>
  </w:style>
  <w:style w:type="paragraph" w:styleId="BodyTextIndent3">
    <w:name w:val="Body Text Indent 3"/>
    <w:basedOn w:val="Normal"/>
    <w:link w:val="BodyTextIndent3Char"/>
    <w:uiPriority w:val="99"/>
    <w:unhideWhenUsed/>
    <w:rsid w:val="00172FDA"/>
    <w:pPr>
      <w:spacing w:after="120" w:line="240" w:lineRule="auto"/>
      <w:ind w:left="283"/>
    </w:pPr>
    <w:rPr>
      <w:rFonts w:ascii="Times New Roman" w:eastAsia="Times New Roman" w:hAnsi="Times New Roman" w:cs="Times New Roman"/>
      <w:kern w:val="0"/>
      <w:sz w:val="16"/>
      <w:szCs w:val="16"/>
      <w:lang w:val="en-US"/>
      <w14:ligatures w14:val="none"/>
    </w:rPr>
  </w:style>
  <w:style w:type="character" w:customStyle="1" w:styleId="BodyTextIndent3Char">
    <w:name w:val="Body Text Indent 3 Char"/>
    <w:basedOn w:val="DefaultParagraphFont"/>
    <w:link w:val="BodyTextIndent3"/>
    <w:uiPriority w:val="99"/>
    <w:rsid w:val="00172FDA"/>
    <w:rPr>
      <w:rFonts w:ascii="Times New Roman" w:eastAsia="Times New Roman" w:hAnsi="Times New Roman" w:cs="Times New Roman"/>
      <w:kern w:val="0"/>
      <w:sz w:val="16"/>
      <w:szCs w:val="16"/>
      <w:lang w:val="en-US"/>
      <w14:ligatures w14:val="none"/>
    </w:rPr>
  </w:style>
  <w:style w:type="character" w:customStyle="1" w:styleId="entryname1">
    <w:name w:val="entryname1"/>
    <w:basedOn w:val="DefaultParagraphFont"/>
    <w:rsid w:val="00172FDA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172FDA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172FDA"/>
    <w:rPr>
      <w:smallCaps/>
      <w:color w:val="5A5A5A" w:themeColor="text1" w:themeTint="A5"/>
    </w:rPr>
  </w:style>
  <w:style w:type="table" w:styleId="LightShading">
    <w:name w:val="Light Shading"/>
    <w:basedOn w:val="TableNormal"/>
    <w:uiPriority w:val="60"/>
    <w:semiHidden/>
    <w:unhideWhenUsed/>
    <w:rsid w:val="00172FDA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172FDA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8" w:space="0" w:color="156082" w:themeColor="accent1"/>
        <w:bottom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6082" w:themeColor="accent1"/>
          <w:left w:val="nil"/>
          <w:bottom w:val="single" w:sz="8" w:space="0" w:color="156082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6082" w:themeColor="accent1"/>
          <w:left w:val="nil"/>
          <w:bottom w:val="single" w:sz="8" w:space="0" w:color="156082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172FDA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8" w:space="0" w:color="E97132" w:themeColor="accent2"/>
        <w:bottom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97132" w:themeColor="accent2"/>
          <w:left w:val="nil"/>
          <w:bottom w:val="single" w:sz="8" w:space="0" w:color="E97132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97132" w:themeColor="accent2"/>
          <w:left w:val="nil"/>
          <w:bottom w:val="single" w:sz="8" w:space="0" w:color="E97132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172FDA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8" w:space="0" w:color="196B24" w:themeColor="accent3"/>
        <w:bottom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96B24" w:themeColor="accent3"/>
          <w:left w:val="nil"/>
          <w:bottom w:val="single" w:sz="8" w:space="0" w:color="196B24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96B24" w:themeColor="accent3"/>
          <w:left w:val="nil"/>
          <w:bottom w:val="single" w:sz="8" w:space="0" w:color="196B24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172FDA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8" w:space="0" w:color="0F9ED5" w:themeColor="accent4"/>
        <w:bottom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9ED5" w:themeColor="accent4"/>
          <w:left w:val="nil"/>
          <w:bottom w:val="single" w:sz="8" w:space="0" w:color="0F9ED5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9ED5" w:themeColor="accent4"/>
          <w:left w:val="nil"/>
          <w:bottom w:val="single" w:sz="8" w:space="0" w:color="0F9ED5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172FDA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8" w:space="0" w:color="A02B93" w:themeColor="accent5"/>
        <w:bottom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2B93" w:themeColor="accent5"/>
          <w:left w:val="nil"/>
          <w:bottom w:val="single" w:sz="8" w:space="0" w:color="A02B93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2B93" w:themeColor="accent5"/>
          <w:left w:val="nil"/>
          <w:bottom w:val="single" w:sz="8" w:space="0" w:color="A02B93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172FDA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8" w:space="0" w:color="4EA72E" w:themeColor="accent6"/>
        <w:bottom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EA72E" w:themeColor="accent6"/>
          <w:left w:val="nil"/>
          <w:bottom w:val="single" w:sz="8" w:space="0" w:color="4EA72E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EA72E" w:themeColor="accent6"/>
          <w:left w:val="nil"/>
          <w:bottom w:val="single" w:sz="8" w:space="0" w:color="4EA72E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</w:style>
  <w:style w:type="table" w:styleId="LightList">
    <w:name w:val="Light List"/>
    <w:basedOn w:val="TableNormal"/>
    <w:uiPriority w:val="61"/>
    <w:semiHidden/>
    <w:unhideWhenUsed/>
    <w:rsid w:val="00172FDA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172FDA"/>
    <w:pPr>
      <w:spacing w:after="0" w:line="240" w:lineRule="auto"/>
    </w:p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band1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172FDA"/>
    <w:pPr>
      <w:spacing w:after="0" w:line="240" w:lineRule="auto"/>
    </w:p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band1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172FDA"/>
    <w:pPr>
      <w:spacing w:after="0" w:line="240" w:lineRule="auto"/>
    </w:p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band1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172FDA"/>
    <w:pPr>
      <w:spacing w:after="0" w:line="240" w:lineRule="auto"/>
    </w:p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band1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172FDA"/>
    <w:pPr>
      <w:spacing w:after="0" w:line="240" w:lineRule="auto"/>
    </w:p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band1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172FDA"/>
    <w:pPr>
      <w:spacing w:after="0" w:line="240" w:lineRule="auto"/>
    </w:p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band1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</w:style>
  <w:style w:type="table" w:styleId="LightGrid">
    <w:name w:val="Light Grid"/>
    <w:basedOn w:val="TableNormal"/>
    <w:uiPriority w:val="62"/>
    <w:semiHidden/>
    <w:unhideWhenUsed/>
    <w:rsid w:val="00172FDA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172FDA"/>
    <w:pPr>
      <w:spacing w:after="0" w:line="240" w:lineRule="auto"/>
    </w:p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  <w:insideH w:val="single" w:sz="8" w:space="0" w:color="156082" w:themeColor="accent1"/>
        <w:insideV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18" w:space="0" w:color="156082" w:themeColor="accent1"/>
          <w:right w:val="single" w:sz="8" w:space="0" w:color="156082" w:themeColor="accent1"/>
          <w:insideH w:val="nil"/>
          <w:insideV w:val="single" w:sz="8" w:space="0" w:color="156082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H w:val="nil"/>
          <w:insideV w:val="single" w:sz="8" w:space="0" w:color="156082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band1Vert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  <w:shd w:val="clear" w:color="auto" w:fill="B2DEF2" w:themeFill="accent1" w:themeFillTint="3F"/>
      </w:tcPr>
    </w:tblStylePr>
    <w:tblStylePr w:type="band1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V w:val="single" w:sz="8" w:space="0" w:color="156082" w:themeColor="accent1"/>
        </w:tcBorders>
        <w:shd w:val="clear" w:color="auto" w:fill="B2DEF2" w:themeFill="accent1" w:themeFillTint="3F"/>
      </w:tcPr>
    </w:tblStylePr>
    <w:tblStylePr w:type="band2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V w:val="single" w:sz="8" w:space="0" w:color="156082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172FDA"/>
    <w:pPr>
      <w:spacing w:after="0" w:line="240" w:lineRule="auto"/>
    </w:p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  <w:insideH w:val="single" w:sz="8" w:space="0" w:color="E97132" w:themeColor="accent2"/>
        <w:insideV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18" w:space="0" w:color="E97132" w:themeColor="accent2"/>
          <w:right w:val="single" w:sz="8" w:space="0" w:color="E97132" w:themeColor="accent2"/>
          <w:insideH w:val="nil"/>
          <w:insideV w:val="single" w:sz="8" w:space="0" w:color="E97132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H w:val="nil"/>
          <w:insideV w:val="single" w:sz="8" w:space="0" w:color="E97132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band1Vert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  <w:shd w:val="clear" w:color="auto" w:fill="F9DBCC" w:themeFill="accent2" w:themeFillTint="3F"/>
      </w:tcPr>
    </w:tblStylePr>
    <w:tblStylePr w:type="band1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V w:val="single" w:sz="8" w:space="0" w:color="E97132" w:themeColor="accent2"/>
        </w:tcBorders>
        <w:shd w:val="clear" w:color="auto" w:fill="F9DBCC" w:themeFill="accent2" w:themeFillTint="3F"/>
      </w:tcPr>
    </w:tblStylePr>
    <w:tblStylePr w:type="band2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V w:val="single" w:sz="8" w:space="0" w:color="E97132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172FDA"/>
    <w:pPr>
      <w:spacing w:after="0" w:line="240" w:lineRule="auto"/>
    </w:p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  <w:insideH w:val="single" w:sz="8" w:space="0" w:color="196B24" w:themeColor="accent3"/>
        <w:insideV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18" w:space="0" w:color="196B24" w:themeColor="accent3"/>
          <w:right w:val="single" w:sz="8" w:space="0" w:color="196B24" w:themeColor="accent3"/>
          <w:insideH w:val="nil"/>
          <w:insideV w:val="single" w:sz="8" w:space="0" w:color="196B24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H w:val="nil"/>
          <w:insideV w:val="single" w:sz="8" w:space="0" w:color="196B24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band1Vert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  <w:shd w:val="clear" w:color="auto" w:fill="B3EDBA" w:themeFill="accent3" w:themeFillTint="3F"/>
      </w:tcPr>
    </w:tblStylePr>
    <w:tblStylePr w:type="band1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V w:val="single" w:sz="8" w:space="0" w:color="196B24" w:themeColor="accent3"/>
        </w:tcBorders>
        <w:shd w:val="clear" w:color="auto" w:fill="B3EDBA" w:themeFill="accent3" w:themeFillTint="3F"/>
      </w:tcPr>
    </w:tblStylePr>
    <w:tblStylePr w:type="band2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V w:val="single" w:sz="8" w:space="0" w:color="196B24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172FDA"/>
    <w:pPr>
      <w:spacing w:after="0" w:line="240" w:lineRule="auto"/>
    </w:p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  <w:insideH w:val="single" w:sz="8" w:space="0" w:color="0F9ED5" w:themeColor="accent4"/>
        <w:insideV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18" w:space="0" w:color="0F9ED5" w:themeColor="accent4"/>
          <w:right w:val="single" w:sz="8" w:space="0" w:color="0F9ED5" w:themeColor="accent4"/>
          <w:insideH w:val="nil"/>
          <w:insideV w:val="single" w:sz="8" w:space="0" w:color="0F9ED5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H w:val="nil"/>
          <w:insideV w:val="single" w:sz="8" w:space="0" w:color="0F9ED5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band1Vert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  <w:shd w:val="clear" w:color="auto" w:fill="BDE9FA" w:themeFill="accent4" w:themeFillTint="3F"/>
      </w:tcPr>
    </w:tblStylePr>
    <w:tblStylePr w:type="band1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V w:val="single" w:sz="8" w:space="0" w:color="0F9ED5" w:themeColor="accent4"/>
        </w:tcBorders>
        <w:shd w:val="clear" w:color="auto" w:fill="BDE9FA" w:themeFill="accent4" w:themeFillTint="3F"/>
      </w:tcPr>
    </w:tblStylePr>
    <w:tblStylePr w:type="band2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V w:val="single" w:sz="8" w:space="0" w:color="0F9ED5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172FDA"/>
    <w:pPr>
      <w:spacing w:after="0" w:line="240" w:lineRule="auto"/>
    </w:p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  <w:insideH w:val="single" w:sz="8" w:space="0" w:color="A02B93" w:themeColor="accent5"/>
        <w:insideV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18" w:space="0" w:color="A02B93" w:themeColor="accent5"/>
          <w:right w:val="single" w:sz="8" w:space="0" w:color="A02B93" w:themeColor="accent5"/>
          <w:insideH w:val="nil"/>
          <w:insideV w:val="single" w:sz="8" w:space="0" w:color="A02B93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H w:val="nil"/>
          <w:insideV w:val="single" w:sz="8" w:space="0" w:color="A02B93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band1Vert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  <w:shd w:val="clear" w:color="auto" w:fill="EFC3E9" w:themeFill="accent5" w:themeFillTint="3F"/>
      </w:tcPr>
    </w:tblStylePr>
    <w:tblStylePr w:type="band1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V w:val="single" w:sz="8" w:space="0" w:color="A02B93" w:themeColor="accent5"/>
        </w:tcBorders>
        <w:shd w:val="clear" w:color="auto" w:fill="EFC3E9" w:themeFill="accent5" w:themeFillTint="3F"/>
      </w:tcPr>
    </w:tblStylePr>
    <w:tblStylePr w:type="band2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V w:val="single" w:sz="8" w:space="0" w:color="A02B93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172FDA"/>
    <w:pPr>
      <w:spacing w:after="0" w:line="240" w:lineRule="auto"/>
    </w:p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  <w:insideH w:val="single" w:sz="8" w:space="0" w:color="4EA72E" w:themeColor="accent6"/>
        <w:insideV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18" w:space="0" w:color="4EA72E" w:themeColor="accent6"/>
          <w:right w:val="single" w:sz="8" w:space="0" w:color="4EA72E" w:themeColor="accent6"/>
          <w:insideH w:val="nil"/>
          <w:insideV w:val="single" w:sz="8" w:space="0" w:color="4EA72E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H w:val="nil"/>
          <w:insideV w:val="single" w:sz="8" w:space="0" w:color="4EA72E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band1Vert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  <w:shd w:val="clear" w:color="auto" w:fill="D0EFC5" w:themeFill="accent6" w:themeFillTint="3F"/>
      </w:tcPr>
    </w:tblStylePr>
    <w:tblStylePr w:type="band1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V w:val="single" w:sz="8" w:space="0" w:color="4EA72E" w:themeColor="accent6"/>
        </w:tcBorders>
        <w:shd w:val="clear" w:color="auto" w:fill="D0EFC5" w:themeFill="accent6" w:themeFillTint="3F"/>
      </w:tcPr>
    </w:tblStylePr>
    <w:tblStylePr w:type="band2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V w:val="single" w:sz="8" w:space="0" w:color="4EA72E" w:themeColor="accent6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172FDA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172FDA"/>
    <w:pPr>
      <w:spacing w:after="0" w:line="240" w:lineRule="auto"/>
    </w:pPr>
    <w:tblPr>
      <w:tblStyleRowBandSize w:val="1"/>
      <w:tblStyleColBandSize w:val="1"/>
      <w:tblBorders>
        <w:top w:val="single" w:sz="8" w:space="0" w:color="2198CF" w:themeColor="accent1" w:themeTint="BF"/>
        <w:left w:val="single" w:sz="8" w:space="0" w:color="2198CF" w:themeColor="accent1" w:themeTint="BF"/>
        <w:bottom w:val="single" w:sz="8" w:space="0" w:color="2198CF" w:themeColor="accent1" w:themeTint="BF"/>
        <w:right w:val="single" w:sz="8" w:space="0" w:color="2198CF" w:themeColor="accent1" w:themeTint="BF"/>
        <w:insideH w:val="single" w:sz="8" w:space="0" w:color="2198C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198CF" w:themeColor="accent1" w:themeTint="BF"/>
          <w:left w:val="single" w:sz="8" w:space="0" w:color="2198CF" w:themeColor="accent1" w:themeTint="BF"/>
          <w:bottom w:val="single" w:sz="8" w:space="0" w:color="2198CF" w:themeColor="accent1" w:themeTint="BF"/>
          <w:right w:val="single" w:sz="8" w:space="0" w:color="2198CF" w:themeColor="accent1" w:themeTint="BF"/>
          <w:insideH w:val="nil"/>
          <w:insideV w:val="nil"/>
        </w:tcBorders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198CF" w:themeColor="accent1" w:themeTint="BF"/>
          <w:left w:val="single" w:sz="8" w:space="0" w:color="2198CF" w:themeColor="accent1" w:themeTint="BF"/>
          <w:bottom w:val="single" w:sz="8" w:space="0" w:color="2198CF" w:themeColor="accent1" w:themeTint="BF"/>
          <w:right w:val="single" w:sz="8" w:space="0" w:color="2198C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DEF2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2DEF2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172FDA"/>
    <w:pPr>
      <w:spacing w:after="0" w:line="240" w:lineRule="auto"/>
    </w:pPr>
    <w:tblPr>
      <w:tblStyleRowBandSize w:val="1"/>
      <w:tblStyleColBandSize w:val="1"/>
      <w:tblBorders>
        <w:top w:val="single" w:sz="8" w:space="0" w:color="EE9465" w:themeColor="accent2" w:themeTint="BF"/>
        <w:left w:val="single" w:sz="8" w:space="0" w:color="EE9465" w:themeColor="accent2" w:themeTint="BF"/>
        <w:bottom w:val="single" w:sz="8" w:space="0" w:color="EE9465" w:themeColor="accent2" w:themeTint="BF"/>
        <w:right w:val="single" w:sz="8" w:space="0" w:color="EE9465" w:themeColor="accent2" w:themeTint="BF"/>
        <w:insideH w:val="single" w:sz="8" w:space="0" w:color="EE9465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E9465" w:themeColor="accent2" w:themeTint="BF"/>
          <w:left w:val="single" w:sz="8" w:space="0" w:color="EE9465" w:themeColor="accent2" w:themeTint="BF"/>
          <w:bottom w:val="single" w:sz="8" w:space="0" w:color="EE9465" w:themeColor="accent2" w:themeTint="BF"/>
          <w:right w:val="single" w:sz="8" w:space="0" w:color="EE9465" w:themeColor="accent2" w:themeTint="BF"/>
          <w:insideH w:val="nil"/>
          <w:insideV w:val="nil"/>
        </w:tcBorders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E9465" w:themeColor="accent2" w:themeTint="BF"/>
          <w:left w:val="single" w:sz="8" w:space="0" w:color="EE9465" w:themeColor="accent2" w:themeTint="BF"/>
          <w:bottom w:val="single" w:sz="8" w:space="0" w:color="EE9465" w:themeColor="accent2" w:themeTint="BF"/>
          <w:right w:val="single" w:sz="8" w:space="0" w:color="EE9465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DBCC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9DBCC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172FDA"/>
    <w:pPr>
      <w:spacing w:after="0" w:line="240" w:lineRule="auto"/>
    </w:pPr>
    <w:tblPr>
      <w:tblStyleRowBandSize w:val="1"/>
      <w:tblStyleColBandSize w:val="1"/>
      <w:tblBorders>
        <w:top w:val="single" w:sz="8" w:space="0" w:color="2BB73D" w:themeColor="accent3" w:themeTint="BF"/>
        <w:left w:val="single" w:sz="8" w:space="0" w:color="2BB73D" w:themeColor="accent3" w:themeTint="BF"/>
        <w:bottom w:val="single" w:sz="8" w:space="0" w:color="2BB73D" w:themeColor="accent3" w:themeTint="BF"/>
        <w:right w:val="single" w:sz="8" w:space="0" w:color="2BB73D" w:themeColor="accent3" w:themeTint="BF"/>
        <w:insideH w:val="single" w:sz="8" w:space="0" w:color="2BB73D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BB73D" w:themeColor="accent3" w:themeTint="BF"/>
          <w:left w:val="single" w:sz="8" w:space="0" w:color="2BB73D" w:themeColor="accent3" w:themeTint="BF"/>
          <w:bottom w:val="single" w:sz="8" w:space="0" w:color="2BB73D" w:themeColor="accent3" w:themeTint="BF"/>
          <w:right w:val="single" w:sz="8" w:space="0" w:color="2BB73D" w:themeColor="accent3" w:themeTint="BF"/>
          <w:insideH w:val="nil"/>
          <w:insideV w:val="nil"/>
        </w:tcBorders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BB73D" w:themeColor="accent3" w:themeTint="BF"/>
          <w:left w:val="single" w:sz="8" w:space="0" w:color="2BB73D" w:themeColor="accent3" w:themeTint="BF"/>
          <w:bottom w:val="single" w:sz="8" w:space="0" w:color="2BB73D" w:themeColor="accent3" w:themeTint="BF"/>
          <w:right w:val="single" w:sz="8" w:space="0" w:color="2BB73D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3EDBA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3EDBA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172FDA"/>
    <w:pPr>
      <w:spacing w:after="0" w:line="240" w:lineRule="auto"/>
    </w:pPr>
    <w:tblPr>
      <w:tblStyleRowBandSize w:val="1"/>
      <w:tblStyleColBandSize w:val="1"/>
      <w:tblBorders>
        <w:top w:val="single" w:sz="8" w:space="0" w:color="39BEF1" w:themeColor="accent4" w:themeTint="BF"/>
        <w:left w:val="single" w:sz="8" w:space="0" w:color="39BEF1" w:themeColor="accent4" w:themeTint="BF"/>
        <w:bottom w:val="single" w:sz="8" w:space="0" w:color="39BEF1" w:themeColor="accent4" w:themeTint="BF"/>
        <w:right w:val="single" w:sz="8" w:space="0" w:color="39BEF1" w:themeColor="accent4" w:themeTint="BF"/>
        <w:insideH w:val="single" w:sz="8" w:space="0" w:color="39BEF1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39BEF1" w:themeColor="accent4" w:themeTint="BF"/>
          <w:left w:val="single" w:sz="8" w:space="0" w:color="39BEF1" w:themeColor="accent4" w:themeTint="BF"/>
          <w:bottom w:val="single" w:sz="8" w:space="0" w:color="39BEF1" w:themeColor="accent4" w:themeTint="BF"/>
          <w:right w:val="single" w:sz="8" w:space="0" w:color="39BEF1" w:themeColor="accent4" w:themeTint="BF"/>
          <w:insideH w:val="nil"/>
          <w:insideV w:val="nil"/>
        </w:tcBorders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9BEF1" w:themeColor="accent4" w:themeTint="BF"/>
          <w:left w:val="single" w:sz="8" w:space="0" w:color="39BEF1" w:themeColor="accent4" w:themeTint="BF"/>
          <w:bottom w:val="single" w:sz="8" w:space="0" w:color="39BEF1" w:themeColor="accent4" w:themeTint="BF"/>
          <w:right w:val="single" w:sz="8" w:space="0" w:color="39BEF1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DE9FA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DE9FA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172FDA"/>
    <w:pPr>
      <w:spacing w:after="0" w:line="240" w:lineRule="auto"/>
    </w:pPr>
    <w:tblPr>
      <w:tblStyleRowBandSize w:val="1"/>
      <w:tblStyleColBandSize w:val="1"/>
      <w:tblBorders>
        <w:top w:val="single" w:sz="8" w:space="0" w:color="CE49BF" w:themeColor="accent5" w:themeTint="BF"/>
        <w:left w:val="single" w:sz="8" w:space="0" w:color="CE49BF" w:themeColor="accent5" w:themeTint="BF"/>
        <w:bottom w:val="single" w:sz="8" w:space="0" w:color="CE49BF" w:themeColor="accent5" w:themeTint="BF"/>
        <w:right w:val="single" w:sz="8" w:space="0" w:color="CE49BF" w:themeColor="accent5" w:themeTint="BF"/>
        <w:insideH w:val="single" w:sz="8" w:space="0" w:color="CE49B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E49BF" w:themeColor="accent5" w:themeTint="BF"/>
          <w:left w:val="single" w:sz="8" w:space="0" w:color="CE49BF" w:themeColor="accent5" w:themeTint="BF"/>
          <w:bottom w:val="single" w:sz="8" w:space="0" w:color="CE49BF" w:themeColor="accent5" w:themeTint="BF"/>
          <w:right w:val="single" w:sz="8" w:space="0" w:color="CE49BF" w:themeColor="accent5" w:themeTint="BF"/>
          <w:insideH w:val="nil"/>
          <w:insideV w:val="nil"/>
        </w:tcBorders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E49BF" w:themeColor="accent5" w:themeTint="BF"/>
          <w:left w:val="single" w:sz="8" w:space="0" w:color="CE49BF" w:themeColor="accent5" w:themeTint="BF"/>
          <w:bottom w:val="single" w:sz="8" w:space="0" w:color="CE49BF" w:themeColor="accent5" w:themeTint="BF"/>
          <w:right w:val="single" w:sz="8" w:space="0" w:color="CE49B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C3E9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C3E9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172FDA"/>
    <w:pPr>
      <w:spacing w:after="0" w:line="240" w:lineRule="auto"/>
    </w:pPr>
    <w:tblPr>
      <w:tblStyleRowBandSize w:val="1"/>
      <w:tblStyleColBandSize w:val="1"/>
      <w:tblBorders>
        <w:top w:val="single" w:sz="8" w:space="0" w:color="71CF50" w:themeColor="accent6" w:themeTint="BF"/>
        <w:left w:val="single" w:sz="8" w:space="0" w:color="71CF50" w:themeColor="accent6" w:themeTint="BF"/>
        <w:bottom w:val="single" w:sz="8" w:space="0" w:color="71CF50" w:themeColor="accent6" w:themeTint="BF"/>
        <w:right w:val="single" w:sz="8" w:space="0" w:color="71CF50" w:themeColor="accent6" w:themeTint="BF"/>
        <w:insideH w:val="single" w:sz="8" w:space="0" w:color="71CF50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1CF50" w:themeColor="accent6" w:themeTint="BF"/>
          <w:left w:val="single" w:sz="8" w:space="0" w:color="71CF50" w:themeColor="accent6" w:themeTint="BF"/>
          <w:bottom w:val="single" w:sz="8" w:space="0" w:color="71CF50" w:themeColor="accent6" w:themeTint="BF"/>
          <w:right w:val="single" w:sz="8" w:space="0" w:color="71CF50" w:themeColor="accent6" w:themeTint="BF"/>
          <w:insideH w:val="nil"/>
          <w:insideV w:val="nil"/>
        </w:tcBorders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CF50" w:themeColor="accent6" w:themeTint="BF"/>
          <w:left w:val="single" w:sz="8" w:space="0" w:color="71CF50" w:themeColor="accent6" w:themeTint="BF"/>
          <w:bottom w:val="single" w:sz="8" w:space="0" w:color="71CF50" w:themeColor="accent6" w:themeTint="BF"/>
          <w:right w:val="single" w:sz="8" w:space="0" w:color="71CF5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FC5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EFC5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172FDA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172FDA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608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56082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172FDA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9713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97132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172FDA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96B24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96B24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172FDA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F9ED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F9ED5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172FDA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02B93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02B93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172FDA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EA72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EA72E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semiHidden/>
    <w:unhideWhenUsed/>
    <w:rsid w:val="00172FD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172FD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bottom w:val="single" w:sz="8" w:space="0" w:color="156082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56082" w:themeColor="accent1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156082" w:themeColor="accent1"/>
          <w:bottom w:val="single" w:sz="8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56082" w:themeColor="accent1"/>
          <w:bottom w:val="single" w:sz="8" w:space="0" w:color="156082" w:themeColor="accent1"/>
        </w:tcBorders>
      </w:tcPr>
    </w:tblStylePr>
    <w:tblStylePr w:type="band1Vert">
      <w:tblPr/>
      <w:tcPr>
        <w:shd w:val="clear" w:color="auto" w:fill="B2DEF2" w:themeFill="accent1" w:themeFillTint="3F"/>
      </w:tcPr>
    </w:tblStylePr>
    <w:tblStylePr w:type="band1Horz">
      <w:tblPr/>
      <w:tcPr>
        <w:shd w:val="clear" w:color="auto" w:fill="B2DEF2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172FD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bottom w:val="single" w:sz="8" w:space="0" w:color="E97132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97132" w:themeColor="accent2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E97132" w:themeColor="accent2"/>
          <w:bottom w:val="single" w:sz="8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97132" w:themeColor="accent2"/>
          <w:bottom w:val="single" w:sz="8" w:space="0" w:color="E97132" w:themeColor="accent2"/>
        </w:tcBorders>
      </w:tcPr>
    </w:tblStylePr>
    <w:tblStylePr w:type="band1Vert">
      <w:tblPr/>
      <w:tcPr>
        <w:shd w:val="clear" w:color="auto" w:fill="F9DBCC" w:themeFill="accent2" w:themeFillTint="3F"/>
      </w:tcPr>
    </w:tblStylePr>
    <w:tblStylePr w:type="band1Horz">
      <w:tblPr/>
      <w:tcPr>
        <w:shd w:val="clear" w:color="auto" w:fill="F9DBCC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172FD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bottom w:val="single" w:sz="8" w:space="0" w:color="196B24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96B24" w:themeColor="accent3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196B24" w:themeColor="accent3"/>
          <w:bottom w:val="single" w:sz="8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96B24" w:themeColor="accent3"/>
          <w:bottom w:val="single" w:sz="8" w:space="0" w:color="196B24" w:themeColor="accent3"/>
        </w:tcBorders>
      </w:tcPr>
    </w:tblStylePr>
    <w:tblStylePr w:type="band1Vert">
      <w:tblPr/>
      <w:tcPr>
        <w:shd w:val="clear" w:color="auto" w:fill="B3EDBA" w:themeFill="accent3" w:themeFillTint="3F"/>
      </w:tcPr>
    </w:tblStylePr>
    <w:tblStylePr w:type="band1Horz">
      <w:tblPr/>
      <w:tcPr>
        <w:shd w:val="clear" w:color="auto" w:fill="B3EDBA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172FD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bottom w:val="single" w:sz="8" w:space="0" w:color="0F9ED5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F9ED5" w:themeColor="accent4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0F9ED5" w:themeColor="accent4"/>
          <w:bottom w:val="single" w:sz="8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F9ED5" w:themeColor="accent4"/>
          <w:bottom w:val="single" w:sz="8" w:space="0" w:color="0F9ED5" w:themeColor="accent4"/>
        </w:tcBorders>
      </w:tcPr>
    </w:tblStylePr>
    <w:tblStylePr w:type="band1Vert">
      <w:tblPr/>
      <w:tcPr>
        <w:shd w:val="clear" w:color="auto" w:fill="BDE9FA" w:themeFill="accent4" w:themeFillTint="3F"/>
      </w:tcPr>
    </w:tblStylePr>
    <w:tblStylePr w:type="band1Horz">
      <w:tblPr/>
      <w:tcPr>
        <w:shd w:val="clear" w:color="auto" w:fill="BDE9FA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172FD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bottom w:val="single" w:sz="8" w:space="0" w:color="A02B93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02B93" w:themeColor="accent5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A02B93" w:themeColor="accent5"/>
          <w:bottom w:val="single" w:sz="8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02B93" w:themeColor="accent5"/>
          <w:bottom w:val="single" w:sz="8" w:space="0" w:color="A02B93" w:themeColor="accent5"/>
        </w:tcBorders>
      </w:tcPr>
    </w:tblStylePr>
    <w:tblStylePr w:type="band1Vert">
      <w:tblPr/>
      <w:tcPr>
        <w:shd w:val="clear" w:color="auto" w:fill="EFC3E9" w:themeFill="accent5" w:themeFillTint="3F"/>
      </w:tcPr>
    </w:tblStylePr>
    <w:tblStylePr w:type="band1Horz">
      <w:tblPr/>
      <w:tcPr>
        <w:shd w:val="clear" w:color="auto" w:fill="EFC3E9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172FD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bottom w:val="single" w:sz="8" w:space="0" w:color="4EA72E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EA72E" w:themeColor="accent6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4EA72E" w:themeColor="accent6"/>
          <w:bottom w:val="single" w:sz="8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EA72E" w:themeColor="accent6"/>
          <w:bottom w:val="single" w:sz="8" w:space="0" w:color="4EA72E" w:themeColor="accent6"/>
        </w:tcBorders>
      </w:tcPr>
    </w:tblStylePr>
    <w:tblStylePr w:type="band1Vert">
      <w:tblPr/>
      <w:tcPr>
        <w:shd w:val="clear" w:color="auto" w:fill="D0EFC5" w:themeFill="accent6" w:themeFillTint="3F"/>
      </w:tcPr>
    </w:tblStylePr>
    <w:tblStylePr w:type="band1Horz">
      <w:tblPr/>
      <w:tcPr>
        <w:shd w:val="clear" w:color="auto" w:fill="D0EFC5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172FDA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172FDA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56082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56082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56082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56082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2DEF2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172FDA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97132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97132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97132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9DBCC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172FDA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96B2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96B24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96B24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96B24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3EDBA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172FDA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F9ED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F9ED5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F9ED5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F9ED5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DE9FA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172FDA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02B9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02B93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02B93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02B93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C3E9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172FDA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EA72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EA72E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EA72E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EA72E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EFC5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semiHidden/>
    <w:unhideWhenUsed/>
    <w:rsid w:val="00172FDA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172FDA"/>
    <w:pPr>
      <w:spacing w:after="0" w:line="240" w:lineRule="auto"/>
    </w:pPr>
    <w:tblPr>
      <w:tblStyleRowBandSize w:val="1"/>
      <w:tblStyleColBandSize w:val="1"/>
      <w:tblBorders>
        <w:top w:val="single" w:sz="8" w:space="0" w:color="2198CF" w:themeColor="accent1" w:themeTint="BF"/>
        <w:left w:val="single" w:sz="8" w:space="0" w:color="2198CF" w:themeColor="accent1" w:themeTint="BF"/>
        <w:bottom w:val="single" w:sz="8" w:space="0" w:color="2198CF" w:themeColor="accent1" w:themeTint="BF"/>
        <w:right w:val="single" w:sz="8" w:space="0" w:color="2198CF" w:themeColor="accent1" w:themeTint="BF"/>
        <w:insideH w:val="single" w:sz="8" w:space="0" w:color="2198CF" w:themeColor="accent1" w:themeTint="BF"/>
        <w:insideV w:val="single" w:sz="8" w:space="0" w:color="2198CF" w:themeColor="accent1" w:themeTint="BF"/>
      </w:tblBorders>
    </w:tblPr>
    <w:tcPr>
      <w:shd w:val="clear" w:color="auto" w:fill="B2DEF2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198C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shd w:val="clear" w:color="auto" w:fill="64BDE6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172FDA"/>
    <w:pPr>
      <w:spacing w:after="0" w:line="240" w:lineRule="auto"/>
    </w:pPr>
    <w:tblPr>
      <w:tblStyleRowBandSize w:val="1"/>
      <w:tblStyleColBandSize w:val="1"/>
      <w:tblBorders>
        <w:top w:val="single" w:sz="8" w:space="0" w:color="EE9465" w:themeColor="accent2" w:themeTint="BF"/>
        <w:left w:val="single" w:sz="8" w:space="0" w:color="EE9465" w:themeColor="accent2" w:themeTint="BF"/>
        <w:bottom w:val="single" w:sz="8" w:space="0" w:color="EE9465" w:themeColor="accent2" w:themeTint="BF"/>
        <w:right w:val="single" w:sz="8" w:space="0" w:color="EE9465" w:themeColor="accent2" w:themeTint="BF"/>
        <w:insideH w:val="single" w:sz="8" w:space="0" w:color="EE9465" w:themeColor="accent2" w:themeTint="BF"/>
        <w:insideV w:val="single" w:sz="8" w:space="0" w:color="EE9465" w:themeColor="accent2" w:themeTint="BF"/>
      </w:tblBorders>
    </w:tblPr>
    <w:tcPr>
      <w:shd w:val="clear" w:color="auto" w:fill="F9DBCC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E9465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shd w:val="clear" w:color="auto" w:fill="F4B798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172FDA"/>
    <w:pPr>
      <w:spacing w:after="0" w:line="240" w:lineRule="auto"/>
    </w:pPr>
    <w:tblPr>
      <w:tblStyleRowBandSize w:val="1"/>
      <w:tblStyleColBandSize w:val="1"/>
      <w:tblBorders>
        <w:top w:val="single" w:sz="8" w:space="0" w:color="2BB73D" w:themeColor="accent3" w:themeTint="BF"/>
        <w:left w:val="single" w:sz="8" w:space="0" w:color="2BB73D" w:themeColor="accent3" w:themeTint="BF"/>
        <w:bottom w:val="single" w:sz="8" w:space="0" w:color="2BB73D" w:themeColor="accent3" w:themeTint="BF"/>
        <w:right w:val="single" w:sz="8" w:space="0" w:color="2BB73D" w:themeColor="accent3" w:themeTint="BF"/>
        <w:insideH w:val="single" w:sz="8" w:space="0" w:color="2BB73D" w:themeColor="accent3" w:themeTint="BF"/>
        <w:insideV w:val="single" w:sz="8" w:space="0" w:color="2BB73D" w:themeColor="accent3" w:themeTint="BF"/>
      </w:tblBorders>
    </w:tblPr>
    <w:tcPr>
      <w:shd w:val="clear" w:color="auto" w:fill="B3EDBA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BB73D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172FDA"/>
    <w:pPr>
      <w:spacing w:after="0" w:line="240" w:lineRule="auto"/>
    </w:pPr>
    <w:tblPr>
      <w:tblStyleRowBandSize w:val="1"/>
      <w:tblStyleColBandSize w:val="1"/>
      <w:tblBorders>
        <w:top w:val="single" w:sz="8" w:space="0" w:color="39BEF1" w:themeColor="accent4" w:themeTint="BF"/>
        <w:left w:val="single" w:sz="8" w:space="0" w:color="39BEF1" w:themeColor="accent4" w:themeTint="BF"/>
        <w:bottom w:val="single" w:sz="8" w:space="0" w:color="39BEF1" w:themeColor="accent4" w:themeTint="BF"/>
        <w:right w:val="single" w:sz="8" w:space="0" w:color="39BEF1" w:themeColor="accent4" w:themeTint="BF"/>
        <w:insideH w:val="single" w:sz="8" w:space="0" w:color="39BEF1" w:themeColor="accent4" w:themeTint="BF"/>
        <w:insideV w:val="single" w:sz="8" w:space="0" w:color="39BEF1" w:themeColor="accent4" w:themeTint="BF"/>
      </w:tblBorders>
    </w:tblPr>
    <w:tcPr>
      <w:shd w:val="clear" w:color="auto" w:fill="BDE9FA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39BEF1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shd w:val="clear" w:color="auto" w:fill="7BD3F5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172FDA"/>
    <w:pPr>
      <w:spacing w:after="0" w:line="240" w:lineRule="auto"/>
    </w:pPr>
    <w:tblPr>
      <w:tblStyleRowBandSize w:val="1"/>
      <w:tblStyleColBandSize w:val="1"/>
      <w:tblBorders>
        <w:top w:val="single" w:sz="8" w:space="0" w:color="CE49BF" w:themeColor="accent5" w:themeTint="BF"/>
        <w:left w:val="single" w:sz="8" w:space="0" w:color="CE49BF" w:themeColor="accent5" w:themeTint="BF"/>
        <w:bottom w:val="single" w:sz="8" w:space="0" w:color="CE49BF" w:themeColor="accent5" w:themeTint="BF"/>
        <w:right w:val="single" w:sz="8" w:space="0" w:color="CE49BF" w:themeColor="accent5" w:themeTint="BF"/>
        <w:insideH w:val="single" w:sz="8" w:space="0" w:color="CE49BF" w:themeColor="accent5" w:themeTint="BF"/>
        <w:insideV w:val="single" w:sz="8" w:space="0" w:color="CE49BF" w:themeColor="accent5" w:themeTint="BF"/>
      </w:tblBorders>
    </w:tblPr>
    <w:tcPr>
      <w:shd w:val="clear" w:color="auto" w:fill="EFC3E9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E49B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shd w:val="clear" w:color="auto" w:fill="DE86D4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172FDA"/>
    <w:pPr>
      <w:spacing w:after="0" w:line="240" w:lineRule="auto"/>
    </w:pPr>
    <w:tblPr>
      <w:tblStyleRowBandSize w:val="1"/>
      <w:tblStyleColBandSize w:val="1"/>
      <w:tblBorders>
        <w:top w:val="single" w:sz="8" w:space="0" w:color="71CF50" w:themeColor="accent6" w:themeTint="BF"/>
        <w:left w:val="single" w:sz="8" w:space="0" w:color="71CF50" w:themeColor="accent6" w:themeTint="BF"/>
        <w:bottom w:val="single" w:sz="8" w:space="0" w:color="71CF50" w:themeColor="accent6" w:themeTint="BF"/>
        <w:right w:val="single" w:sz="8" w:space="0" w:color="71CF50" w:themeColor="accent6" w:themeTint="BF"/>
        <w:insideH w:val="single" w:sz="8" w:space="0" w:color="71CF50" w:themeColor="accent6" w:themeTint="BF"/>
        <w:insideV w:val="single" w:sz="8" w:space="0" w:color="71CF50" w:themeColor="accent6" w:themeTint="BF"/>
      </w:tblBorders>
    </w:tblPr>
    <w:tcPr>
      <w:shd w:val="clear" w:color="auto" w:fill="D0EFC5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1CF5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shd w:val="clear" w:color="auto" w:fill="A0DF8A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172FDA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172FDA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  <w:insideH w:val="single" w:sz="8" w:space="0" w:color="156082" w:themeColor="accent1"/>
        <w:insideV w:val="single" w:sz="8" w:space="0" w:color="156082" w:themeColor="accent1"/>
      </w:tblBorders>
    </w:tblPr>
    <w:tcPr>
      <w:shd w:val="clear" w:color="auto" w:fill="B2DEF2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0F2FA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E4F5" w:themeFill="accent1" w:themeFillTint="33"/>
      </w:tc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tcBorders>
          <w:insideH w:val="single" w:sz="6" w:space="0" w:color="156082" w:themeColor="accent1"/>
          <w:insideV w:val="single" w:sz="6" w:space="0" w:color="156082" w:themeColor="accent1"/>
        </w:tcBorders>
        <w:shd w:val="clear" w:color="auto" w:fill="64BDE6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172FDA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  <w:insideH w:val="single" w:sz="8" w:space="0" w:color="E97132" w:themeColor="accent2"/>
        <w:insideV w:val="single" w:sz="8" w:space="0" w:color="E97132" w:themeColor="accent2"/>
      </w:tblBorders>
    </w:tblPr>
    <w:tcPr>
      <w:shd w:val="clear" w:color="auto" w:fill="F9DBCC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CF0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E2D5" w:themeFill="accent2" w:themeFillTint="33"/>
      </w:tc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tcBorders>
          <w:insideH w:val="single" w:sz="6" w:space="0" w:color="E97132" w:themeColor="accent2"/>
          <w:insideV w:val="single" w:sz="6" w:space="0" w:color="E97132" w:themeColor="accent2"/>
        </w:tcBorders>
        <w:shd w:val="clear" w:color="auto" w:fill="F4B7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172FDA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  <w:insideH w:val="single" w:sz="8" w:space="0" w:color="196B24" w:themeColor="accent3"/>
        <w:insideV w:val="single" w:sz="8" w:space="0" w:color="196B24" w:themeColor="accent3"/>
      </w:tblBorders>
    </w:tblPr>
    <w:tcPr>
      <w:shd w:val="clear" w:color="auto" w:fill="B3EDBA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0F8E3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F0C7" w:themeFill="accent3" w:themeFillTint="33"/>
      </w:tc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tcBorders>
          <w:insideH w:val="single" w:sz="6" w:space="0" w:color="196B24" w:themeColor="accent3"/>
          <w:insideV w:val="single" w:sz="6" w:space="0" w:color="196B24" w:themeColor="accent3"/>
        </w:tcBorders>
        <w:shd w:val="clear" w:color="auto" w:fill="66DB75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172FDA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  <w:insideH w:val="single" w:sz="8" w:space="0" w:color="0F9ED5" w:themeColor="accent4"/>
        <w:insideV w:val="single" w:sz="8" w:space="0" w:color="0F9ED5" w:themeColor="accent4"/>
      </w:tblBorders>
    </w:tblPr>
    <w:tcPr>
      <w:shd w:val="clear" w:color="auto" w:fill="BDE9FA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E5F6FD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AEDFB" w:themeFill="accent4" w:themeFillTint="33"/>
      </w:tc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tcBorders>
          <w:insideH w:val="single" w:sz="6" w:space="0" w:color="0F9ED5" w:themeColor="accent4"/>
          <w:insideV w:val="single" w:sz="6" w:space="0" w:color="0F9ED5" w:themeColor="accent4"/>
        </w:tcBorders>
        <w:shd w:val="clear" w:color="auto" w:fill="7BD3F5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172FDA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  <w:insideH w:val="single" w:sz="8" w:space="0" w:color="A02B93" w:themeColor="accent5"/>
        <w:insideV w:val="single" w:sz="8" w:space="0" w:color="A02B93" w:themeColor="accent5"/>
      </w:tblBorders>
    </w:tblPr>
    <w:tcPr>
      <w:shd w:val="clear" w:color="auto" w:fill="EFC3E9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8E7F6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CEED" w:themeFill="accent5" w:themeFillTint="33"/>
      </w:tc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tcBorders>
          <w:insideH w:val="single" w:sz="6" w:space="0" w:color="A02B93" w:themeColor="accent5"/>
          <w:insideV w:val="single" w:sz="6" w:space="0" w:color="A02B93" w:themeColor="accent5"/>
        </w:tcBorders>
        <w:shd w:val="clear" w:color="auto" w:fill="DE86D4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172FDA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  <w:insideH w:val="single" w:sz="8" w:space="0" w:color="4EA72E" w:themeColor="accent6"/>
        <w:insideV w:val="single" w:sz="8" w:space="0" w:color="4EA72E" w:themeColor="accent6"/>
      </w:tblBorders>
    </w:tblPr>
    <w:tcPr>
      <w:shd w:val="clear" w:color="auto" w:fill="D0EFC5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CF8E8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F2D0" w:themeFill="accent6" w:themeFillTint="33"/>
      </w:tc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tcBorders>
          <w:insideH w:val="single" w:sz="6" w:space="0" w:color="4EA72E" w:themeColor="accent6"/>
          <w:insideV w:val="single" w:sz="6" w:space="0" w:color="4EA72E" w:themeColor="accent6"/>
        </w:tcBorders>
        <w:shd w:val="clear" w:color="auto" w:fill="A0DF8A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172FDA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172FDA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2DEF2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6082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6082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56082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4BDE6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4BDE6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172FDA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9DBCC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97132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97132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97132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4B7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4B798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172FDA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3EDBA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96B24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96B24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96B24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6DB75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6DB75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172FDA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DE9FA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9ED5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9ED5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F9ED5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BD3F5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BD3F5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172FDA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C3E9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2B93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2B93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02B93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E86D4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E86D4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172FDA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EFC5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EA72E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EA72E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EA72E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0DF8A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0DF8A" w:themeFill="accent6" w:themeFillTint="7F"/>
      </w:tcPr>
    </w:tblStylePr>
  </w:style>
  <w:style w:type="table" w:styleId="DarkList">
    <w:name w:val="Dark List"/>
    <w:basedOn w:val="TableNormal"/>
    <w:uiPriority w:val="70"/>
    <w:semiHidden/>
    <w:unhideWhenUsed/>
    <w:rsid w:val="00172FDA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172FDA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56082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A2F4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F476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172FDA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97132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340D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4E1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172FDA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96B24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C3511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24F1A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172FDA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F9ED5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74E69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B769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172FDA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02B93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F1548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7206D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172FDA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EA72E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5317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A7C22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172FD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172FD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F2FA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C394D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C394D" w:themeColor="accent1" w:themeShade="99"/>
          <w:insideV w:val="nil"/>
        </w:tcBorders>
        <w:shd w:val="clear" w:color="auto" w:fill="0C394D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394D" w:themeFill="accent1" w:themeFillShade="99"/>
      </w:tcPr>
    </w:tblStylePr>
    <w:tblStylePr w:type="band1Vert">
      <w:tblPr/>
      <w:tcPr>
        <w:shd w:val="clear" w:color="auto" w:fill="83CAEB" w:themeFill="accent1" w:themeFillTint="66"/>
      </w:tcPr>
    </w:tblStylePr>
    <w:tblStylePr w:type="band1Horz">
      <w:tblPr/>
      <w:tcPr>
        <w:shd w:val="clear" w:color="auto" w:fill="64BDE6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172FD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E97132" w:themeColor="accent2"/>
        <w:bottom w:val="single" w:sz="4" w:space="0" w:color="E97132" w:themeColor="accent2"/>
        <w:right w:val="single" w:sz="4" w:space="0" w:color="E97132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F0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3F10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3F10" w:themeColor="accent2" w:themeShade="99"/>
          <w:insideV w:val="nil"/>
        </w:tcBorders>
        <w:shd w:val="clear" w:color="auto" w:fill="993F10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3F10" w:themeFill="accent2" w:themeFillShade="99"/>
      </w:tcPr>
    </w:tblStylePr>
    <w:tblStylePr w:type="band1Vert">
      <w:tblPr/>
      <w:tcPr>
        <w:shd w:val="clear" w:color="auto" w:fill="F6C5AC" w:themeFill="accent2" w:themeFillTint="66"/>
      </w:tcPr>
    </w:tblStylePr>
    <w:tblStylePr w:type="band1Horz">
      <w:tblPr/>
      <w:tcPr>
        <w:shd w:val="clear" w:color="auto" w:fill="F4B7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172FD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F9ED5" w:themeColor="accent4"/>
        <w:left w:val="single" w:sz="4" w:space="0" w:color="196B24" w:themeColor="accent3"/>
        <w:bottom w:val="single" w:sz="4" w:space="0" w:color="196B24" w:themeColor="accent3"/>
        <w:right w:val="single" w:sz="4" w:space="0" w:color="196B24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F8E3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F9ED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F4015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F4015" w:themeColor="accent3" w:themeShade="99"/>
          <w:insideV w:val="nil"/>
        </w:tcBorders>
        <w:shd w:val="clear" w:color="auto" w:fill="0F4015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015" w:themeFill="accent3" w:themeFillShade="99"/>
      </w:tcPr>
    </w:tblStylePr>
    <w:tblStylePr w:type="band1Vert">
      <w:tblPr/>
      <w:tcPr>
        <w:shd w:val="clear" w:color="auto" w:fill="84E290" w:themeFill="accent3" w:themeFillTint="66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172FD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196B24" w:themeColor="accent3"/>
        <w:left w:val="single" w:sz="4" w:space="0" w:color="0F9ED5" w:themeColor="accent4"/>
        <w:bottom w:val="single" w:sz="4" w:space="0" w:color="0F9ED5" w:themeColor="accent4"/>
        <w:right w:val="single" w:sz="4" w:space="0" w:color="0F9ED5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F6FD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96B2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95E7F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95E7F" w:themeColor="accent4" w:themeShade="99"/>
          <w:insideV w:val="nil"/>
        </w:tcBorders>
        <w:shd w:val="clear" w:color="auto" w:fill="095E7F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95E7F" w:themeFill="accent4" w:themeFillShade="99"/>
      </w:tcPr>
    </w:tblStylePr>
    <w:tblStylePr w:type="band1Vert">
      <w:tblPr/>
      <w:tcPr>
        <w:shd w:val="clear" w:color="auto" w:fill="95DCF7" w:themeFill="accent4" w:themeFillTint="66"/>
      </w:tcPr>
    </w:tblStylePr>
    <w:tblStylePr w:type="band1Horz">
      <w:tblPr/>
      <w:tcPr>
        <w:shd w:val="clear" w:color="auto" w:fill="7BD3F5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172FD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EA72E" w:themeColor="accent6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7F6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EA72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F1957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F1957" w:themeColor="accent5" w:themeShade="99"/>
          <w:insideV w:val="nil"/>
        </w:tcBorders>
        <w:shd w:val="clear" w:color="auto" w:fill="5F1957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1957" w:themeFill="accent5" w:themeFillShade="99"/>
      </w:tcPr>
    </w:tblStylePr>
    <w:tblStylePr w:type="band1Vert">
      <w:tblPr/>
      <w:tcPr>
        <w:shd w:val="clear" w:color="auto" w:fill="E59EDC" w:themeFill="accent5" w:themeFillTint="66"/>
      </w:tcPr>
    </w:tblStylePr>
    <w:tblStylePr w:type="band1Horz">
      <w:tblPr/>
      <w:tcPr>
        <w:shd w:val="clear" w:color="auto" w:fill="DE86D4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172FD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02B93" w:themeColor="accent5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8E8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02B9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641B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641B" w:themeColor="accent6" w:themeShade="99"/>
          <w:insideV w:val="nil"/>
        </w:tcBorders>
        <w:shd w:val="clear" w:color="auto" w:fill="2E641B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641B" w:themeFill="accent6" w:themeFillShade="99"/>
      </w:tcPr>
    </w:tblStylePr>
    <w:tblStylePr w:type="band1Vert">
      <w:tblPr/>
      <w:tcPr>
        <w:shd w:val="clear" w:color="auto" w:fill="B3E5A1" w:themeFill="accent6" w:themeFillTint="66"/>
      </w:tcPr>
    </w:tblStylePr>
    <w:tblStylePr w:type="band1Horz">
      <w:tblPr/>
      <w:tcPr>
        <w:shd w:val="clear" w:color="auto" w:fill="A0DF8A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semiHidden/>
    <w:unhideWhenUsed/>
    <w:rsid w:val="00172FDA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172FDA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0F2FA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172FDA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CF0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172FDA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0F8E3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C7EAA" w:themeFill="accent4" w:themeFillShade="CC"/>
      </w:tcPr>
    </w:tblStylePr>
    <w:tblStylePr w:type="lastRow">
      <w:rPr>
        <w:b/>
        <w:bCs/>
        <w:color w:val="0C7EAA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172FDA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5F6FD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4551C" w:themeFill="accent3" w:themeFillShade="CC"/>
      </w:tcPr>
    </w:tblStylePr>
    <w:tblStylePr w:type="lastRow">
      <w:rPr>
        <w:b/>
        <w:bCs/>
        <w:color w:val="14551C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172FDA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7F6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E8524" w:themeFill="accent6" w:themeFillShade="CC"/>
      </w:tcPr>
    </w:tblStylePr>
    <w:tblStylePr w:type="lastRow">
      <w:rPr>
        <w:b/>
        <w:bCs/>
        <w:color w:val="3E8524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172FDA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CF8E8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F2275" w:themeFill="accent5" w:themeFillShade="CC"/>
      </w:tcPr>
    </w:tblStylePr>
    <w:tblStylePr w:type="lastRow">
      <w:rPr>
        <w:b/>
        <w:bCs/>
        <w:color w:val="7F227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ColorfulGrid">
    <w:name w:val="Colorful Grid"/>
    <w:basedOn w:val="TableNormal"/>
    <w:uiPriority w:val="73"/>
    <w:semiHidden/>
    <w:unhideWhenUsed/>
    <w:rsid w:val="00172FD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172FD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1E4F5" w:themeFill="accent1" w:themeFillTint="33"/>
    </w:tcPr>
    <w:tblStylePr w:type="firstRow">
      <w:rPr>
        <w:b/>
        <w:bCs/>
      </w:rPr>
      <w:tblPr/>
      <w:tcPr>
        <w:shd w:val="clear" w:color="auto" w:fill="83CAEB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3CAEB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F476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F4761" w:themeFill="accent1" w:themeFillShade="BF"/>
      </w:tc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shd w:val="clear" w:color="auto" w:fill="64BDE6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172FD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AE2D5" w:themeFill="accent2" w:themeFillTint="33"/>
    </w:tcPr>
    <w:tblStylePr w:type="firstRow">
      <w:rPr>
        <w:b/>
        <w:bCs/>
      </w:rPr>
      <w:tblPr/>
      <w:tcPr>
        <w:shd w:val="clear" w:color="auto" w:fill="F6C5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6C5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BF4E1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BF4E14" w:themeFill="accent2" w:themeFillShade="BF"/>
      </w:tc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shd w:val="clear" w:color="auto" w:fill="F4B798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172FD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1F0C7" w:themeFill="accent3" w:themeFillTint="33"/>
    </w:tcPr>
    <w:tblStylePr w:type="firstRow">
      <w:rPr>
        <w:b/>
        <w:bCs/>
      </w:rPr>
      <w:tblPr/>
      <w:tcPr>
        <w:shd w:val="clear" w:color="auto" w:fill="84E290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4E290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124F1A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124F1A" w:themeFill="accent3" w:themeFillShade="BF"/>
      </w:tc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172FD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AEDFB" w:themeFill="accent4" w:themeFillTint="33"/>
    </w:tcPr>
    <w:tblStylePr w:type="firstRow">
      <w:rPr>
        <w:b/>
        <w:bCs/>
      </w:rPr>
      <w:tblPr/>
      <w:tcPr>
        <w:shd w:val="clear" w:color="auto" w:fill="95DCF7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5DCF7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0B769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0B769F" w:themeFill="accent4" w:themeFillShade="BF"/>
      </w:tc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shd w:val="clear" w:color="auto" w:fill="7BD3F5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172FD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CEED" w:themeFill="accent5" w:themeFillTint="33"/>
    </w:tcPr>
    <w:tblStylePr w:type="firstRow">
      <w:rPr>
        <w:b/>
        <w:bCs/>
      </w:rPr>
      <w:tblPr/>
      <w:tcPr>
        <w:shd w:val="clear" w:color="auto" w:fill="E59EDC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9EDC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77206D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77206D" w:themeFill="accent5" w:themeFillShade="BF"/>
      </w:tc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shd w:val="clear" w:color="auto" w:fill="DE86D4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172FD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F2D0" w:themeFill="accent6" w:themeFillTint="33"/>
    </w:tcPr>
    <w:tblStylePr w:type="firstRow">
      <w:rPr>
        <w:b/>
        <w:bCs/>
      </w:rPr>
      <w:tblPr/>
      <w:tcPr>
        <w:shd w:val="clear" w:color="auto" w:fill="B3E5A1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3E5A1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A7C2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A7C22" w:themeFill="accent6" w:themeFillShade="BF"/>
      </w:tc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shd w:val="clear" w:color="auto" w:fill="A0DF8A" w:themeFill="accent6" w:themeFillTint="7F"/>
      </w:tcPr>
    </w:tblStylePr>
  </w:style>
  <w:style w:type="paragraph" w:styleId="BalloonText">
    <w:name w:val="Balloon Text"/>
    <w:basedOn w:val="Normal"/>
    <w:link w:val="BalloonTextChar1"/>
    <w:uiPriority w:val="99"/>
    <w:semiHidden/>
    <w:unhideWhenUsed/>
    <w:rsid w:val="00172F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1">
    <w:name w:val="Balloon Text Char1"/>
    <w:basedOn w:val="DefaultParagraphFont"/>
    <w:link w:val="BalloonText"/>
    <w:uiPriority w:val="99"/>
    <w:semiHidden/>
    <w:rsid w:val="00172FDA"/>
    <w:rPr>
      <w:rFonts w:ascii="Segoe UI" w:hAnsi="Segoe UI" w:cs="Segoe UI"/>
      <w:sz w:val="18"/>
      <w:szCs w:val="18"/>
    </w:rPr>
  </w:style>
  <w:style w:type="paragraph" w:styleId="FootnoteText">
    <w:name w:val="footnote text"/>
    <w:basedOn w:val="Normal"/>
    <w:link w:val="FootnoteTextChar"/>
    <w:semiHidden/>
    <w:unhideWhenUsed/>
    <w:rsid w:val="00172FDA"/>
    <w:pPr>
      <w:spacing w:after="0" w:line="240" w:lineRule="auto"/>
    </w:pPr>
    <w:rPr>
      <w:rFonts w:eastAsia="Times New Roman"/>
    </w:rPr>
  </w:style>
  <w:style w:type="character" w:customStyle="1" w:styleId="FootnoteTextChar2">
    <w:name w:val="Footnote Text Char2"/>
    <w:basedOn w:val="DefaultParagraphFont"/>
    <w:uiPriority w:val="99"/>
    <w:semiHidden/>
    <w:rsid w:val="00172FDA"/>
    <w:rPr>
      <w:sz w:val="20"/>
      <w:szCs w:val="20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172FDA"/>
    <w:pPr>
      <w:spacing w:after="120"/>
      <w:ind w:left="283"/>
    </w:pPr>
    <w:rPr>
      <w:rFonts w:eastAsia="Times New Roman"/>
      <w:sz w:val="20"/>
      <w:szCs w:val="20"/>
    </w:rPr>
  </w:style>
  <w:style w:type="character" w:customStyle="1" w:styleId="BodyTextIndentChar2">
    <w:name w:val="Body Text Indent Char2"/>
    <w:basedOn w:val="DefaultParagraphFont"/>
    <w:uiPriority w:val="99"/>
    <w:semiHidden/>
    <w:rsid w:val="00172FDA"/>
  </w:style>
  <w:style w:type="paragraph" w:styleId="BodyTextIndent2">
    <w:name w:val="Body Text Indent 2"/>
    <w:basedOn w:val="Normal"/>
    <w:link w:val="BodyTextIndent2Char"/>
    <w:semiHidden/>
    <w:unhideWhenUsed/>
    <w:rsid w:val="00172FDA"/>
    <w:pPr>
      <w:spacing w:after="120" w:line="480" w:lineRule="auto"/>
      <w:ind w:left="283"/>
    </w:pPr>
    <w:rPr>
      <w:rFonts w:eastAsia="Times New Roman"/>
      <w:sz w:val="20"/>
      <w:szCs w:val="20"/>
    </w:rPr>
  </w:style>
  <w:style w:type="character" w:customStyle="1" w:styleId="BodyTextIndent2Char2">
    <w:name w:val="Body Text Indent 2 Char2"/>
    <w:basedOn w:val="DefaultParagraphFont"/>
    <w:uiPriority w:val="99"/>
    <w:semiHidden/>
    <w:rsid w:val="00172F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13</Pages>
  <Words>3544</Words>
  <Characters>20558</Characters>
  <Application>Microsoft Office Word</Application>
  <DocSecurity>0</DocSecurity>
  <Lines>171</Lines>
  <Paragraphs>48</Paragraphs>
  <ScaleCrop>false</ScaleCrop>
  <Company/>
  <LinksUpToDate>false</LinksUpToDate>
  <CharactersWithSpaces>24054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Complexul Weekend</dc:creator>
  <cp:keywords/>
  <dc:description/>
  <cp:lastModifiedBy>HP</cp:lastModifiedBy>
  <cp:revision>5</cp:revision>
  <cp:lastPrinted>2026-10-12T07:49:00Z</cp:lastPrinted>
  <dcterms:created xsi:type="dcterms:W3CDTF">2026-10-12T07:11:00Z</dcterms:created>
  <dcterms:modified xsi:type="dcterms:W3CDTF">2026-10-14T06:29:00Z</dcterms:modified>
</cp:coreProperties>
</file>